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092"/>
        <w:gridCol w:w="8438"/>
      </w:tblGrid>
      <w:tr w:rsidR="00123BD3" w14:paraId="0B11984C" w14:textId="77777777" w:rsidTr="009C0063">
        <w:trPr>
          <w:trHeight w:val="424"/>
        </w:trPr>
        <w:tc>
          <w:tcPr>
            <w:tcW w:w="2092" w:type="dxa"/>
            <w:vAlign w:val="center"/>
          </w:tcPr>
          <w:p w14:paraId="03A26DFB" w14:textId="77777777" w:rsidR="00123BD3" w:rsidRDefault="00000000" w:rsidP="00D07467">
            <w:proofErr w:type="spellStart"/>
            <w:r>
              <w:t>Harcama</w:t>
            </w:r>
            <w:proofErr w:type="spellEnd"/>
            <w:r>
              <w:t xml:space="preserve"> </w:t>
            </w:r>
            <w:proofErr w:type="spellStart"/>
            <w:r>
              <w:t>Birimi</w:t>
            </w:r>
            <w:proofErr w:type="spellEnd"/>
          </w:p>
        </w:tc>
        <w:tc>
          <w:tcPr>
            <w:tcW w:w="8438" w:type="dxa"/>
            <w:vAlign w:val="center"/>
          </w:tcPr>
          <w:p w14:paraId="0961E16C" w14:textId="77777777" w:rsidR="00123BD3" w:rsidRDefault="00123BD3" w:rsidP="00D07467">
            <w:pPr>
              <w:jc w:val="center"/>
            </w:pPr>
          </w:p>
        </w:tc>
      </w:tr>
      <w:tr w:rsidR="00123BD3" w14:paraId="36CA8615" w14:textId="77777777" w:rsidTr="009C0063">
        <w:trPr>
          <w:trHeight w:val="441"/>
        </w:trPr>
        <w:tc>
          <w:tcPr>
            <w:tcW w:w="2092" w:type="dxa"/>
            <w:vAlign w:val="center"/>
          </w:tcPr>
          <w:p w14:paraId="3D0C4798" w14:textId="77777777" w:rsidR="00123BD3" w:rsidRDefault="00000000">
            <w:r>
              <w:t>İşin Adı</w:t>
            </w:r>
          </w:p>
        </w:tc>
        <w:tc>
          <w:tcPr>
            <w:tcW w:w="8438" w:type="dxa"/>
            <w:vAlign w:val="center"/>
          </w:tcPr>
          <w:p w14:paraId="1B235D99" w14:textId="77777777" w:rsidR="00123BD3" w:rsidRDefault="00123BD3"/>
        </w:tc>
      </w:tr>
    </w:tbl>
    <w:p w14:paraId="58C854F9" w14:textId="77777777" w:rsidR="00E837CC" w:rsidRDefault="00E837CC" w:rsidP="00DE7A27">
      <w:pPr>
        <w:rPr>
          <w:sz w:val="18"/>
          <w:szCs w:val="18"/>
        </w:rPr>
      </w:pPr>
    </w:p>
    <w:p w14:paraId="3B98D61D" w14:textId="4575F1C1" w:rsidR="00DE7A27" w:rsidRPr="00D00C18" w:rsidRDefault="00000000" w:rsidP="00DE7A27">
      <w:pPr>
        <w:rPr>
          <w:lang w:val="tr-TR"/>
        </w:rPr>
      </w:pPr>
      <w:sdt>
        <w:sdtPr>
          <w:rPr>
            <w:sz w:val="18"/>
            <w:szCs w:val="18"/>
          </w:rPr>
          <w:id w:val="-1370602610"/>
          <w14:checkbox>
            <w14:checked w14:val="0"/>
            <w14:checkedState w14:val="2612" w14:font="MS Gothic"/>
            <w14:uncheckedState w14:val="2610" w14:font="MS Gothic"/>
          </w14:checkbox>
        </w:sdtPr>
        <w:sdtContent>
          <w:r w:rsidR="00D00C18">
            <w:rPr>
              <w:rFonts w:ascii="MS Gothic" w:eastAsia="MS Gothic" w:hAnsi="MS Gothic" w:hint="eastAsia"/>
              <w:sz w:val="18"/>
              <w:szCs w:val="18"/>
            </w:rPr>
            <w:t>☐</w:t>
          </w:r>
        </w:sdtContent>
      </w:sdt>
      <w:r w:rsidR="00D00C18" w:rsidRPr="00D00C18">
        <w:rPr>
          <w:lang w:val="tr-TR"/>
        </w:rPr>
        <w:t xml:space="preserve"> </w:t>
      </w:r>
      <w:r w:rsidR="00DE7A27">
        <w:rPr>
          <w:lang w:val="tr-TR"/>
        </w:rPr>
        <w:t>Mal Alımı</w:t>
      </w:r>
      <w:r w:rsidR="00DE7A27">
        <w:rPr>
          <w:lang w:val="tr-TR"/>
        </w:rPr>
        <w:tab/>
      </w:r>
      <w:r w:rsidR="00DE7A27">
        <w:rPr>
          <w:lang w:val="tr-TR"/>
        </w:rPr>
        <w:tab/>
      </w:r>
      <w:r w:rsidR="00DE7A27">
        <w:rPr>
          <w:lang w:val="tr-TR"/>
        </w:rPr>
        <w:tab/>
      </w:r>
      <w:sdt>
        <w:sdtPr>
          <w:rPr>
            <w:sz w:val="18"/>
            <w:szCs w:val="18"/>
          </w:rPr>
          <w:id w:val="-2083749883"/>
          <w14:checkbox>
            <w14:checked w14:val="0"/>
            <w14:checkedState w14:val="2612" w14:font="MS Gothic"/>
            <w14:uncheckedState w14:val="2610" w14:font="MS Gothic"/>
          </w14:checkbox>
        </w:sdtPr>
        <w:sdtContent>
          <w:r w:rsidR="00DE7A27">
            <w:rPr>
              <w:rFonts w:ascii="MS Gothic" w:eastAsia="MS Gothic" w:hAnsi="MS Gothic" w:hint="eastAsia"/>
              <w:sz w:val="18"/>
              <w:szCs w:val="18"/>
            </w:rPr>
            <w:t>☐</w:t>
          </w:r>
        </w:sdtContent>
      </w:sdt>
      <w:r w:rsidR="00DE7A27" w:rsidRPr="00D00C18">
        <w:rPr>
          <w:lang w:val="tr-TR"/>
        </w:rPr>
        <w:t xml:space="preserve"> </w:t>
      </w:r>
      <w:r w:rsidR="00DE7A27">
        <w:rPr>
          <w:lang w:val="tr-TR"/>
        </w:rPr>
        <w:t>Hizmet Alımı</w:t>
      </w:r>
      <w:r w:rsidR="00DE7A27">
        <w:rPr>
          <w:lang w:val="tr-TR"/>
        </w:rPr>
        <w:tab/>
      </w:r>
      <w:r w:rsidR="00DE7A27">
        <w:rPr>
          <w:lang w:val="tr-TR"/>
        </w:rPr>
        <w:tab/>
      </w:r>
      <w:r w:rsidR="00DE7A27">
        <w:rPr>
          <w:lang w:val="tr-TR"/>
        </w:rPr>
        <w:tab/>
      </w:r>
      <w:sdt>
        <w:sdtPr>
          <w:rPr>
            <w:sz w:val="18"/>
            <w:szCs w:val="18"/>
          </w:rPr>
          <w:id w:val="-1838138570"/>
          <w14:checkbox>
            <w14:checked w14:val="0"/>
            <w14:checkedState w14:val="2612" w14:font="MS Gothic"/>
            <w14:uncheckedState w14:val="2610" w14:font="MS Gothic"/>
          </w14:checkbox>
        </w:sdtPr>
        <w:sdtContent>
          <w:r w:rsidR="00DE7A27">
            <w:rPr>
              <w:rFonts w:ascii="MS Gothic" w:eastAsia="MS Gothic" w:hAnsi="MS Gothic" w:hint="eastAsia"/>
              <w:sz w:val="18"/>
              <w:szCs w:val="18"/>
            </w:rPr>
            <w:t>☐</w:t>
          </w:r>
        </w:sdtContent>
      </w:sdt>
      <w:r w:rsidR="00DE7A27" w:rsidRPr="00D00C18">
        <w:rPr>
          <w:lang w:val="tr-TR"/>
        </w:rPr>
        <w:t xml:space="preserve"> </w:t>
      </w:r>
      <w:r w:rsidR="00DE7A27">
        <w:rPr>
          <w:lang w:val="tr-TR"/>
        </w:rPr>
        <w:t>Yapım İşi</w:t>
      </w:r>
    </w:p>
    <w:tbl>
      <w:tblPr>
        <w:tblStyle w:val="TabloKlavuzu"/>
        <w:tblW w:w="0" w:type="auto"/>
        <w:jc w:val="center"/>
        <w:tblLook w:val="04A0" w:firstRow="1" w:lastRow="0" w:firstColumn="1" w:lastColumn="0" w:noHBand="0" w:noVBand="1"/>
      </w:tblPr>
      <w:tblGrid>
        <w:gridCol w:w="810"/>
        <w:gridCol w:w="6608"/>
        <w:gridCol w:w="1268"/>
        <w:gridCol w:w="980"/>
        <w:gridCol w:w="864"/>
      </w:tblGrid>
      <w:tr w:rsidR="00123BD3" w14:paraId="54F28CC4" w14:textId="77777777" w:rsidTr="008831BD">
        <w:trPr>
          <w:jc w:val="center"/>
        </w:trPr>
        <w:tc>
          <w:tcPr>
            <w:tcW w:w="810" w:type="dxa"/>
            <w:vAlign w:val="center"/>
          </w:tcPr>
          <w:p w14:paraId="521E98C2" w14:textId="77777777" w:rsidR="00123BD3" w:rsidRDefault="00000000">
            <w:pPr>
              <w:jc w:val="center"/>
            </w:pPr>
            <w:r>
              <w:rPr>
                <w:b/>
              </w:rPr>
              <w:t>Sıra No</w:t>
            </w:r>
          </w:p>
        </w:tc>
        <w:tc>
          <w:tcPr>
            <w:tcW w:w="6608" w:type="dxa"/>
            <w:vAlign w:val="center"/>
          </w:tcPr>
          <w:p w14:paraId="7AD731B9" w14:textId="77777777" w:rsidR="00123BD3" w:rsidRDefault="00000000">
            <w:pPr>
              <w:jc w:val="center"/>
            </w:pPr>
            <w:r>
              <w:rPr>
                <w:b/>
              </w:rPr>
              <w:t>Kontrol Edilecek Hususlar</w:t>
            </w:r>
          </w:p>
        </w:tc>
        <w:tc>
          <w:tcPr>
            <w:tcW w:w="1268" w:type="dxa"/>
            <w:vAlign w:val="center"/>
          </w:tcPr>
          <w:p w14:paraId="2C9B91F3" w14:textId="77777777" w:rsidR="00123BD3" w:rsidRDefault="00000000">
            <w:pPr>
              <w:jc w:val="center"/>
            </w:pPr>
            <w:r>
              <w:rPr>
                <w:b/>
              </w:rPr>
              <w:t>Zorunlu Değil</w:t>
            </w:r>
          </w:p>
        </w:tc>
        <w:tc>
          <w:tcPr>
            <w:tcW w:w="980" w:type="dxa"/>
            <w:vAlign w:val="center"/>
          </w:tcPr>
          <w:p w14:paraId="673AE7F9" w14:textId="77777777" w:rsidR="00123BD3" w:rsidRDefault="00000000">
            <w:pPr>
              <w:jc w:val="center"/>
            </w:pPr>
            <w:r>
              <w:rPr>
                <w:b/>
              </w:rPr>
              <w:t>Evet</w:t>
            </w:r>
          </w:p>
        </w:tc>
        <w:tc>
          <w:tcPr>
            <w:tcW w:w="864" w:type="dxa"/>
            <w:vAlign w:val="center"/>
          </w:tcPr>
          <w:p w14:paraId="59E22D59" w14:textId="77777777" w:rsidR="00123BD3" w:rsidRDefault="00000000">
            <w:pPr>
              <w:jc w:val="center"/>
            </w:pPr>
            <w:r>
              <w:rPr>
                <w:b/>
              </w:rPr>
              <w:t>Hayır</w:t>
            </w:r>
          </w:p>
        </w:tc>
      </w:tr>
      <w:tr w:rsidR="00DE7A27" w14:paraId="6048EF0C" w14:textId="77777777" w:rsidTr="00D00C18">
        <w:trPr>
          <w:jc w:val="center"/>
        </w:trPr>
        <w:tc>
          <w:tcPr>
            <w:tcW w:w="810" w:type="dxa"/>
            <w:vAlign w:val="center"/>
          </w:tcPr>
          <w:p w14:paraId="780F2872" w14:textId="77777777" w:rsidR="00DE7A27" w:rsidRDefault="00DE7A27" w:rsidP="00DE7A27">
            <w:pPr>
              <w:jc w:val="center"/>
            </w:pPr>
            <w:r>
              <w:t>1</w:t>
            </w:r>
          </w:p>
        </w:tc>
        <w:tc>
          <w:tcPr>
            <w:tcW w:w="6608" w:type="dxa"/>
          </w:tcPr>
          <w:p w14:paraId="788F972B" w14:textId="4E7E882B" w:rsidR="00DE7A27" w:rsidRDefault="00DE7A27" w:rsidP="00DE7A27">
            <w:r>
              <w:rPr>
                <w:rFonts w:ascii="Cambria" w:hAnsi="Cambria" w:cs="Segoe UI"/>
                <w:color w:val="000000"/>
              </w:rPr>
              <w:t>Yaklaşık maliyet tablosu, yaklaşık maliyet icmali ve hesaplamaya esas belgeler KDV hariç olarak hazırlanmış mı?</w:t>
            </w:r>
          </w:p>
        </w:tc>
        <w:sdt>
          <w:sdtPr>
            <w:rPr>
              <w:sz w:val="18"/>
              <w:szCs w:val="18"/>
            </w:rPr>
            <w:id w:val="-1177335088"/>
            <w14:checkbox>
              <w14:checked w14:val="0"/>
              <w14:checkedState w14:val="2612" w14:font="MS Gothic"/>
              <w14:uncheckedState w14:val="2610" w14:font="MS Gothic"/>
            </w14:checkbox>
          </w:sdtPr>
          <w:sdtContent>
            <w:tc>
              <w:tcPr>
                <w:tcW w:w="1268" w:type="dxa"/>
                <w:vAlign w:val="center"/>
              </w:tcPr>
              <w:p w14:paraId="37A75345" w14:textId="7C85D55A" w:rsidR="00DE7A27" w:rsidRDefault="00DE7A27" w:rsidP="00DE7A27">
                <w:pPr>
                  <w:jc w:val="center"/>
                </w:pPr>
                <w:r>
                  <w:rPr>
                    <w:rFonts w:ascii="MS Gothic" w:eastAsia="MS Gothic" w:hAnsi="MS Gothic" w:hint="eastAsia"/>
                    <w:sz w:val="18"/>
                    <w:szCs w:val="18"/>
                  </w:rPr>
                  <w:t>☐</w:t>
                </w:r>
              </w:p>
            </w:tc>
          </w:sdtContent>
        </w:sdt>
        <w:sdt>
          <w:sdtPr>
            <w:rPr>
              <w:sz w:val="18"/>
              <w:szCs w:val="18"/>
            </w:rPr>
            <w:id w:val="643316496"/>
            <w14:checkbox>
              <w14:checked w14:val="0"/>
              <w14:checkedState w14:val="2612" w14:font="MS Gothic"/>
              <w14:uncheckedState w14:val="2610" w14:font="MS Gothic"/>
            </w14:checkbox>
          </w:sdtPr>
          <w:sdtContent>
            <w:tc>
              <w:tcPr>
                <w:tcW w:w="980" w:type="dxa"/>
                <w:vAlign w:val="center"/>
              </w:tcPr>
              <w:p w14:paraId="29324147" w14:textId="0A046D4C" w:rsidR="00DE7A27" w:rsidRDefault="00DE7A27" w:rsidP="00DE7A27">
                <w:pPr>
                  <w:jc w:val="center"/>
                </w:pPr>
                <w:r>
                  <w:rPr>
                    <w:rFonts w:ascii="MS Gothic" w:eastAsia="MS Gothic" w:hAnsi="MS Gothic" w:hint="eastAsia"/>
                    <w:sz w:val="18"/>
                    <w:szCs w:val="18"/>
                  </w:rPr>
                  <w:t>☐</w:t>
                </w:r>
              </w:p>
            </w:tc>
          </w:sdtContent>
        </w:sdt>
        <w:sdt>
          <w:sdtPr>
            <w:rPr>
              <w:sz w:val="18"/>
              <w:szCs w:val="18"/>
            </w:rPr>
            <w:id w:val="764885587"/>
            <w14:checkbox>
              <w14:checked w14:val="0"/>
              <w14:checkedState w14:val="2612" w14:font="MS Gothic"/>
              <w14:uncheckedState w14:val="2610" w14:font="MS Gothic"/>
            </w14:checkbox>
          </w:sdtPr>
          <w:sdtContent>
            <w:tc>
              <w:tcPr>
                <w:tcW w:w="864" w:type="dxa"/>
                <w:vAlign w:val="center"/>
              </w:tcPr>
              <w:p w14:paraId="07FF1803" w14:textId="7C3E2160" w:rsidR="00DE7A27" w:rsidRDefault="00DE7A27" w:rsidP="00DE7A27">
                <w:pPr>
                  <w:jc w:val="center"/>
                </w:pPr>
                <w:r>
                  <w:rPr>
                    <w:rFonts w:ascii="MS Gothic" w:eastAsia="MS Gothic" w:hAnsi="MS Gothic" w:hint="eastAsia"/>
                    <w:sz w:val="18"/>
                    <w:szCs w:val="18"/>
                  </w:rPr>
                  <w:t>☐</w:t>
                </w:r>
              </w:p>
            </w:tc>
          </w:sdtContent>
        </w:sdt>
      </w:tr>
      <w:tr w:rsidR="00DE7A27" w14:paraId="3AF0B689" w14:textId="77777777" w:rsidTr="009E32B9">
        <w:trPr>
          <w:jc w:val="center"/>
        </w:trPr>
        <w:tc>
          <w:tcPr>
            <w:tcW w:w="810" w:type="dxa"/>
            <w:vAlign w:val="center"/>
          </w:tcPr>
          <w:p w14:paraId="690795E5" w14:textId="77777777" w:rsidR="00DE7A27" w:rsidRDefault="00DE7A27" w:rsidP="00DE7A27">
            <w:pPr>
              <w:jc w:val="center"/>
            </w:pPr>
            <w:r>
              <w:t>2</w:t>
            </w:r>
          </w:p>
        </w:tc>
        <w:tc>
          <w:tcPr>
            <w:tcW w:w="6608" w:type="dxa"/>
          </w:tcPr>
          <w:p w14:paraId="630E59AA" w14:textId="0DA137E0" w:rsidR="00DE7A27" w:rsidRDefault="00DE7A27" w:rsidP="00DE7A27">
            <w:r>
              <w:rPr>
                <w:rFonts w:ascii="Cambria" w:hAnsi="Cambria" w:cs="Segoe UI"/>
                <w:color w:val="000000"/>
              </w:rPr>
              <w:t>Harcama Talimatı Onay Belgesi düzenlenmiş; hukuki dayanağı, gerçekleştirme usulü ve bütçe tertibi harcamanın niteliğine uygun belirlenmiş mi?</w:t>
            </w:r>
            <w:r w:rsidR="004A6412">
              <w:rPr>
                <w:rFonts w:ascii="Cambria" w:hAnsi="Cambria" w:cs="Segoe UI"/>
                <w:color w:val="000000"/>
              </w:rPr>
              <w:t xml:space="preserve"> </w:t>
            </w:r>
            <w:r w:rsidR="004A6412" w:rsidRPr="004A6412">
              <w:rPr>
                <w:rFonts w:ascii="Cambria" w:hAnsi="Cambria" w:cs="Segoe UI"/>
                <w:color w:val="000000"/>
              </w:rPr>
              <w:t>Harcama Talimatı HYS üzerinde doğrudan temin onay belgesinden önce alınmış mı?</w:t>
            </w:r>
          </w:p>
        </w:tc>
        <w:sdt>
          <w:sdtPr>
            <w:rPr>
              <w:sz w:val="18"/>
              <w:szCs w:val="18"/>
            </w:rPr>
            <w:id w:val="-1279245494"/>
            <w14:checkbox>
              <w14:checked w14:val="0"/>
              <w14:checkedState w14:val="2612" w14:font="MS Gothic"/>
              <w14:uncheckedState w14:val="2610" w14:font="MS Gothic"/>
            </w14:checkbox>
          </w:sdtPr>
          <w:sdtContent>
            <w:tc>
              <w:tcPr>
                <w:tcW w:w="1268" w:type="dxa"/>
                <w:vAlign w:val="center"/>
              </w:tcPr>
              <w:p w14:paraId="3892C90B" w14:textId="34380EA2" w:rsidR="00DE7A27" w:rsidRDefault="00DE7A27" w:rsidP="00DE7A27">
                <w:pPr>
                  <w:jc w:val="center"/>
                </w:pPr>
                <w:r>
                  <w:rPr>
                    <w:rFonts w:ascii="MS Gothic" w:eastAsia="MS Gothic" w:hAnsi="MS Gothic" w:hint="eastAsia"/>
                    <w:sz w:val="18"/>
                    <w:szCs w:val="18"/>
                  </w:rPr>
                  <w:t>☐</w:t>
                </w:r>
              </w:p>
            </w:tc>
          </w:sdtContent>
        </w:sdt>
        <w:sdt>
          <w:sdtPr>
            <w:rPr>
              <w:sz w:val="18"/>
              <w:szCs w:val="18"/>
            </w:rPr>
            <w:id w:val="-1010680474"/>
            <w14:checkbox>
              <w14:checked w14:val="0"/>
              <w14:checkedState w14:val="2612" w14:font="MS Gothic"/>
              <w14:uncheckedState w14:val="2610" w14:font="MS Gothic"/>
            </w14:checkbox>
          </w:sdtPr>
          <w:sdtContent>
            <w:tc>
              <w:tcPr>
                <w:tcW w:w="980" w:type="dxa"/>
                <w:vAlign w:val="center"/>
              </w:tcPr>
              <w:p w14:paraId="72376F41" w14:textId="4B7E3B59" w:rsidR="00DE7A27" w:rsidRDefault="00DE7A27" w:rsidP="00DE7A27">
                <w:pPr>
                  <w:jc w:val="center"/>
                </w:pPr>
                <w:r>
                  <w:rPr>
                    <w:rFonts w:ascii="MS Gothic" w:eastAsia="MS Gothic" w:hAnsi="MS Gothic" w:hint="eastAsia"/>
                    <w:sz w:val="18"/>
                    <w:szCs w:val="18"/>
                  </w:rPr>
                  <w:t>☐</w:t>
                </w:r>
              </w:p>
            </w:tc>
          </w:sdtContent>
        </w:sdt>
        <w:sdt>
          <w:sdtPr>
            <w:rPr>
              <w:sz w:val="18"/>
              <w:szCs w:val="18"/>
            </w:rPr>
            <w:id w:val="-902215924"/>
            <w14:checkbox>
              <w14:checked w14:val="0"/>
              <w14:checkedState w14:val="2612" w14:font="MS Gothic"/>
              <w14:uncheckedState w14:val="2610" w14:font="MS Gothic"/>
            </w14:checkbox>
          </w:sdtPr>
          <w:sdtContent>
            <w:tc>
              <w:tcPr>
                <w:tcW w:w="864" w:type="dxa"/>
                <w:vAlign w:val="center"/>
              </w:tcPr>
              <w:p w14:paraId="53B3FCA9" w14:textId="53930A75" w:rsidR="00DE7A27" w:rsidRDefault="00DE7A27" w:rsidP="00DE7A27">
                <w:pPr>
                  <w:jc w:val="center"/>
                </w:pPr>
                <w:r>
                  <w:rPr>
                    <w:rFonts w:ascii="MS Gothic" w:eastAsia="MS Gothic" w:hAnsi="MS Gothic" w:hint="eastAsia"/>
                    <w:sz w:val="18"/>
                    <w:szCs w:val="18"/>
                  </w:rPr>
                  <w:t>☐</w:t>
                </w:r>
              </w:p>
            </w:tc>
          </w:sdtContent>
        </w:sdt>
      </w:tr>
      <w:tr w:rsidR="00DE7A27" w14:paraId="4116D98B" w14:textId="77777777" w:rsidTr="009E32B9">
        <w:trPr>
          <w:jc w:val="center"/>
        </w:trPr>
        <w:tc>
          <w:tcPr>
            <w:tcW w:w="810" w:type="dxa"/>
            <w:vAlign w:val="center"/>
          </w:tcPr>
          <w:p w14:paraId="3F978920" w14:textId="77777777" w:rsidR="00DE7A27" w:rsidRDefault="00DE7A27" w:rsidP="00DE7A27">
            <w:pPr>
              <w:jc w:val="center"/>
            </w:pPr>
            <w:r>
              <w:t>3</w:t>
            </w:r>
          </w:p>
        </w:tc>
        <w:tc>
          <w:tcPr>
            <w:tcW w:w="6608" w:type="dxa"/>
          </w:tcPr>
          <w:p w14:paraId="337464EC" w14:textId="17CE9B41" w:rsidR="00DE7A27" w:rsidRDefault="006229D8" w:rsidP="00DE7A27">
            <w:r>
              <w:rPr>
                <w:rFonts w:ascii="Cambria" w:hAnsi="Cambria" w:cs="Segoe UI"/>
                <w:color w:val="000000"/>
              </w:rPr>
              <w:t>Doğrudan Temin onay belgesi Düzenlenmiş mi? Gerçekleştirme usulü ve bütçe tertibi doğru yazılmış gerçekleştirme Görevlisi ve Harcama yetkilisi tarafından imzalanmış mı?</w:t>
            </w:r>
          </w:p>
        </w:tc>
        <w:sdt>
          <w:sdtPr>
            <w:rPr>
              <w:sz w:val="18"/>
              <w:szCs w:val="18"/>
            </w:rPr>
            <w:id w:val="920997612"/>
            <w14:checkbox>
              <w14:checked w14:val="0"/>
              <w14:checkedState w14:val="2612" w14:font="MS Gothic"/>
              <w14:uncheckedState w14:val="2610" w14:font="MS Gothic"/>
            </w14:checkbox>
          </w:sdtPr>
          <w:sdtContent>
            <w:tc>
              <w:tcPr>
                <w:tcW w:w="1268" w:type="dxa"/>
                <w:vAlign w:val="center"/>
              </w:tcPr>
              <w:p w14:paraId="1350727A" w14:textId="7EF11225" w:rsidR="00DE7A27" w:rsidRDefault="00DE7A27" w:rsidP="00DE7A27">
                <w:pPr>
                  <w:jc w:val="center"/>
                </w:pPr>
                <w:r>
                  <w:rPr>
                    <w:rFonts w:ascii="MS Gothic" w:eastAsia="MS Gothic" w:hAnsi="MS Gothic" w:hint="eastAsia"/>
                    <w:sz w:val="18"/>
                    <w:szCs w:val="18"/>
                  </w:rPr>
                  <w:t>☐</w:t>
                </w:r>
              </w:p>
            </w:tc>
          </w:sdtContent>
        </w:sdt>
        <w:sdt>
          <w:sdtPr>
            <w:rPr>
              <w:sz w:val="18"/>
              <w:szCs w:val="18"/>
            </w:rPr>
            <w:id w:val="-1974290273"/>
            <w14:checkbox>
              <w14:checked w14:val="0"/>
              <w14:checkedState w14:val="2612" w14:font="MS Gothic"/>
              <w14:uncheckedState w14:val="2610" w14:font="MS Gothic"/>
            </w14:checkbox>
          </w:sdtPr>
          <w:sdtContent>
            <w:tc>
              <w:tcPr>
                <w:tcW w:w="980" w:type="dxa"/>
                <w:vAlign w:val="center"/>
              </w:tcPr>
              <w:p w14:paraId="10446367" w14:textId="0452A07E" w:rsidR="00DE7A27" w:rsidRDefault="00DE7A27" w:rsidP="00DE7A27">
                <w:pPr>
                  <w:jc w:val="center"/>
                </w:pPr>
                <w:r>
                  <w:rPr>
                    <w:rFonts w:ascii="MS Gothic" w:eastAsia="MS Gothic" w:hAnsi="MS Gothic" w:hint="eastAsia"/>
                    <w:sz w:val="18"/>
                    <w:szCs w:val="18"/>
                  </w:rPr>
                  <w:t>☐</w:t>
                </w:r>
              </w:p>
            </w:tc>
          </w:sdtContent>
        </w:sdt>
        <w:sdt>
          <w:sdtPr>
            <w:rPr>
              <w:sz w:val="18"/>
              <w:szCs w:val="18"/>
            </w:rPr>
            <w:id w:val="-753975233"/>
            <w14:checkbox>
              <w14:checked w14:val="0"/>
              <w14:checkedState w14:val="2612" w14:font="MS Gothic"/>
              <w14:uncheckedState w14:val="2610" w14:font="MS Gothic"/>
            </w14:checkbox>
          </w:sdtPr>
          <w:sdtContent>
            <w:tc>
              <w:tcPr>
                <w:tcW w:w="864" w:type="dxa"/>
                <w:vAlign w:val="center"/>
              </w:tcPr>
              <w:p w14:paraId="2AA618EC" w14:textId="0391D12C" w:rsidR="00DE7A27" w:rsidRDefault="00DE7A27" w:rsidP="00DE7A27">
                <w:pPr>
                  <w:jc w:val="center"/>
                </w:pPr>
                <w:r>
                  <w:rPr>
                    <w:rFonts w:ascii="MS Gothic" w:eastAsia="MS Gothic" w:hAnsi="MS Gothic" w:hint="eastAsia"/>
                    <w:sz w:val="18"/>
                    <w:szCs w:val="18"/>
                  </w:rPr>
                  <w:t>☐</w:t>
                </w:r>
              </w:p>
            </w:tc>
          </w:sdtContent>
        </w:sdt>
      </w:tr>
      <w:tr w:rsidR="006229D8" w14:paraId="6B423030" w14:textId="77777777" w:rsidTr="009E32B9">
        <w:trPr>
          <w:trHeight w:val="424"/>
          <w:jc w:val="center"/>
        </w:trPr>
        <w:tc>
          <w:tcPr>
            <w:tcW w:w="810" w:type="dxa"/>
            <w:vAlign w:val="center"/>
          </w:tcPr>
          <w:p w14:paraId="24A49219" w14:textId="77777777" w:rsidR="006229D8" w:rsidRDefault="006229D8" w:rsidP="006229D8">
            <w:pPr>
              <w:jc w:val="center"/>
            </w:pPr>
            <w:r>
              <w:t>4</w:t>
            </w:r>
          </w:p>
        </w:tc>
        <w:tc>
          <w:tcPr>
            <w:tcW w:w="6608" w:type="dxa"/>
          </w:tcPr>
          <w:p w14:paraId="58859270" w14:textId="5006A4FB" w:rsidR="006229D8" w:rsidRDefault="006229D8" w:rsidP="006229D8">
            <w:r>
              <w:rPr>
                <w:rFonts w:ascii="Cambria" w:hAnsi="Cambria" w:cs="Segoe UI"/>
                <w:color w:val="000000"/>
              </w:rPr>
              <w:t>EKAP Doğrudan Temin Kayıt Numarası alınmış ve EKAP Kümülatif Bilgiler Formu dosyaya eklenmiş mi?</w:t>
            </w:r>
          </w:p>
        </w:tc>
        <w:sdt>
          <w:sdtPr>
            <w:rPr>
              <w:sz w:val="18"/>
              <w:szCs w:val="18"/>
            </w:rPr>
            <w:id w:val="1678617245"/>
            <w14:checkbox>
              <w14:checked w14:val="0"/>
              <w14:checkedState w14:val="2612" w14:font="MS Gothic"/>
              <w14:uncheckedState w14:val="2610" w14:font="MS Gothic"/>
            </w14:checkbox>
          </w:sdtPr>
          <w:sdtContent>
            <w:tc>
              <w:tcPr>
                <w:tcW w:w="1268" w:type="dxa"/>
                <w:vAlign w:val="center"/>
              </w:tcPr>
              <w:p w14:paraId="174FA5DC" w14:textId="594DE580" w:rsidR="006229D8" w:rsidRDefault="006229D8" w:rsidP="006229D8">
                <w:pPr>
                  <w:jc w:val="center"/>
                </w:pPr>
                <w:r>
                  <w:rPr>
                    <w:rFonts w:ascii="MS Gothic" w:eastAsia="MS Gothic" w:hAnsi="MS Gothic" w:hint="eastAsia"/>
                    <w:sz w:val="18"/>
                    <w:szCs w:val="18"/>
                  </w:rPr>
                  <w:t>☐</w:t>
                </w:r>
              </w:p>
            </w:tc>
          </w:sdtContent>
        </w:sdt>
        <w:sdt>
          <w:sdtPr>
            <w:rPr>
              <w:sz w:val="18"/>
              <w:szCs w:val="18"/>
            </w:rPr>
            <w:id w:val="1647320381"/>
            <w14:checkbox>
              <w14:checked w14:val="0"/>
              <w14:checkedState w14:val="2612" w14:font="MS Gothic"/>
              <w14:uncheckedState w14:val="2610" w14:font="MS Gothic"/>
            </w14:checkbox>
          </w:sdtPr>
          <w:sdtContent>
            <w:tc>
              <w:tcPr>
                <w:tcW w:w="980" w:type="dxa"/>
                <w:vAlign w:val="center"/>
              </w:tcPr>
              <w:p w14:paraId="659AB439" w14:textId="01BBDF3E" w:rsidR="006229D8" w:rsidRDefault="006229D8" w:rsidP="006229D8">
                <w:pPr>
                  <w:jc w:val="center"/>
                </w:pPr>
                <w:r>
                  <w:rPr>
                    <w:rFonts w:ascii="MS Gothic" w:eastAsia="MS Gothic" w:hAnsi="MS Gothic" w:hint="eastAsia"/>
                    <w:sz w:val="18"/>
                    <w:szCs w:val="18"/>
                  </w:rPr>
                  <w:t>☐</w:t>
                </w:r>
              </w:p>
            </w:tc>
          </w:sdtContent>
        </w:sdt>
        <w:sdt>
          <w:sdtPr>
            <w:rPr>
              <w:sz w:val="18"/>
              <w:szCs w:val="18"/>
            </w:rPr>
            <w:id w:val="1355307707"/>
            <w14:checkbox>
              <w14:checked w14:val="0"/>
              <w14:checkedState w14:val="2612" w14:font="MS Gothic"/>
              <w14:uncheckedState w14:val="2610" w14:font="MS Gothic"/>
            </w14:checkbox>
          </w:sdtPr>
          <w:sdtContent>
            <w:tc>
              <w:tcPr>
                <w:tcW w:w="864" w:type="dxa"/>
                <w:vAlign w:val="center"/>
              </w:tcPr>
              <w:p w14:paraId="7B00DD99" w14:textId="0489B412" w:rsidR="006229D8" w:rsidRDefault="006229D8" w:rsidP="006229D8">
                <w:pPr>
                  <w:jc w:val="center"/>
                </w:pPr>
                <w:r>
                  <w:rPr>
                    <w:rFonts w:ascii="MS Gothic" w:eastAsia="MS Gothic" w:hAnsi="MS Gothic" w:hint="eastAsia"/>
                    <w:sz w:val="18"/>
                    <w:szCs w:val="18"/>
                  </w:rPr>
                  <w:t>☐</w:t>
                </w:r>
              </w:p>
            </w:tc>
          </w:sdtContent>
        </w:sdt>
      </w:tr>
      <w:tr w:rsidR="006229D8" w14:paraId="141FBE90" w14:textId="77777777" w:rsidTr="009E32B9">
        <w:trPr>
          <w:trHeight w:val="417"/>
          <w:jc w:val="center"/>
        </w:trPr>
        <w:tc>
          <w:tcPr>
            <w:tcW w:w="810" w:type="dxa"/>
            <w:vAlign w:val="center"/>
          </w:tcPr>
          <w:p w14:paraId="653F9A25" w14:textId="77777777" w:rsidR="006229D8" w:rsidRDefault="006229D8" w:rsidP="006229D8">
            <w:pPr>
              <w:jc w:val="center"/>
            </w:pPr>
            <w:r>
              <w:t>5</w:t>
            </w:r>
          </w:p>
        </w:tc>
        <w:tc>
          <w:tcPr>
            <w:tcW w:w="6608" w:type="dxa"/>
          </w:tcPr>
          <w:p w14:paraId="54096F42" w14:textId="3204E1AA" w:rsidR="006229D8" w:rsidRDefault="006229D8" w:rsidP="006229D8">
            <w:r>
              <w:rPr>
                <w:rFonts w:ascii="Cambria" w:hAnsi="Cambria" w:cs="Segoe UI"/>
                <w:color w:val="000000"/>
              </w:rPr>
              <w:t>Piyasa Fiyat Araştırma Tutanağı usulüne uygun düzenlenmiş, hesaplamalar kontrol edilmiş ve görevlilerce imzalanmış mı? Doğrudan temin sonuç belgesi düzenlenmiş mi?</w:t>
            </w:r>
          </w:p>
        </w:tc>
        <w:sdt>
          <w:sdtPr>
            <w:rPr>
              <w:sz w:val="18"/>
              <w:szCs w:val="18"/>
            </w:rPr>
            <w:id w:val="-2119743837"/>
            <w14:checkbox>
              <w14:checked w14:val="0"/>
              <w14:checkedState w14:val="2612" w14:font="MS Gothic"/>
              <w14:uncheckedState w14:val="2610" w14:font="MS Gothic"/>
            </w14:checkbox>
          </w:sdtPr>
          <w:sdtContent>
            <w:tc>
              <w:tcPr>
                <w:tcW w:w="1268" w:type="dxa"/>
                <w:vAlign w:val="center"/>
              </w:tcPr>
              <w:p w14:paraId="08FE0D73" w14:textId="1B460262" w:rsidR="006229D8" w:rsidRDefault="006229D8" w:rsidP="006229D8">
                <w:pPr>
                  <w:jc w:val="center"/>
                </w:pPr>
                <w:r>
                  <w:rPr>
                    <w:rFonts w:ascii="MS Gothic" w:eastAsia="MS Gothic" w:hAnsi="MS Gothic" w:hint="eastAsia"/>
                    <w:sz w:val="18"/>
                    <w:szCs w:val="18"/>
                  </w:rPr>
                  <w:t>☐</w:t>
                </w:r>
              </w:p>
            </w:tc>
          </w:sdtContent>
        </w:sdt>
        <w:sdt>
          <w:sdtPr>
            <w:rPr>
              <w:sz w:val="18"/>
              <w:szCs w:val="18"/>
            </w:rPr>
            <w:id w:val="947965340"/>
            <w14:checkbox>
              <w14:checked w14:val="0"/>
              <w14:checkedState w14:val="2612" w14:font="MS Gothic"/>
              <w14:uncheckedState w14:val="2610" w14:font="MS Gothic"/>
            </w14:checkbox>
          </w:sdtPr>
          <w:sdtContent>
            <w:tc>
              <w:tcPr>
                <w:tcW w:w="980" w:type="dxa"/>
                <w:vAlign w:val="center"/>
              </w:tcPr>
              <w:p w14:paraId="1556996C" w14:textId="293E3ED1" w:rsidR="006229D8" w:rsidRDefault="006229D8" w:rsidP="006229D8">
                <w:pPr>
                  <w:jc w:val="center"/>
                </w:pPr>
                <w:r>
                  <w:rPr>
                    <w:rFonts w:ascii="MS Gothic" w:eastAsia="MS Gothic" w:hAnsi="MS Gothic" w:hint="eastAsia"/>
                    <w:sz w:val="18"/>
                    <w:szCs w:val="18"/>
                  </w:rPr>
                  <w:t>☐</w:t>
                </w:r>
              </w:p>
            </w:tc>
          </w:sdtContent>
        </w:sdt>
        <w:sdt>
          <w:sdtPr>
            <w:rPr>
              <w:sz w:val="18"/>
              <w:szCs w:val="18"/>
            </w:rPr>
            <w:id w:val="1044335861"/>
            <w14:checkbox>
              <w14:checked w14:val="0"/>
              <w14:checkedState w14:val="2612" w14:font="MS Gothic"/>
              <w14:uncheckedState w14:val="2610" w14:font="MS Gothic"/>
            </w14:checkbox>
          </w:sdtPr>
          <w:sdtContent>
            <w:tc>
              <w:tcPr>
                <w:tcW w:w="864" w:type="dxa"/>
                <w:vAlign w:val="center"/>
              </w:tcPr>
              <w:p w14:paraId="364870E4" w14:textId="5306D05B" w:rsidR="006229D8" w:rsidRDefault="006229D8" w:rsidP="006229D8">
                <w:pPr>
                  <w:jc w:val="center"/>
                </w:pPr>
                <w:r>
                  <w:rPr>
                    <w:rFonts w:ascii="MS Gothic" w:eastAsia="MS Gothic" w:hAnsi="MS Gothic" w:hint="eastAsia"/>
                    <w:sz w:val="18"/>
                    <w:szCs w:val="18"/>
                  </w:rPr>
                  <w:t>☐</w:t>
                </w:r>
              </w:p>
            </w:tc>
          </w:sdtContent>
        </w:sdt>
      </w:tr>
      <w:tr w:rsidR="006229D8" w14:paraId="7D40B154" w14:textId="77777777" w:rsidTr="009E32B9">
        <w:trPr>
          <w:jc w:val="center"/>
        </w:trPr>
        <w:tc>
          <w:tcPr>
            <w:tcW w:w="810" w:type="dxa"/>
            <w:vAlign w:val="center"/>
          </w:tcPr>
          <w:p w14:paraId="20DE44B9" w14:textId="77777777" w:rsidR="006229D8" w:rsidRDefault="006229D8" w:rsidP="006229D8">
            <w:pPr>
              <w:jc w:val="center"/>
            </w:pPr>
            <w:r>
              <w:t>6</w:t>
            </w:r>
          </w:p>
        </w:tc>
        <w:tc>
          <w:tcPr>
            <w:tcW w:w="6608" w:type="dxa"/>
          </w:tcPr>
          <w:p w14:paraId="09FF3FB5" w14:textId="307003BD" w:rsidR="006229D8" w:rsidRDefault="006229D8" w:rsidP="006229D8">
            <w:r>
              <w:rPr>
                <w:rFonts w:ascii="Cambria" w:hAnsi="Cambria" w:cs="Segoe UI"/>
                <w:color w:val="000000"/>
              </w:rPr>
              <w:t>Sözleşme düzenlenmesi gereken alımlarda sözleşme eksiksiz düzenlenmiş, sözleşme kapsamında yapılacak işler ayrıntılı olarak belirtilmiş ve damga vergisi yükümlülükleri yerine getirilmiş mi?</w:t>
            </w:r>
          </w:p>
        </w:tc>
        <w:sdt>
          <w:sdtPr>
            <w:rPr>
              <w:sz w:val="18"/>
              <w:szCs w:val="18"/>
            </w:rPr>
            <w:id w:val="-1861729414"/>
            <w14:checkbox>
              <w14:checked w14:val="0"/>
              <w14:checkedState w14:val="2612" w14:font="MS Gothic"/>
              <w14:uncheckedState w14:val="2610" w14:font="MS Gothic"/>
            </w14:checkbox>
          </w:sdtPr>
          <w:sdtContent>
            <w:tc>
              <w:tcPr>
                <w:tcW w:w="1268" w:type="dxa"/>
                <w:vAlign w:val="center"/>
              </w:tcPr>
              <w:p w14:paraId="203BB5B5" w14:textId="77765F18" w:rsidR="006229D8" w:rsidRDefault="006229D8" w:rsidP="006229D8">
                <w:pPr>
                  <w:jc w:val="center"/>
                </w:pPr>
                <w:r>
                  <w:rPr>
                    <w:rFonts w:ascii="MS Gothic" w:eastAsia="MS Gothic" w:hAnsi="MS Gothic" w:hint="eastAsia"/>
                    <w:sz w:val="18"/>
                    <w:szCs w:val="18"/>
                  </w:rPr>
                  <w:t>☐</w:t>
                </w:r>
              </w:p>
            </w:tc>
          </w:sdtContent>
        </w:sdt>
        <w:sdt>
          <w:sdtPr>
            <w:rPr>
              <w:sz w:val="18"/>
              <w:szCs w:val="18"/>
            </w:rPr>
            <w:id w:val="-319727853"/>
            <w14:checkbox>
              <w14:checked w14:val="0"/>
              <w14:checkedState w14:val="2612" w14:font="MS Gothic"/>
              <w14:uncheckedState w14:val="2610" w14:font="MS Gothic"/>
            </w14:checkbox>
          </w:sdtPr>
          <w:sdtContent>
            <w:tc>
              <w:tcPr>
                <w:tcW w:w="980" w:type="dxa"/>
                <w:vAlign w:val="center"/>
              </w:tcPr>
              <w:p w14:paraId="2DB6A803" w14:textId="61AE9E6B" w:rsidR="006229D8" w:rsidRDefault="006229D8" w:rsidP="006229D8">
                <w:pPr>
                  <w:jc w:val="center"/>
                </w:pPr>
                <w:r>
                  <w:rPr>
                    <w:rFonts w:ascii="MS Gothic" w:eastAsia="MS Gothic" w:hAnsi="MS Gothic" w:hint="eastAsia"/>
                    <w:sz w:val="18"/>
                    <w:szCs w:val="18"/>
                  </w:rPr>
                  <w:t>☐</w:t>
                </w:r>
              </w:p>
            </w:tc>
          </w:sdtContent>
        </w:sdt>
        <w:sdt>
          <w:sdtPr>
            <w:rPr>
              <w:sz w:val="18"/>
              <w:szCs w:val="18"/>
            </w:rPr>
            <w:id w:val="2100366825"/>
            <w14:checkbox>
              <w14:checked w14:val="0"/>
              <w14:checkedState w14:val="2612" w14:font="MS Gothic"/>
              <w14:uncheckedState w14:val="2610" w14:font="MS Gothic"/>
            </w14:checkbox>
          </w:sdtPr>
          <w:sdtContent>
            <w:tc>
              <w:tcPr>
                <w:tcW w:w="864" w:type="dxa"/>
                <w:vAlign w:val="center"/>
              </w:tcPr>
              <w:p w14:paraId="53584AF6" w14:textId="78D0FBF6" w:rsidR="006229D8" w:rsidRDefault="006229D8" w:rsidP="006229D8">
                <w:pPr>
                  <w:jc w:val="center"/>
                </w:pPr>
                <w:r>
                  <w:rPr>
                    <w:rFonts w:ascii="MS Gothic" w:eastAsia="MS Gothic" w:hAnsi="MS Gothic" w:hint="eastAsia"/>
                    <w:sz w:val="18"/>
                    <w:szCs w:val="18"/>
                  </w:rPr>
                  <w:t>☐</w:t>
                </w:r>
              </w:p>
            </w:tc>
          </w:sdtContent>
        </w:sdt>
      </w:tr>
      <w:tr w:rsidR="006229D8" w14:paraId="64CC9416" w14:textId="77777777" w:rsidTr="00F14C39">
        <w:trPr>
          <w:trHeight w:val="561"/>
          <w:jc w:val="center"/>
        </w:trPr>
        <w:tc>
          <w:tcPr>
            <w:tcW w:w="810" w:type="dxa"/>
            <w:vAlign w:val="center"/>
          </w:tcPr>
          <w:p w14:paraId="35DFEE49" w14:textId="77777777" w:rsidR="006229D8" w:rsidRDefault="006229D8" w:rsidP="006229D8">
            <w:pPr>
              <w:jc w:val="center"/>
            </w:pPr>
            <w:r>
              <w:t>7</w:t>
            </w:r>
          </w:p>
        </w:tc>
        <w:tc>
          <w:tcPr>
            <w:tcW w:w="6608" w:type="dxa"/>
          </w:tcPr>
          <w:p w14:paraId="6AC52947" w14:textId="0C226ED2" w:rsidR="006229D8" w:rsidRDefault="006229D8" w:rsidP="006229D8">
            <w:r>
              <w:rPr>
                <w:rFonts w:ascii="Cambria" w:hAnsi="Cambria" w:cs="Segoe UI"/>
                <w:color w:val="000000"/>
              </w:rPr>
              <w:t>Muayene ve kabul işlemleri tamamlanmış mı?</w:t>
            </w:r>
          </w:p>
        </w:tc>
        <w:sdt>
          <w:sdtPr>
            <w:rPr>
              <w:sz w:val="18"/>
              <w:szCs w:val="18"/>
            </w:rPr>
            <w:id w:val="-1715190822"/>
            <w14:checkbox>
              <w14:checked w14:val="0"/>
              <w14:checkedState w14:val="2612" w14:font="MS Gothic"/>
              <w14:uncheckedState w14:val="2610" w14:font="MS Gothic"/>
            </w14:checkbox>
          </w:sdtPr>
          <w:sdtContent>
            <w:tc>
              <w:tcPr>
                <w:tcW w:w="1268" w:type="dxa"/>
                <w:vAlign w:val="center"/>
              </w:tcPr>
              <w:p w14:paraId="28CD82EE" w14:textId="2B8F4A35" w:rsidR="006229D8" w:rsidRDefault="006229D8" w:rsidP="006229D8">
                <w:pPr>
                  <w:jc w:val="center"/>
                </w:pPr>
                <w:r>
                  <w:rPr>
                    <w:rFonts w:ascii="MS Gothic" w:eastAsia="MS Gothic" w:hAnsi="MS Gothic" w:hint="eastAsia"/>
                    <w:sz w:val="18"/>
                    <w:szCs w:val="18"/>
                  </w:rPr>
                  <w:t>☐</w:t>
                </w:r>
              </w:p>
            </w:tc>
          </w:sdtContent>
        </w:sdt>
        <w:sdt>
          <w:sdtPr>
            <w:rPr>
              <w:sz w:val="18"/>
              <w:szCs w:val="18"/>
            </w:rPr>
            <w:id w:val="1827857160"/>
            <w14:checkbox>
              <w14:checked w14:val="0"/>
              <w14:checkedState w14:val="2612" w14:font="MS Gothic"/>
              <w14:uncheckedState w14:val="2610" w14:font="MS Gothic"/>
            </w14:checkbox>
          </w:sdtPr>
          <w:sdtContent>
            <w:tc>
              <w:tcPr>
                <w:tcW w:w="980" w:type="dxa"/>
                <w:vAlign w:val="center"/>
              </w:tcPr>
              <w:p w14:paraId="6F249AEE" w14:textId="07A23D63" w:rsidR="006229D8" w:rsidRDefault="006229D8" w:rsidP="006229D8">
                <w:pPr>
                  <w:jc w:val="center"/>
                </w:pPr>
                <w:r>
                  <w:rPr>
                    <w:rFonts w:ascii="MS Gothic" w:eastAsia="MS Gothic" w:hAnsi="MS Gothic" w:hint="eastAsia"/>
                    <w:sz w:val="18"/>
                    <w:szCs w:val="18"/>
                  </w:rPr>
                  <w:t>☐</w:t>
                </w:r>
              </w:p>
            </w:tc>
          </w:sdtContent>
        </w:sdt>
        <w:sdt>
          <w:sdtPr>
            <w:rPr>
              <w:sz w:val="18"/>
              <w:szCs w:val="18"/>
            </w:rPr>
            <w:id w:val="-1570029903"/>
            <w14:checkbox>
              <w14:checked w14:val="0"/>
              <w14:checkedState w14:val="2612" w14:font="MS Gothic"/>
              <w14:uncheckedState w14:val="2610" w14:font="MS Gothic"/>
            </w14:checkbox>
          </w:sdtPr>
          <w:sdtContent>
            <w:tc>
              <w:tcPr>
                <w:tcW w:w="864" w:type="dxa"/>
                <w:vAlign w:val="center"/>
              </w:tcPr>
              <w:p w14:paraId="6A589EAF" w14:textId="2F20618A" w:rsidR="006229D8" w:rsidRDefault="006229D8" w:rsidP="006229D8">
                <w:pPr>
                  <w:jc w:val="center"/>
                </w:pPr>
                <w:r>
                  <w:rPr>
                    <w:rFonts w:ascii="MS Gothic" w:eastAsia="MS Gothic" w:hAnsi="MS Gothic" w:hint="eastAsia"/>
                    <w:sz w:val="18"/>
                    <w:szCs w:val="18"/>
                  </w:rPr>
                  <w:t>☐</w:t>
                </w:r>
              </w:p>
            </w:tc>
          </w:sdtContent>
        </w:sdt>
      </w:tr>
      <w:tr w:rsidR="006229D8" w14:paraId="5B5E3A95" w14:textId="77777777" w:rsidTr="009E32B9">
        <w:trPr>
          <w:jc w:val="center"/>
        </w:trPr>
        <w:tc>
          <w:tcPr>
            <w:tcW w:w="810" w:type="dxa"/>
            <w:vAlign w:val="center"/>
          </w:tcPr>
          <w:p w14:paraId="1759FB24" w14:textId="77777777" w:rsidR="006229D8" w:rsidRDefault="006229D8" w:rsidP="006229D8">
            <w:pPr>
              <w:jc w:val="center"/>
            </w:pPr>
            <w:r>
              <w:t>8</w:t>
            </w:r>
          </w:p>
        </w:tc>
        <w:tc>
          <w:tcPr>
            <w:tcW w:w="6608" w:type="dxa"/>
          </w:tcPr>
          <w:p w14:paraId="7204642C" w14:textId="0ADC44A4" w:rsidR="006229D8" w:rsidRDefault="006229D8" w:rsidP="006229D8">
            <w:r>
              <w:rPr>
                <w:rFonts w:ascii="Cambria" w:hAnsi="Cambria" w:cs="Segoe UI"/>
                <w:color w:val="000000"/>
              </w:rPr>
              <w:t xml:space="preserve">Fatura usulüne uygun düzenlenmiş; muhatabı, hesaplamaları, e-Arşiv doğrulaması, IBAN bilgileri ve gerekli vergisel kontroller yapılmış mı? </w:t>
            </w:r>
            <w:r w:rsidRPr="00DE7A27">
              <w:rPr>
                <w:rFonts w:ascii="Cambria" w:hAnsi="Cambria" w:cs="Segoe UI"/>
                <w:b/>
                <w:bCs/>
                <w:color w:val="000000"/>
              </w:rPr>
              <w:t>(hizmet ve yapım işlerinde tevkifatlı fatura Strateji adına olacaktır.)</w:t>
            </w:r>
            <w:r>
              <w:rPr>
                <w:rFonts w:ascii="Cambria" w:hAnsi="Cambria" w:cs="Segoe UI"/>
                <w:b/>
                <w:bCs/>
                <w:color w:val="000000"/>
              </w:rPr>
              <w:t>(Vn: 0480588801)</w:t>
            </w:r>
          </w:p>
        </w:tc>
        <w:sdt>
          <w:sdtPr>
            <w:rPr>
              <w:sz w:val="18"/>
              <w:szCs w:val="18"/>
            </w:rPr>
            <w:id w:val="1861318289"/>
            <w14:checkbox>
              <w14:checked w14:val="0"/>
              <w14:checkedState w14:val="2612" w14:font="MS Gothic"/>
              <w14:uncheckedState w14:val="2610" w14:font="MS Gothic"/>
            </w14:checkbox>
          </w:sdtPr>
          <w:sdtContent>
            <w:tc>
              <w:tcPr>
                <w:tcW w:w="1268" w:type="dxa"/>
                <w:vAlign w:val="center"/>
              </w:tcPr>
              <w:p w14:paraId="2D83F2DB" w14:textId="75593CDE" w:rsidR="006229D8" w:rsidRDefault="006229D8" w:rsidP="006229D8">
                <w:pPr>
                  <w:jc w:val="center"/>
                </w:pPr>
                <w:r>
                  <w:rPr>
                    <w:rFonts w:ascii="MS Gothic" w:eastAsia="MS Gothic" w:hAnsi="MS Gothic" w:hint="eastAsia"/>
                    <w:sz w:val="18"/>
                    <w:szCs w:val="18"/>
                  </w:rPr>
                  <w:t>☐</w:t>
                </w:r>
              </w:p>
            </w:tc>
          </w:sdtContent>
        </w:sdt>
        <w:sdt>
          <w:sdtPr>
            <w:rPr>
              <w:sz w:val="18"/>
              <w:szCs w:val="18"/>
            </w:rPr>
            <w:id w:val="1015801191"/>
            <w14:checkbox>
              <w14:checked w14:val="0"/>
              <w14:checkedState w14:val="2612" w14:font="MS Gothic"/>
              <w14:uncheckedState w14:val="2610" w14:font="MS Gothic"/>
            </w14:checkbox>
          </w:sdtPr>
          <w:sdtContent>
            <w:tc>
              <w:tcPr>
                <w:tcW w:w="980" w:type="dxa"/>
                <w:vAlign w:val="center"/>
              </w:tcPr>
              <w:p w14:paraId="3A08939A" w14:textId="7CC3D070" w:rsidR="006229D8" w:rsidRDefault="006229D8" w:rsidP="006229D8">
                <w:pPr>
                  <w:jc w:val="center"/>
                </w:pPr>
                <w:r>
                  <w:rPr>
                    <w:rFonts w:ascii="MS Gothic" w:eastAsia="MS Gothic" w:hAnsi="MS Gothic" w:hint="eastAsia"/>
                    <w:sz w:val="18"/>
                    <w:szCs w:val="18"/>
                  </w:rPr>
                  <w:t>☐</w:t>
                </w:r>
              </w:p>
            </w:tc>
          </w:sdtContent>
        </w:sdt>
        <w:sdt>
          <w:sdtPr>
            <w:rPr>
              <w:sz w:val="18"/>
              <w:szCs w:val="18"/>
            </w:rPr>
            <w:id w:val="660117789"/>
            <w14:checkbox>
              <w14:checked w14:val="0"/>
              <w14:checkedState w14:val="2612" w14:font="MS Gothic"/>
              <w14:uncheckedState w14:val="2610" w14:font="MS Gothic"/>
            </w14:checkbox>
          </w:sdtPr>
          <w:sdtContent>
            <w:tc>
              <w:tcPr>
                <w:tcW w:w="864" w:type="dxa"/>
                <w:vAlign w:val="center"/>
              </w:tcPr>
              <w:p w14:paraId="76133ED4" w14:textId="2939A5CC" w:rsidR="006229D8" w:rsidRDefault="006229D8" w:rsidP="006229D8">
                <w:pPr>
                  <w:jc w:val="center"/>
                </w:pPr>
                <w:r>
                  <w:rPr>
                    <w:rFonts w:ascii="MS Gothic" w:eastAsia="MS Gothic" w:hAnsi="MS Gothic" w:hint="eastAsia"/>
                    <w:sz w:val="18"/>
                    <w:szCs w:val="18"/>
                  </w:rPr>
                  <w:t>☐</w:t>
                </w:r>
              </w:p>
            </w:tc>
          </w:sdtContent>
        </w:sdt>
      </w:tr>
      <w:tr w:rsidR="006229D8" w14:paraId="75AB4112" w14:textId="77777777" w:rsidTr="009E32B9">
        <w:trPr>
          <w:trHeight w:val="480"/>
          <w:jc w:val="center"/>
        </w:trPr>
        <w:tc>
          <w:tcPr>
            <w:tcW w:w="810" w:type="dxa"/>
            <w:vAlign w:val="center"/>
          </w:tcPr>
          <w:p w14:paraId="48FA51CD" w14:textId="77777777" w:rsidR="006229D8" w:rsidRDefault="006229D8" w:rsidP="006229D8">
            <w:pPr>
              <w:jc w:val="center"/>
            </w:pPr>
            <w:r>
              <w:t>9</w:t>
            </w:r>
          </w:p>
        </w:tc>
        <w:tc>
          <w:tcPr>
            <w:tcW w:w="6608" w:type="dxa"/>
          </w:tcPr>
          <w:p w14:paraId="4620FFFC" w14:textId="63DAF53A" w:rsidR="006229D8" w:rsidRDefault="001F7FF1" w:rsidP="006229D8">
            <w:r>
              <w:rPr>
                <w:rFonts w:ascii="Cambria" w:hAnsi="Cambria" w:cs="Segoe UI"/>
                <w:color w:val="000000"/>
              </w:rPr>
              <w:t>M</w:t>
            </w:r>
            <w:r w:rsidR="006229D8">
              <w:rPr>
                <w:rFonts w:ascii="Cambria" w:hAnsi="Cambria" w:cs="Segoe UI"/>
                <w:color w:val="000000"/>
              </w:rPr>
              <w:t>al alımlarında: TKYS ve HYS üzerinden Varlık İşlem Fişleri düzenlenmiş, Taşınır Kayıt Yetkilisince imzalanmış ve fatura ile uyumu kontrol edilmiş mi?</w:t>
            </w:r>
          </w:p>
        </w:tc>
        <w:sdt>
          <w:sdtPr>
            <w:rPr>
              <w:sz w:val="18"/>
              <w:szCs w:val="18"/>
            </w:rPr>
            <w:id w:val="-461736093"/>
            <w14:checkbox>
              <w14:checked w14:val="0"/>
              <w14:checkedState w14:val="2612" w14:font="MS Gothic"/>
              <w14:uncheckedState w14:val="2610" w14:font="MS Gothic"/>
            </w14:checkbox>
          </w:sdtPr>
          <w:sdtContent>
            <w:tc>
              <w:tcPr>
                <w:tcW w:w="1268" w:type="dxa"/>
                <w:vAlign w:val="center"/>
              </w:tcPr>
              <w:p w14:paraId="7B095091" w14:textId="3260E602" w:rsidR="006229D8" w:rsidRDefault="006229D8" w:rsidP="006229D8">
                <w:pPr>
                  <w:jc w:val="center"/>
                </w:pPr>
                <w:r>
                  <w:rPr>
                    <w:rFonts w:ascii="MS Gothic" w:eastAsia="MS Gothic" w:hAnsi="MS Gothic" w:hint="eastAsia"/>
                    <w:sz w:val="18"/>
                    <w:szCs w:val="18"/>
                  </w:rPr>
                  <w:t>☐</w:t>
                </w:r>
              </w:p>
            </w:tc>
          </w:sdtContent>
        </w:sdt>
        <w:sdt>
          <w:sdtPr>
            <w:rPr>
              <w:sz w:val="18"/>
              <w:szCs w:val="18"/>
            </w:rPr>
            <w:id w:val="605538715"/>
            <w14:checkbox>
              <w14:checked w14:val="0"/>
              <w14:checkedState w14:val="2612" w14:font="MS Gothic"/>
              <w14:uncheckedState w14:val="2610" w14:font="MS Gothic"/>
            </w14:checkbox>
          </w:sdtPr>
          <w:sdtContent>
            <w:tc>
              <w:tcPr>
                <w:tcW w:w="980" w:type="dxa"/>
                <w:vAlign w:val="center"/>
              </w:tcPr>
              <w:p w14:paraId="2F64CBB4" w14:textId="583A4F3E" w:rsidR="006229D8" w:rsidRDefault="006229D8" w:rsidP="006229D8">
                <w:pPr>
                  <w:jc w:val="center"/>
                </w:pPr>
                <w:r>
                  <w:rPr>
                    <w:rFonts w:ascii="MS Gothic" w:eastAsia="MS Gothic" w:hAnsi="MS Gothic" w:hint="eastAsia"/>
                    <w:sz w:val="18"/>
                    <w:szCs w:val="18"/>
                  </w:rPr>
                  <w:t>☐</w:t>
                </w:r>
              </w:p>
            </w:tc>
          </w:sdtContent>
        </w:sdt>
        <w:sdt>
          <w:sdtPr>
            <w:rPr>
              <w:sz w:val="18"/>
              <w:szCs w:val="18"/>
            </w:rPr>
            <w:id w:val="-11375906"/>
            <w14:checkbox>
              <w14:checked w14:val="0"/>
              <w14:checkedState w14:val="2612" w14:font="MS Gothic"/>
              <w14:uncheckedState w14:val="2610" w14:font="MS Gothic"/>
            </w14:checkbox>
          </w:sdtPr>
          <w:sdtContent>
            <w:tc>
              <w:tcPr>
                <w:tcW w:w="864" w:type="dxa"/>
                <w:vAlign w:val="center"/>
              </w:tcPr>
              <w:p w14:paraId="48E78A23" w14:textId="1560DBAF" w:rsidR="006229D8" w:rsidRDefault="006229D8" w:rsidP="006229D8">
                <w:pPr>
                  <w:jc w:val="center"/>
                </w:pPr>
                <w:r>
                  <w:rPr>
                    <w:rFonts w:ascii="MS Gothic" w:eastAsia="MS Gothic" w:hAnsi="MS Gothic" w:hint="eastAsia"/>
                    <w:sz w:val="18"/>
                    <w:szCs w:val="18"/>
                  </w:rPr>
                  <w:t>☐</w:t>
                </w:r>
              </w:p>
            </w:tc>
          </w:sdtContent>
        </w:sdt>
      </w:tr>
      <w:tr w:rsidR="006229D8" w14:paraId="379624CB" w14:textId="77777777" w:rsidTr="009E32B9">
        <w:trPr>
          <w:trHeight w:val="454"/>
          <w:jc w:val="center"/>
        </w:trPr>
        <w:tc>
          <w:tcPr>
            <w:tcW w:w="810" w:type="dxa"/>
            <w:vAlign w:val="center"/>
          </w:tcPr>
          <w:p w14:paraId="45EC4002" w14:textId="77777777" w:rsidR="006229D8" w:rsidRDefault="006229D8" w:rsidP="006229D8">
            <w:pPr>
              <w:jc w:val="center"/>
            </w:pPr>
            <w:r>
              <w:t>10</w:t>
            </w:r>
          </w:p>
        </w:tc>
        <w:tc>
          <w:tcPr>
            <w:tcW w:w="6608" w:type="dxa"/>
          </w:tcPr>
          <w:p w14:paraId="136058EF" w14:textId="1ADE22D4" w:rsidR="006229D8" w:rsidRDefault="001F7FF1" w:rsidP="006229D8">
            <w:r>
              <w:rPr>
                <w:rFonts w:ascii="Cambria" w:hAnsi="Cambria" w:cs="Segoe UI"/>
                <w:color w:val="000000"/>
              </w:rPr>
              <w:t>H</w:t>
            </w:r>
            <w:r w:rsidR="006229D8">
              <w:rPr>
                <w:rFonts w:ascii="Cambria" w:hAnsi="Cambria" w:cs="Segoe UI"/>
                <w:color w:val="000000"/>
              </w:rPr>
              <w:t>izmet alımlarında: Hizmet İşleri Kabul Tutanağı düzenlenmiş; hizmet miktarı, kabul işlemleri ve firma onayları kontrol edilmiş mi?</w:t>
            </w:r>
          </w:p>
        </w:tc>
        <w:sdt>
          <w:sdtPr>
            <w:rPr>
              <w:sz w:val="18"/>
              <w:szCs w:val="18"/>
            </w:rPr>
            <w:id w:val="-583766677"/>
            <w14:checkbox>
              <w14:checked w14:val="0"/>
              <w14:checkedState w14:val="2612" w14:font="MS Gothic"/>
              <w14:uncheckedState w14:val="2610" w14:font="MS Gothic"/>
            </w14:checkbox>
          </w:sdtPr>
          <w:sdtContent>
            <w:tc>
              <w:tcPr>
                <w:tcW w:w="1268" w:type="dxa"/>
                <w:vAlign w:val="center"/>
              </w:tcPr>
              <w:p w14:paraId="724071E2" w14:textId="7C9EB6BA" w:rsidR="006229D8" w:rsidRDefault="006229D8" w:rsidP="006229D8">
                <w:pPr>
                  <w:jc w:val="center"/>
                </w:pPr>
                <w:r>
                  <w:rPr>
                    <w:rFonts w:ascii="MS Gothic" w:eastAsia="MS Gothic" w:hAnsi="MS Gothic" w:hint="eastAsia"/>
                    <w:sz w:val="18"/>
                    <w:szCs w:val="18"/>
                  </w:rPr>
                  <w:t>☐</w:t>
                </w:r>
              </w:p>
            </w:tc>
          </w:sdtContent>
        </w:sdt>
        <w:sdt>
          <w:sdtPr>
            <w:rPr>
              <w:sz w:val="18"/>
              <w:szCs w:val="18"/>
            </w:rPr>
            <w:id w:val="-1351028284"/>
            <w14:checkbox>
              <w14:checked w14:val="0"/>
              <w14:checkedState w14:val="2612" w14:font="MS Gothic"/>
              <w14:uncheckedState w14:val="2610" w14:font="MS Gothic"/>
            </w14:checkbox>
          </w:sdtPr>
          <w:sdtContent>
            <w:tc>
              <w:tcPr>
                <w:tcW w:w="980" w:type="dxa"/>
                <w:vAlign w:val="center"/>
              </w:tcPr>
              <w:p w14:paraId="2D5DD99F" w14:textId="2B48AB96" w:rsidR="006229D8" w:rsidRDefault="006229D8" w:rsidP="006229D8">
                <w:pPr>
                  <w:jc w:val="center"/>
                </w:pPr>
                <w:r>
                  <w:rPr>
                    <w:rFonts w:ascii="MS Gothic" w:eastAsia="MS Gothic" w:hAnsi="MS Gothic" w:hint="eastAsia"/>
                    <w:sz w:val="18"/>
                    <w:szCs w:val="18"/>
                  </w:rPr>
                  <w:t>☐</w:t>
                </w:r>
              </w:p>
            </w:tc>
          </w:sdtContent>
        </w:sdt>
        <w:sdt>
          <w:sdtPr>
            <w:rPr>
              <w:sz w:val="18"/>
              <w:szCs w:val="18"/>
            </w:rPr>
            <w:id w:val="-713811532"/>
            <w14:checkbox>
              <w14:checked w14:val="0"/>
              <w14:checkedState w14:val="2612" w14:font="MS Gothic"/>
              <w14:uncheckedState w14:val="2610" w14:font="MS Gothic"/>
            </w14:checkbox>
          </w:sdtPr>
          <w:sdtContent>
            <w:tc>
              <w:tcPr>
                <w:tcW w:w="864" w:type="dxa"/>
                <w:vAlign w:val="center"/>
              </w:tcPr>
              <w:p w14:paraId="04727F9C" w14:textId="2478C093" w:rsidR="006229D8" w:rsidRDefault="006229D8" w:rsidP="006229D8">
                <w:pPr>
                  <w:jc w:val="center"/>
                </w:pPr>
                <w:r>
                  <w:rPr>
                    <w:rFonts w:ascii="MS Gothic" w:eastAsia="MS Gothic" w:hAnsi="MS Gothic" w:hint="eastAsia"/>
                    <w:sz w:val="18"/>
                    <w:szCs w:val="18"/>
                  </w:rPr>
                  <w:t>☐</w:t>
                </w:r>
              </w:p>
            </w:tc>
          </w:sdtContent>
        </w:sdt>
      </w:tr>
      <w:tr w:rsidR="006229D8" w14:paraId="4A2F651D" w14:textId="77777777" w:rsidTr="009E32B9">
        <w:trPr>
          <w:jc w:val="center"/>
        </w:trPr>
        <w:tc>
          <w:tcPr>
            <w:tcW w:w="810" w:type="dxa"/>
            <w:vAlign w:val="center"/>
          </w:tcPr>
          <w:p w14:paraId="160E3E2A" w14:textId="77777777" w:rsidR="006229D8" w:rsidRDefault="006229D8" w:rsidP="006229D8">
            <w:pPr>
              <w:jc w:val="center"/>
            </w:pPr>
            <w:r>
              <w:t>11</w:t>
            </w:r>
          </w:p>
        </w:tc>
        <w:tc>
          <w:tcPr>
            <w:tcW w:w="6608" w:type="dxa"/>
          </w:tcPr>
          <w:p w14:paraId="3B73907F" w14:textId="4B2E8FE4" w:rsidR="006229D8" w:rsidRDefault="006229D8" w:rsidP="006229D8">
            <w:r>
              <w:rPr>
                <w:rFonts w:ascii="Cambria" w:hAnsi="Cambria" w:cs="Segoe UI"/>
                <w:color w:val="000000"/>
              </w:rPr>
              <w:t xml:space="preserve">Vergi borcu sorgusu </w:t>
            </w:r>
            <w:r w:rsidR="001F7FF1">
              <w:rPr>
                <w:rFonts w:ascii="Cambria" w:hAnsi="Cambria" w:cs="Segoe UI"/>
                <w:color w:val="000000"/>
              </w:rPr>
              <w:t xml:space="preserve">(6183 22/A kapsamında) </w:t>
            </w:r>
            <w:r>
              <w:rPr>
                <w:rFonts w:ascii="Cambria" w:hAnsi="Cambria" w:cs="Segoe UI"/>
                <w:color w:val="000000"/>
              </w:rPr>
              <w:t>ile KİK yasaklılık teyidi yapılmış ve gerekli kesintiler uygulanmış mı?</w:t>
            </w:r>
          </w:p>
        </w:tc>
        <w:sdt>
          <w:sdtPr>
            <w:rPr>
              <w:sz w:val="18"/>
              <w:szCs w:val="18"/>
            </w:rPr>
            <w:id w:val="1459608789"/>
            <w14:checkbox>
              <w14:checked w14:val="0"/>
              <w14:checkedState w14:val="2612" w14:font="MS Gothic"/>
              <w14:uncheckedState w14:val="2610" w14:font="MS Gothic"/>
            </w14:checkbox>
          </w:sdtPr>
          <w:sdtContent>
            <w:tc>
              <w:tcPr>
                <w:tcW w:w="1268" w:type="dxa"/>
                <w:vAlign w:val="center"/>
              </w:tcPr>
              <w:p w14:paraId="5B7B3DAA" w14:textId="2390FBEA" w:rsidR="006229D8" w:rsidRDefault="006229D8" w:rsidP="006229D8">
                <w:pPr>
                  <w:jc w:val="center"/>
                </w:pPr>
                <w:r>
                  <w:rPr>
                    <w:rFonts w:ascii="MS Gothic" w:eastAsia="MS Gothic" w:hAnsi="MS Gothic" w:hint="eastAsia"/>
                    <w:sz w:val="18"/>
                    <w:szCs w:val="18"/>
                  </w:rPr>
                  <w:t>☐</w:t>
                </w:r>
              </w:p>
            </w:tc>
          </w:sdtContent>
        </w:sdt>
        <w:sdt>
          <w:sdtPr>
            <w:rPr>
              <w:sz w:val="18"/>
              <w:szCs w:val="18"/>
            </w:rPr>
            <w:id w:val="-1581984333"/>
            <w14:checkbox>
              <w14:checked w14:val="0"/>
              <w14:checkedState w14:val="2612" w14:font="MS Gothic"/>
              <w14:uncheckedState w14:val="2610" w14:font="MS Gothic"/>
            </w14:checkbox>
          </w:sdtPr>
          <w:sdtContent>
            <w:tc>
              <w:tcPr>
                <w:tcW w:w="980" w:type="dxa"/>
                <w:vAlign w:val="center"/>
              </w:tcPr>
              <w:p w14:paraId="21F98152" w14:textId="4BA295CC" w:rsidR="006229D8" w:rsidRDefault="006229D8" w:rsidP="006229D8">
                <w:pPr>
                  <w:jc w:val="center"/>
                </w:pPr>
                <w:r>
                  <w:rPr>
                    <w:rFonts w:ascii="MS Gothic" w:eastAsia="MS Gothic" w:hAnsi="MS Gothic" w:hint="eastAsia"/>
                    <w:sz w:val="18"/>
                    <w:szCs w:val="18"/>
                  </w:rPr>
                  <w:t>☐</w:t>
                </w:r>
              </w:p>
            </w:tc>
          </w:sdtContent>
        </w:sdt>
        <w:sdt>
          <w:sdtPr>
            <w:rPr>
              <w:sz w:val="18"/>
              <w:szCs w:val="18"/>
            </w:rPr>
            <w:id w:val="36937010"/>
            <w14:checkbox>
              <w14:checked w14:val="0"/>
              <w14:checkedState w14:val="2612" w14:font="MS Gothic"/>
              <w14:uncheckedState w14:val="2610" w14:font="MS Gothic"/>
            </w14:checkbox>
          </w:sdtPr>
          <w:sdtContent>
            <w:tc>
              <w:tcPr>
                <w:tcW w:w="864" w:type="dxa"/>
                <w:vAlign w:val="center"/>
              </w:tcPr>
              <w:p w14:paraId="7BE2E31A" w14:textId="7A988D0B" w:rsidR="006229D8" w:rsidRDefault="006229D8" w:rsidP="006229D8">
                <w:pPr>
                  <w:jc w:val="center"/>
                </w:pPr>
                <w:r>
                  <w:rPr>
                    <w:rFonts w:ascii="MS Gothic" w:eastAsia="MS Gothic" w:hAnsi="MS Gothic" w:hint="eastAsia"/>
                    <w:sz w:val="18"/>
                    <w:szCs w:val="18"/>
                  </w:rPr>
                  <w:t>☐</w:t>
                </w:r>
              </w:p>
            </w:tc>
          </w:sdtContent>
        </w:sdt>
      </w:tr>
      <w:tr w:rsidR="006229D8" w14:paraId="5DEC94BD" w14:textId="77777777" w:rsidTr="009E32B9">
        <w:trPr>
          <w:jc w:val="center"/>
        </w:trPr>
        <w:tc>
          <w:tcPr>
            <w:tcW w:w="810" w:type="dxa"/>
            <w:vAlign w:val="center"/>
          </w:tcPr>
          <w:p w14:paraId="6D37964E" w14:textId="530D77F8" w:rsidR="006229D8" w:rsidRDefault="006229D8" w:rsidP="006229D8">
            <w:pPr>
              <w:jc w:val="center"/>
            </w:pPr>
            <w:r>
              <w:t>12</w:t>
            </w:r>
          </w:p>
        </w:tc>
        <w:tc>
          <w:tcPr>
            <w:tcW w:w="6608" w:type="dxa"/>
          </w:tcPr>
          <w:p w14:paraId="088E2301" w14:textId="583DD9E4" w:rsidR="006229D8" w:rsidRDefault="006229D8" w:rsidP="006229D8">
            <w:r>
              <w:rPr>
                <w:rFonts w:ascii="Cambria" w:hAnsi="Cambria" w:cs="Segoe UI"/>
                <w:color w:val="000000"/>
              </w:rPr>
              <w:t>Ödeme emrindeki bütçe tertibi, IBAN, damga vergisi ve varsa tevkifat bilgileri doğru belirlenmiş mi?</w:t>
            </w:r>
          </w:p>
        </w:tc>
        <w:sdt>
          <w:sdtPr>
            <w:rPr>
              <w:sz w:val="18"/>
              <w:szCs w:val="18"/>
            </w:rPr>
            <w:id w:val="1686936320"/>
            <w14:checkbox>
              <w14:checked w14:val="0"/>
              <w14:checkedState w14:val="2612" w14:font="MS Gothic"/>
              <w14:uncheckedState w14:val="2610" w14:font="MS Gothic"/>
            </w14:checkbox>
          </w:sdtPr>
          <w:sdtContent>
            <w:tc>
              <w:tcPr>
                <w:tcW w:w="1268" w:type="dxa"/>
                <w:vAlign w:val="center"/>
              </w:tcPr>
              <w:p w14:paraId="4FE189CC" w14:textId="55AF5821" w:rsidR="006229D8" w:rsidRDefault="006229D8" w:rsidP="006229D8">
                <w:pPr>
                  <w:jc w:val="center"/>
                </w:pPr>
                <w:r>
                  <w:rPr>
                    <w:rFonts w:ascii="MS Gothic" w:eastAsia="MS Gothic" w:hAnsi="MS Gothic" w:hint="eastAsia"/>
                    <w:sz w:val="18"/>
                    <w:szCs w:val="18"/>
                  </w:rPr>
                  <w:t>☐</w:t>
                </w:r>
              </w:p>
            </w:tc>
          </w:sdtContent>
        </w:sdt>
        <w:sdt>
          <w:sdtPr>
            <w:rPr>
              <w:sz w:val="18"/>
              <w:szCs w:val="18"/>
            </w:rPr>
            <w:id w:val="-186907330"/>
            <w14:checkbox>
              <w14:checked w14:val="0"/>
              <w14:checkedState w14:val="2612" w14:font="MS Gothic"/>
              <w14:uncheckedState w14:val="2610" w14:font="MS Gothic"/>
            </w14:checkbox>
          </w:sdtPr>
          <w:sdtContent>
            <w:tc>
              <w:tcPr>
                <w:tcW w:w="980" w:type="dxa"/>
                <w:vAlign w:val="center"/>
              </w:tcPr>
              <w:p w14:paraId="1A7025F0" w14:textId="2C3EF570" w:rsidR="006229D8" w:rsidRDefault="006229D8" w:rsidP="006229D8">
                <w:pPr>
                  <w:jc w:val="center"/>
                </w:pPr>
                <w:r>
                  <w:rPr>
                    <w:rFonts w:ascii="MS Gothic" w:eastAsia="MS Gothic" w:hAnsi="MS Gothic" w:hint="eastAsia"/>
                    <w:sz w:val="18"/>
                    <w:szCs w:val="18"/>
                  </w:rPr>
                  <w:t>☐</w:t>
                </w:r>
              </w:p>
            </w:tc>
          </w:sdtContent>
        </w:sdt>
        <w:sdt>
          <w:sdtPr>
            <w:rPr>
              <w:sz w:val="18"/>
              <w:szCs w:val="18"/>
            </w:rPr>
            <w:id w:val="-1266992282"/>
            <w14:checkbox>
              <w14:checked w14:val="0"/>
              <w14:checkedState w14:val="2612" w14:font="MS Gothic"/>
              <w14:uncheckedState w14:val="2610" w14:font="MS Gothic"/>
            </w14:checkbox>
          </w:sdtPr>
          <w:sdtContent>
            <w:tc>
              <w:tcPr>
                <w:tcW w:w="864" w:type="dxa"/>
                <w:vAlign w:val="center"/>
              </w:tcPr>
              <w:p w14:paraId="5B6C1EF5" w14:textId="06FE0949" w:rsidR="006229D8" w:rsidRDefault="006229D8" w:rsidP="006229D8">
                <w:pPr>
                  <w:jc w:val="center"/>
                </w:pPr>
                <w:r>
                  <w:rPr>
                    <w:rFonts w:ascii="MS Gothic" w:eastAsia="MS Gothic" w:hAnsi="MS Gothic" w:hint="eastAsia"/>
                    <w:sz w:val="18"/>
                    <w:szCs w:val="18"/>
                  </w:rPr>
                  <w:t>☐</w:t>
                </w:r>
              </w:p>
            </w:tc>
          </w:sdtContent>
        </w:sdt>
      </w:tr>
      <w:tr w:rsidR="006229D8" w14:paraId="1A500ADC" w14:textId="77777777" w:rsidTr="009E32B9">
        <w:trPr>
          <w:jc w:val="center"/>
        </w:trPr>
        <w:tc>
          <w:tcPr>
            <w:tcW w:w="810" w:type="dxa"/>
            <w:vAlign w:val="center"/>
          </w:tcPr>
          <w:p w14:paraId="5812FA8A" w14:textId="7692C503" w:rsidR="006229D8" w:rsidRDefault="006229D8" w:rsidP="006229D8">
            <w:pPr>
              <w:jc w:val="center"/>
            </w:pPr>
            <w:r>
              <w:lastRenderedPageBreak/>
              <w:t>13</w:t>
            </w:r>
          </w:p>
        </w:tc>
        <w:tc>
          <w:tcPr>
            <w:tcW w:w="6608" w:type="dxa"/>
          </w:tcPr>
          <w:p w14:paraId="6B225ED7" w14:textId="518864E9" w:rsidR="006229D8" w:rsidRDefault="006229D8" w:rsidP="006229D8">
            <w:r>
              <w:rPr>
                <w:rFonts w:ascii="Cambria" w:hAnsi="Cambria" w:cs="Segoe UI"/>
                <w:color w:val="000000"/>
              </w:rPr>
              <w:t>Alım Tasarruf Tedbirleri Genelgesine uygun olup gerekli hallerde Zorunluluk Tespit Onay Formu dosyaya eklenmiş mi?</w:t>
            </w:r>
          </w:p>
        </w:tc>
        <w:sdt>
          <w:sdtPr>
            <w:rPr>
              <w:sz w:val="18"/>
              <w:szCs w:val="18"/>
            </w:rPr>
            <w:id w:val="1892306623"/>
            <w14:checkbox>
              <w14:checked w14:val="0"/>
              <w14:checkedState w14:val="2612" w14:font="MS Gothic"/>
              <w14:uncheckedState w14:val="2610" w14:font="MS Gothic"/>
            </w14:checkbox>
          </w:sdtPr>
          <w:sdtContent>
            <w:tc>
              <w:tcPr>
                <w:tcW w:w="1268" w:type="dxa"/>
                <w:vAlign w:val="center"/>
              </w:tcPr>
              <w:p w14:paraId="209D4EBA" w14:textId="275C8A5A" w:rsidR="006229D8" w:rsidRDefault="006229D8" w:rsidP="006229D8">
                <w:pPr>
                  <w:jc w:val="center"/>
                </w:pPr>
                <w:r>
                  <w:rPr>
                    <w:rFonts w:ascii="MS Gothic" w:eastAsia="MS Gothic" w:hAnsi="MS Gothic" w:hint="eastAsia"/>
                    <w:sz w:val="18"/>
                    <w:szCs w:val="18"/>
                  </w:rPr>
                  <w:t>☐</w:t>
                </w:r>
              </w:p>
            </w:tc>
          </w:sdtContent>
        </w:sdt>
        <w:sdt>
          <w:sdtPr>
            <w:rPr>
              <w:sz w:val="18"/>
              <w:szCs w:val="18"/>
            </w:rPr>
            <w:id w:val="349298776"/>
            <w14:checkbox>
              <w14:checked w14:val="0"/>
              <w14:checkedState w14:val="2612" w14:font="MS Gothic"/>
              <w14:uncheckedState w14:val="2610" w14:font="MS Gothic"/>
            </w14:checkbox>
          </w:sdtPr>
          <w:sdtContent>
            <w:tc>
              <w:tcPr>
                <w:tcW w:w="980" w:type="dxa"/>
                <w:vAlign w:val="center"/>
              </w:tcPr>
              <w:p w14:paraId="4DE1E958" w14:textId="79F5217B" w:rsidR="006229D8" w:rsidRDefault="006229D8" w:rsidP="006229D8">
                <w:pPr>
                  <w:jc w:val="center"/>
                </w:pPr>
                <w:r>
                  <w:rPr>
                    <w:rFonts w:ascii="MS Gothic" w:eastAsia="MS Gothic" w:hAnsi="MS Gothic" w:hint="eastAsia"/>
                    <w:sz w:val="18"/>
                    <w:szCs w:val="18"/>
                  </w:rPr>
                  <w:t>☐</w:t>
                </w:r>
              </w:p>
            </w:tc>
          </w:sdtContent>
        </w:sdt>
        <w:sdt>
          <w:sdtPr>
            <w:rPr>
              <w:sz w:val="18"/>
              <w:szCs w:val="18"/>
            </w:rPr>
            <w:id w:val="-272862664"/>
            <w14:checkbox>
              <w14:checked w14:val="0"/>
              <w14:checkedState w14:val="2612" w14:font="MS Gothic"/>
              <w14:uncheckedState w14:val="2610" w14:font="MS Gothic"/>
            </w14:checkbox>
          </w:sdtPr>
          <w:sdtContent>
            <w:tc>
              <w:tcPr>
                <w:tcW w:w="864" w:type="dxa"/>
                <w:vAlign w:val="center"/>
              </w:tcPr>
              <w:p w14:paraId="6EC1C283" w14:textId="0B1D7703" w:rsidR="006229D8" w:rsidRDefault="006229D8" w:rsidP="006229D8">
                <w:pPr>
                  <w:jc w:val="center"/>
                </w:pPr>
                <w:r>
                  <w:rPr>
                    <w:rFonts w:ascii="MS Gothic" w:eastAsia="MS Gothic" w:hAnsi="MS Gothic" w:hint="eastAsia"/>
                    <w:sz w:val="18"/>
                    <w:szCs w:val="18"/>
                  </w:rPr>
                  <w:t>☐</w:t>
                </w:r>
              </w:p>
            </w:tc>
          </w:sdtContent>
        </w:sdt>
      </w:tr>
      <w:tr w:rsidR="00F14C39" w14:paraId="7AC4BD88" w14:textId="77777777" w:rsidTr="009E32B9">
        <w:trPr>
          <w:jc w:val="center"/>
        </w:trPr>
        <w:tc>
          <w:tcPr>
            <w:tcW w:w="810" w:type="dxa"/>
            <w:vAlign w:val="center"/>
          </w:tcPr>
          <w:p w14:paraId="4663A3C1" w14:textId="67E5536E" w:rsidR="00F14C39" w:rsidRDefault="00F14C39" w:rsidP="00F14C39">
            <w:pPr>
              <w:jc w:val="center"/>
            </w:pPr>
            <w:r>
              <w:t>14</w:t>
            </w:r>
          </w:p>
        </w:tc>
        <w:tc>
          <w:tcPr>
            <w:tcW w:w="6608" w:type="dxa"/>
          </w:tcPr>
          <w:p w14:paraId="778E04D1" w14:textId="7894127C" w:rsidR="00F14C39" w:rsidRDefault="00F14C39" w:rsidP="00F14C39">
            <w:pPr>
              <w:rPr>
                <w:rFonts w:ascii="Cambria" w:hAnsi="Cambria" w:cs="Segoe UI"/>
                <w:color w:val="000000"/>
              </w:rPr>
            </w:pPr>
            <w:r>
              <w:rPr>
                <w:rFonts w:ascii="Cambria" w:hAnsi="Cambria" w:cs="Segoe UI"/>
                <w:color w:val="000000"/>
              </w:rPr>
              <w:t>Ödeme Emri Belgesi yetkili kişilerce imzalanmış; yetki devri bulunması halinde buna ilişkin belgeler dosyaya eklenmiş mi?</w:t>
            </w:r>
          </w:p>
        </w:tc>
        <w:sdt>
          <w:sdtPr>
            <w:rPr>
              <w:sz w:val="18"/>
              <w:szCs w:val="18"/>
            </w:rPr>
            <w:id w:val="1444191946"/>
            <w14:checkbox>
              <w14:checked w14:val="0"/>
              <w14:checkedState w14:val="2612" w14:font="MS Gothic"/>
              <w14:uncheckedState w14:val="2610" w14:font="MS Gothic"/>
            </w14:checkbox>
          </w:sdtPr>
          <w:sdtContent>
            <w:tc>
              <w:tcPr>
                <w:tcW w:w="1268" w:type="dxa"/>
                <w:vAlign w:val="center"/>
              </w:tcPr>
              <w:p w14:paraId="1E5BC0BC" w14:textId="2869C936" w:rsidR="00F14C39" w:rsidRDefault="00F14C39" w:rsidP="00F14C39">
                <w:pPr>
                  <w:jc w:val="center"/>
                  <w:rPr>
                    <w:sz w:val="18"/>
                    <w:szCs w:val="18"/>
                  </w:rPr>
                </w:pPr>
                <w:r>
                  <w:rPr>
                    <w:rFonts w:ascii="MS Gothic" w:eastAsia="MS Gothic" w:hAnsi="MS Gothic" w:hint="eastAsia"/>
                    <w:sz w:val="18"/>
                    <w:szCs w:val="18"/>
                  </w:rPr>
                  <w:t>☐</w:t>
                </w:r>
              </w:p>
            </w:tc>
          </w:sdtContent>
        </w:sdt>
        <w:sdt>
          <w:sdtPr>
            <w:rPr>
              <w:sz w:val="18"/>
              <w:szCs w:val="18"/>
            </w:rPr>
            <w:id w:val="392241049"/>
            <w14:checkbox>
              <w14:checked w14:val="0"/>
              <w14:checkedState w14:val="2612" w14:font="MS Gothic"/>
              <w14:uncheckedState w14:val="2610" w14:font="MS Gothic"/>
            </w14:checkbox>
          </w:sdtPr>
          <w:sdtContent>
            <w:tc>
              <w:tcPr>
                <w:tcW w:w="980" w:type="dxa"/>
                <w:vAlign w:val="center"/>
              </w:tcPr>
              <w:p w14:paraId="40FDBB0C" w14:textId="7D58D93B" w:rsidR="00F14C39" w:rsidRDefault="00F14C39" w:rsidP="00F14C39">
                <w:pPr>
                  <w:jc w:val="center"/>
                  <w:rPr>
                    <w:sz w:val="18"/>
                    <w:szCs w:val="18"/>
                  </w:rPr>
                </w:pPr>
                <w:r>
                  <w:rPr>
                    <w:rFonts w:ascii="MS Gothic" w:eastAsia="MS Gothic" w:hAnsi="MS Gothic" w:hint="eastAsia"/>
                    <w:sz w:val="18"/>
                    <w:szCs w:val="18"/>
                  </w:rPr>
                  <w:t>☐</w:t>
                </w:r>
              </w:p>
            </w:tc>
          </w:sdtContent>
        </w:sdt>
        <w:sdt>
          <w:sdtPr>
            <w:rPr>
              <w:sz w:val="18"/>
              <w:szCs w:val="18"/>
            </w:rPr>
            <w:id w:val="1839732695"/>
            <w14:checkbox>
              <w14:checked w14:val="0"/>
              <w14:checkedState w14:val="2612" w14:font="MS Gothic"/>
              <w14:uncheckedState w14:val="2610" w14:font="MS Gothic"/>
            </w14:checkbox>
          </w:sdtPr>
          <w:sdtContent>
            <w:tc>
              <w:tcPr>
                <w:tcW w:w="864" w:type="dxa"/>
                <w:vAlign w:val="center"/>
              </w:tcPr>
              <w:p w14:paraId="60FD9186" w14:textId="5492AA9D" w:rsidR="00F14C39" w:rsidRDefault="00F14C39" w:rsidP="00F14C39">
                <w:pPr>
                  <w:jc w:val="center"/>
                  <w:rPr>
                    <w:sz w:val="18"/>
                    <w:szCs w:val="18"/>
                  </w:rPr>
                </w:pPr>
                <w:r>
                  <w:rPr>
                    <w:rFonts w:ascii="MS Gothic" w:eastAsia="MS Gothic" w:hAnsi="MS Gothic" w:hint="eastAsia"/>
                    <w:sz w:val="18"/>
                    <w:szCs w:val="18"/>
                  </w:rPr>
                  <w:t>☐</w:t>
                </w:r>
              </w:p>
            </w:tc>
          </w:sdtContent>
        </w:sdt>
      </w:tr>
      <w:tr w:rsidR="00F14C39" w14:paraId="76480E5B" w14:textId="77777777" w:rsidTr="009E32B9">
        <w:trPr>
          <w:jc w:val="center"/>
        </w:trPr>
        <w:tc>
          <w:tcPr>
            <w:tcW w:w="810" w:type="dxa"/>
            <w:vAlign w:val="center"/>
          </w:tcPr>
          <w:p w14:paraId="68A81446" w14:textId="227AFFF6" w:rsidR="00F14C39" w:rsidRDefault="00F14C39" w:rsidP="00F14C39">
            <w:pPr>
              <w:jc w:val="center"/>
            </w:pPr>
            <w:r>
              <w:t>15</w:t>
            </w:r>
          </w:p>
        </w:tc>
        <w:tc>
          <w:tcPr>
            <w:tcW w:w="6608" w:type="dxa"/>
          </w:tcPr>
          <w:p w14:paraId="131EA3AA" w14:textId="782602F4" w:rsidR="00F14C39" w:rsidRDefault="00F14C39" w:rsidP="00F14C39">
            <w:pPr>
              <w:rPr>
                <w:rFonts w:ascii="Cambria" w:hAnsi="Cambria" w:cs="Segoe UI"/>
                <w:color w:val="000000"/>
              </w:rPr>
            </w:pPr>
            <w:r w:rsidRPr="00F14C39">
              <w:rPr>
                <w:rFonts w:ascii="Cambria" w:hAnsi="Cambria" w:cs="Segoe UI"/>
                <w:color w:val="000000"/>
              </w:rPr>
              <w:t>İşlem doğrudan temin kapsamında hakedişli olarak gerçekleştirilmiş ise, hakedişe ilişkin düzenlenmesi gereken tüm bilgi ve belgeler (hakediş raporu, kabul tutanağı, hesap cetveli ve diğer zorunlu belgeler) usulüne uygun olarak düzenlenmiş ve</w:t>
            </w:r>
            <w:r w:rsidR="001F7FF1">
              <w:rPr>
                <w:rFonts w:ascii="Cambria" w:hAnsi="Cambria" w:cs="Segoe UI"/>
                <w:color w:val="000000"/>
              </w:rPr>
              <w:t xml:space="preserve"> muhasebede taahhüt kartı açılmış</w:t>
            </w:r>
            <w:r w:rsidRPr="00F14C39">
              <w:rPr>
                <w:rFonts w:ascii="Cambria" w:hAnsi="Cambria" w:cs="Segoe UI"/>
                <w:color w:val="000000"/>
              </w:rPr>
              <w:t xml:space="preserve"> </w:t>
            </w:r>
            <w:r w:rsidR="001F7FF1">
              <w:rPr>
                <w:rFonts w:ascii="Cambria" w:hAnsi="Cambria" w:cs="Segoe UI"/>
                <w:color w:val="000000"/>
              </w:rPr>
              <w:t xml:space="preserve">HYS üzerinden </w:t>
            </w:r>
            <w:r w:rsidRPr="00F14C39">
              <w:rPr>
                <w:rFonts w:ascii="Cambria" w:hAnsi="Cambria" w:cs="Segoe UI"/>
                <w:color w:val="000000"/>
              </w:rPr>
              <w:t>ödeme emri belgesine eklenmiş mi?</w:t>
            </w:r>
          </w:p>
        </w:tc>
        <w:sdt>
          <w:sdtPr>
            <w:rPr>
              <w:sz w:val="18"/>
              <w:szCs w:val="18"/>
            </w:rPr>
            <w:id w:val="-1576504582"/>
            <w14:checkbox>
              <w14:checked w14:val="0"/>
              <w14:checkedState w14:val="2612" w14:font="MS Gothic"/>
              <w14:uncheckedState w14:val="2610" w14:font="MS Gothic"/>
            </w14:checkbox>
          </w:sdtPr>
          <w:sdtContent>
            <w:tc>
              <w:tcPr>
                <w:tcW w:w="1268" w:type="dxa"/>
                <w:vAlign w:val="center"/>
              </w:tcPr>
              <w:p w14:paraId="19796942" w14:textId="26FCE362" w:rsidR="00F14C39" w:rsidRDefault="00F14C39" w:rsidP="00F14C39">
                <w:pPr>
                  <w:jc w:val="center"/>
                  <w:rPr>
                    <w:sz w:val="18"/>
                    <w:szCs w:val="18"/>
                  </w:rPr>
                </w:pPr>
                <w:r>
                  <w:rPr>
                    <w:rFonts w:ascii="MS Gothic" w:eastAsia="MS Gothic" w:hAnsi="MS Gothic" w:hint="eastAsia"/>
                    <w:sz w:val="18"/>
                    <w:szCs w:val="18"/>
                  </w:rPr>
                  <w:t>☐</w:t>
                </w:r>
              </w:p>
            </w:tc>
          </w:sdtContent>
        </w:sdt>
        <w:sdt>
          <w:sdtPr>
            <w:rPr>
              <w:sz w:val="18"/>
              <w:szCs w:val="18"/>
            </w:rPr>
            <w:id w:val="-1655214970"/>
            <w14:checkbox>
              <w14:checked w14:val="0"/>
              <w14:checkedState w14:val="2612" w14:font="MS Gothic"/>
              <w14:uncheckedState w14:val="2610" w14:font="MS Gothic"/>
            </w14:checkbox>
          </w:sdtPr>
          <w:sdtContent>
            <w:tc>
              <w:tcPr>
                <w:tcW w:w="980" w:type="dxa"/>
                <w:vAlign w:val="center"/>
              </w:tcPr>
              <w:p w14:paraId="61C7BACD" w14:textId="5DC8199B" w:rsidR="00F14C39" w:rsidRDefault="00F14C39" w:rsidP="00F14C39">
                <w:pPr>
                  <w:jc w:val="center"/>
                  <w:rPr>
                    <w:sz w:val="18"/>
                    <w:szCs w:val="18"/>
                  </w:rPr>
                </w:pPr>
                <w:r>
                  <w:rPr>
                    <w:rFonts w:ascii="MS Gothic" w:eastAsia="MS Gothic" w:hAnsi="MS Gothic" w:hint="eastAsia"/>
                    <w:sz w:val="18"/>
                    <w:szCs w:val="18"/>
                  </w:rPr>
                  <w:t>☐</w:t>
                </w:r>
              </w:p>
            </w:tc>
          </w:sdtContent>
        </w:sdt>
        <w:sdt>
          <w:sdtPr>
            <w:rPr>
              <w:sz w:val="18"/>
              <w:szCs w:val="18"/>
            </w:rPr>
            <w:id w:val="-1055542893"/>
            <w14:checkbox>
              <w14:checked w14:val="0"/>
              <w14:checkedState w14:val="2612" w14:font="MS Gothic"/>
              <w14:uncheckedState w14:val="2610" w14:font="MS Gothic"/>
            </w14:checkbox>
          </w:sdtPr>
          <w:sdtContent>
            <w:tc>
              <w:tcPr>
                <w:tcW w:w="864" w:type="dxa"/>
                <w:vAlign w:val="center"/>
              </w:tcPr>
              <w:p w14:paraId="465642A8" w14:textId="59303FC0" w:rsidR="00F14C39" w:rsidRDefault="00F14C39" w:rsidP="00F14C39">
                <w:pPr>
                  <w:jc w:val="center"/>
                  <w:rPr>
                    <w:sz w:val="18"/>
                    <w:szCs w:val="18"/>
                  </w:rPr>
                </w:pPr>
                <w:r>
                  <w:rPr>
                    <w:rFonts w:ascii="MS Gothic" w:eastAsia="MS Gothic" w:hAnsi="MS Gothic" w:hint="eastAsia"/>
                    <w:sz w:val="18"/>
                    <w:szCs w:val="18"/>
                  </w:rPr>
                  <w:t>☐</w:t>
                </w:r>
              </w:p>
            </w:tc>
          </w:sdtContent>
        </w:sdt>
      </w:tr>
    </w:tbl>
    <w:p w14:paraId="612AE3E7" w14:textId="77777777" w:rsidR="00E837CC" w:rsidRDefault="00E837CC" w:rsidP="0049466B">
      <w:pPr>
        <w:jc w:val="both"/>
      </w:pPr>
    </w:p>
    <w:p w14:paraId="39D4FD80" w14:textId="77777777" w:rsidR="00E837CC" w:rsidRDefault="00E837CC" w:rsidP="0049466B">
      <w:pPr>
        <w:jc w:val="both"/>
      </w:pPr>
    </w:p>
    <w:p w14:paraId="6FCA9316" w14:textId="08E8AC69" w:rsidR="0049466B" w:rsidRDefault="00000000" w:rsidP="0049466B">
      <w:pPr>
        <w:jc w:val="both"/>
        <w:rPr>
          <w:rFonts w:ascii="Times New Roman" w:hAnsi="Times New Roman"/>
          <w:i/>
          <w:iCs/>
          <w:color w:val="000000"/>
          <w:sz w:val="24"/>
          <w:lang w:val="tr-TR" w:eastAsia="tr-TR"/>
        </w:rPr>
      </w:pPr>
      <w:r>
        <w:br/>
      </w:r>
      <w:r w:rsidR="0049466B">
        <w:rPr>
          <w:rFonts w:ascii="Times New Roman" w:hAnsi="Times New Roman"/>
          <w:i/>
          <w:iCs/>
          <w:color w:val="000000"/>
          <w:sz w:val="24"/>
          <w:lang w:val="tr-TR" w:eastAsia="tr-TR"/>
        </w:rPr>
        <w:t>Kamu Ön Malî Kontrol Yönetmeliği’nin 6’ncı maddesi kapsamında; ödeme emri belgesi ve eki belgeler bütçe ilke ve esasları, ilgili mevzuat ve kamu iç kontrol standartları yönünden kontrol edilmiş olup uygun görülmüştür.</w:t>
      </w:r>
    </w:p>
    <w:p w14:paraId="15E3E923" w14:textId="77777777" w:rsidR="00D07467" w:rsidRDefault="00000000" w:rsidP="00D07467">
      <w:pPr>
        <w:ind w:left="3600"/>
        <w:rPr>
          <w:b/>
          <w:bCs/>
        </w:rPr>
      </w:pPr>
      <w:r w:rsidRPr="0049466B">
        <w:rPr>
          <w:b/>
          <w:bCs/>
        </w:rPr>
        <w:t>Gerçekleştirme Görevlisi</w:t>
      </w:r>
    </w:p>
    <w:p w14:paraId="4F1B3897" w14:textId="77777777" w:rsidR="00D07467" w:rsidRDefault="00D07467" w:rsidP="00D07467">
      <w:pPr>
        <w:ind w:left="3600"/>
      </w:pPr>
      <w:r>
        <w:t xml:space="preserve">                   …/…/20..</w:t>
      </w:r>
    </w:p>
    <w:p w14:paraId="1CB787FB" w14:textId="6256DCE2" w:rsidR="00123BD3" w:rsidRDefault="00000000" w:rsidP="00D07467">
      <w:pPr>
        <w:ind w:left="3600"/>
      </w:pPr>
      <w:r>
        <w:t>Adı Soyadı</w:t>
      </w:r>
      <w:r w:rsidR="00D07467">
        <w:tab/>
      </w:r>
      <w:r>
        <w:t>:</w:t>
      </w:r>
      <w:r>
        <w:br/>
        <w:t xml:space="preserve">Unvanı: </w:t>
      </w:r>
      <w:r w:rsidR="00D07467">
        <w:tab/>
        <w:t>:</w:t>
      </w:r>
      <w:r>
        <w:br/>
        <w:t>İmza</w:t>
      </w:r>
      <w:r w:rsidR="00D07467">
        <w:tab/>
      </w:r>
      <w:r w:rsidR="00D07467">
        <w:tab/>
      </w:r>
      <w:r>
        <w:t>:</w:t>
      </w:r>
    </w:p>
    <w:sectPr w:rsidR="00123BD3" w:rsidSect="00034616">
      <w:headerReference w:type="default" r:id="rId8"/>
      <w:footerReference w:type="default" r:id="rId9"/>
      <w:pgSz w:w="12240" w:h="15840"/>
      <w:pgMar w:top="1440" w:right="850" w:bottom="144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08805" w14:textId="77777777" w:rsidR="00B82175" w:rsidRDefault="00B82175" w:rsidP="009C0063">
      <w:pPr>
        <w:spacing w:after="0" w:line="240" w:lineRule="auto"/>
      </w:pPr>
      <w:r>
        <w:separator/>
      </w:r>
    </w:p>
  </w:endnote>
  <w:endnote w:type="continuationSeparator" w:id="0">
    <w:p w14:paraId="7F2D3EAD" w14:textId="77777777" w:rsidR="00B82175" w:rsidRDefault="00B82175" w:rsidP="009C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2"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808"/>
      <w:gridCol w:w="3497"/>
      <w:gridCol w:w="3497"/>
    </w:tblGrid>
    <w:tr w:rsidR="009C0063" w:rsidRPr="007A5A35" w14:paraId="0CB1919F" w14:textId="77777777" w:rsidTr="005435F9">
      <w:trPr>
        <w:trHeight w:val="340"/>
        <w:jc w:val="center"/>
      </w:trPr>
      <w:tc>
        <w:tcPr>
          <w:tcW w:w="3808" w:type="dxa"/>
          <w:tcBorders>
            <w:top w:val="single" w:sz="4" w:space="0" w:color="auto"/>
            <w:bottom w:val="single" w:sz="4" w:space="0" w:color="auto"/>
            <w:right w:val="single" w:sz="4" w:space="0" w:color="auto"/>
          </w:tcBorders>
          <w:vAlign w:val="center"/>
        </w:tcPr>
        <w:p w14:paraId="48235229" w14:textId="77777777" w:rsidR="009C0063" w:rsidRPr="007A5A35" w:rsidRDefault="009C0063" w:rsidP="009C0063">
          <w:pPr>
            <w:tabs>
              <w:tab w:val="center" w:pos="4536"/>
              <w:tab w:val="right" w:pos="9072"/>
            </w:tabs>
            <w:spacing w:after="0" w:line="240" w:lineRule="auto"/>
            <w:jc w:val="center"/>
            <w:rPr>
              <w:rFonts w:ascii="Times New Roman" w:eastAsia="Calibri" w:hAnsi="Times New Roman" w:cs="Times New Roman"/>
              <w:sz w:val="24"/>
              <w:lang w:val="tr-TR" w:eastAsia="tr-TR"/>
            </w:rPr>
          </w:pPr>
          <w:bookmarkStart w:id="0" w:name="_Hlk85100968"/>
          <w:bookmarkStart w:id="1" w:name="_Hlk89957417"/>
          <w:bookmarkStart w:id="2" w:name="_Hlk89957418"/>
          <w:bookmarkStart w:id="3" w:name="_Hlk89957419"/>
          <w:bookmarkStart w:id="4" w:name="_Hlk89957420"/>
          <w:r w:rsidRPr="007A5A35">
            <w:rPr>
              <w:rFonts w:ascii="Times New Roman" w:eastAsia="Calibri" w:hAnsi="Times New Roman" w:cs="Times New Roman"/>
              <w:sz w:val="24"/>
              <w:lang w:val="tr-TR" w:eastAsia="tr-TR"/>
            </w:rPr>
            <w:t>Hazırlayan</w:t>
          </w:r>
        </w:p>
      </w:tc>
      <w:tc>
        <w:tcPr>
          <w:tcW w:w="3497" w:type="dxa"/>
          <w:tcBorders>
            <w:top w:val="single" w:sz="4" w:space="0" w:color="auto"/>
            <w:left w:val="single" w:sz="4" w:space="0" w:color="auto"/>
            <w:bottom w:val="single" w:sz="4" w:space="0" w:color="auto"/>
            <w:right w:val="single" w:sz="4" w:space="0" w:color="auto"/>
          </w:tcBorders>
          <w:vAlign w:val="center"/>
        </w:tcPr>
        <w:p w14:paraId="0E13BBA0" w14:textId="77777777" w:rsidR="009C0063" w:rsidRPr="007A5A35" w:rsidRDefault="009C0063" w:rsidP="009C006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Sistem Onayı</w:t>
          </w:r>
        </w:p>
      </w:tc>
      <w:tc>
        <w:tcPr>
          <w:tcW w:w="3497" w:type="dxa"/>
          <w:tcBorders>
            <w:top w:val="single" w:sz="4" w:space="0" w:color="auto"/>
            <w:left w:val="single" w:sz="4" w:space="0" w:color="auto"/>
            <w:bottom w:val="single" w:sz="4" w:space="0" w:color="auto"/>
          </w:tcBorders>
          <w:vAlign w:val="center"/>
        </w:tcPr>
        <w:p w14:paraId="26119C9A" w14:textId="77777777" w:rsidR="009C0063" w:rsidRPr="007A5A35" w:rsidRDefault="009C0063" w:rsidP="009C006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Yürürlük Onayı</w:t>
          </w:r>
        </w:p>
      </w:tc>
    </w:tr>
    <w:tr w:rsidR="009C0063" w:rsidRPr="007A5A35" w14:paraId="15570794" w14:textId="77777777" w:rsidTr="005435F9">
      <w:trPr>
        <w:trHeight w:val="340"/>
        <w:jc w:val="center"/>
      </w:trPr>
      <w:tc>
        <w:tcPr>
          <w:tcW w:w="3808" w:type="dxa"/>
          <w:tcBorders>
            <w:top w:val="single" w:sz="4" w:space="0" w:color="auto"/>
            <w:bottom w:val="single" w:sz="4" w:space="0" w:color="auto"/>
            <w:right w:val="single" w:sz="4" w:space="0" w:color="auto"/>
          </w:tcBorders>
          <w:vAlign w:val="center"/>
        </w:tcPr>
        <w:p w14:paraId="132C33CA" w14:textId="77777777" w:rsidR="009C0063" w:rsidRPr="007A5A35" w:rsidRDefault="009C0063" w:rsidP="009C006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Bölüm Kalite Sorumlusu</w:t>
          </w:r>
        </w:p>
      </w:tc>
      <w:tc>
        <w:tcPr>
          <w:tcW w:w="3497" w:type="dxa"/>
          <w:tcBorders>
            <w:top w:val="single" w:sz="4" w:space="0" w:color="auto"/>
            <w:left w:val="single" w:sz="4" w:space="0" w:color="auto"/>
            <w:bottom w:val="single" w:sz="4" w:space="0" w:color="auto"/>
            <w:right w:val="single" w:sz="4" w:space="0" w:color="auto"/>
          </w:tcBorders>
          <w:vAlign w:val="center"/>
        </w:tcPr>
        <w:p w14:paraId="21CB9A9C" w14:textId="77777777" w:rsidR="009C0063" w:rsidRPr="007A5A35" w:rsidRDefault="009C0063" w:rsidP="009C006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Kalite Koordinatörü</w:t>
          </w:r>
        </w:p>
      </w:tc>
      <w:tc>
        <w:tcPr>
          <w:tcW w:w="3497" w:type="dxa"/>
          <w:tcBorders>
            <w:top w:val="single" w:sz="4" w:space="0" w:color="auto"/>
            <w:left w:val="single" w:sz="4" w:space="0" w:color="auto"/>
            <w:bottom w:val="single" w:sz="4" w:space="0" w:color="auto"/>
          </w:tcBorders>
          <w:vAlign w:val="center"/>
        </w:tcPr>
        <w:p w14:paraId="1AF71E6D" w14:textId="77777777" w:rsidR="009C0063" w:rsidRPr="007A5A35" w:rsidRDefault="009C0063" w:rsidP="009C006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Üst Yönetici</w:t>
          </w:r>
        </w:p>
      </w:tc>
    </w:tr>
    <w:bookmarkEnd w:id="0"/>
    <w:bookmarkEnd w:id="1"/>
    <w:bookmarkEnd w:id="2"/>
    <w:bookmarkEnd w:id="3"/>
    <w:bookmarkEnd w:id="4"/>
  </w:tbl>
  <w:p w14:paraId="2FC2FBE0" w14:textId="51A1D2DD" w:rsidR="009C0063" w:rsidRDefault="009C0063">
    <w:pPr>
      <w:pStyle w:val="AltBilgi"/>
    </w:pPr>
  </w:p>
  <w:p w14:paraId="611AD75E" w14:textId="77777777" w:rsidR="009C0063" w:rsidRDefault="009C00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3D680" w14:textId="77777777" w:rsidR="00B82175" w:rsidRDefault="00B82175" w:rsidP="009C0063">
      <w:pPr>
        <w:spacing w:after="0" w:line="240" w:lineRule="auto"/>
      </w:pPr>
      <w:r>
        <w:separator/>
      </w:r>
    </w:p>
  </w:footnote>
  <w:footnote w:type="continuationSeparator" w:id="0">
    <w:p w14:paraId="750CD084" w14:textId="77777777" w:rsidR="00B82175" w:rsidRDefault="00B82175" w:rsidP="009C0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5181"/>
      <w:gridCol w:w="2100"/>
      <w:gridCol w:w="1469"/>
    </w:tblGrid>
    <w:tr w:rsidR="009C0063" w:rsidRPr="007A5A35" w14:paraId="5142EA91" w14:textId="77777777" w:rsidTr="005435F9">
      <w:trPr>
        <w:trHeight w:val="261"/>
      </w:trPr>
      <w:tc>
        <w:tcPr>
          <w:tcW w:w="1676" w:type="dxa"/>
          <w:vMerge w:val="restart"/>
          <w:vAlign w:val="center"/>
        </w:tcPr>
        <w:p w14:paraId="76F1D51A"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r w:rsidRPr="007A5A35">
            <w:rPr>
              <w:rFonts w:ascii="Arial" w:eastAsia="Calibri" w:hAnsi="Arial" w:cs="Arial"/>
              <w:noProof/>
              <w:szCs w:val="20"/>
              <w:lang w:val="tr-TR" w:eastAsia="tr-TR"/>
            </w:rPr>
            <w:drawing>
              <wp:inline distT="0" distB="0" distL="0" distR="0" wp14:anchorId="13A01CD9" wp14:editId="007F7758">
                <wp:extent cx="838200" cy="838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5270" w:type="dxa"/>
          <w:vMerge w:val="restart"/>
          <w:vAlign w:val="center"/>
        </w:tcPr>
        <w:p w14:paraId="36894227" w14:textId="5D64E7F0" w:rsidR="009C0063" w:rsidRPr="00D80623" w:rsidRDefault="009C0063" w:rsidP="009C0063">
          <w:pPr>
            <w:tabs>
              <w:tab w:val="center" w:pos="4536"/>
              <w:tab w:val="right" w:pos="9072"/>
            </w:tabs>
            <w:spacing w:after="0" w:line="240" w:lineRule="auto"/>
            <w:jc w:val="center"/>
            <w:rPr>
              <w:rFonts w:ascii="Times New Roman" w:eastAsia="Calibri" w:hAnsi="Times New Roman" w:cs="Times New Roman"/>
              <w:b/>
              <w:sz w:val="24"/>
              <w:szCs w:val="24"/>
              <w:lang w:val="tr-TR" w:eastAsia="tr-TR"/>
            </w:rPr>
          </w:pPr>
          <w:r w:rsidRPr="00DE7A27">
            <w:rPr>
              <w:rFonts w:ascii="Times New Roman" w:hAnsi="Times New Roman"/>
              <w:b/>
              <w:bCs/>
              <w:color w:val="000000"/>
              <w:sz w:val="24"/>
              <w:szCs w:val="24"/>
              <w:lang w:val="tr-TR" w:eastAsia="tr-TR"/>
            </w:rPr>
            <w:t xml:space="preserve">4734-22/D İLE YAPILACAK </w:t>
          </w:r>
          <w:r>
            <w:rPr>
              <w:rFonts w:ascii="Times New Roman" w:hAnsi="Times New Roman"/>
              <w:b/>
              <w:bCs/>
              <w:color w:val="000000"/>
              <w:sz w:val="24"/>
              <w:szCs w:val="24"/>
              <w:lang w:val="tr-TR" w:eastAsia="tr-TR"/>
            </w:rPr>
            <w:t>MAL-HİZMET-</w:t>
          </w:r>
          <w:r w:rsidRPr="00DE7A27">
            <w:rPr>
              <w:rFonts w:ascii="Times New Roman" w:hAnsi="Times New Roman"/>
              <w:b/>
              <w:bCs/>
              <w:color w:val="000000"/>
              <w:sz w:val="24"/>
              <w:szCs w:val="24"/>
              <w:lang w:val="tr-TR" w:eastAsia="tr-TR"/>
            </w:rPr>
            <w:t xml:space="preserve">YAPIM İŞLERİ ÖDEMELERİNE </w:t>
          </w:r>
          <w:r w:rsidRPr="00D80623">
            <w:rPr>
              <w:rFonts w:ascii="Times New Roman" w:hAnsi="Times New Roman"/>
              <w:b/>
              <w:bCs/>
              <w:color w:val="000000"/>
              <w:sz w:val="24"/>
              <w:szCs w:val="24"/>
              <w:lang w:val="tr-TR" w:eastAsia="tr-TR"/>
            </w:rPr>
            <w:t>İLİŞKİN ÖN MALİ KONTROL LİSTE FORMU</w:t>
          </w:r>
        </w:p>
      </w:tc>
      <w:tc>
        <w:tcPr>
          <w:tcW w:w="2126" w:type="dxa"/>
          <w:vAlign w:val="center"/>
        </w:tcPr>
        <w:p w14:paraId="4ABBA7D0"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Doküman No</w:t>
          </w:r>
        </w:p>
      </w:tc>
      <w:tc>
        <w:tcPr>
          <w:tcW w:w="1474" w:type="dxa"/>
          <w:vAlign w:val="center"/>
        </w:tcPr>
        <w:p w14:paraId="1C21A1A5" w14:textId="3A8076E0" w:rsidR="009C0063" w:rsidRPr="007A5A35" w:rsidRDefault="009C0063" w:rsidP="009C0063">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FR.</w:t>
          </w:r>
          <w:r>
            <w:rPr>
              <w:rFonts w:ascii="Times New Roman" w:eastAsia="Calibri" w:hAnsi="Times New Roman" w:cs="Times New Roman"/>
              <w:b/>
              <w:sz w:val="24"/>
              <w:lang w:val="tr-TR" w:eastAsia="tr-TR"/>
            </w:rPr>
            <w:t>65</w:t>
          </w:r>
          <w:r>
            <w:rPr>
              <w:rFonts w:ascii="Times New Roman" w:eastAsia="Calibri" w:hAnsi="Times New Roman" w:cs="Times New Roman"/>
              <w:b/>
              <w:sz w:val="24"/>
              <w:lang w:val="tr-TR" w:eastAsia="tr-TR"/>
            </w:rPr>
            <w:t>2</w:t>
          </w:r>
        </w:p>
      </w:tc>
    </w:tr>
    <w:tr w:rsidR="009C0063" w:rsidRPr="007A5A35" w14:paraId="4CFC13F3" w14:textId="77777777" w:rsidTr="005435F9">
      <w:trPr>
        <w:trHeight w:val="261"/>
      </w:trPr>
      <w:tc>
        <w:tcPr>
          <w:tcW w:w="1676" w:type="dxa"/>
          <w:vMerge/>
          <w:vAlign w:val="center"/>
        </w:tcPr>
        <w:p w14:paraId="0F2D9C4A"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63D16DAA"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74690818"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İlk Yayın Tarihi</w:t>
          </w:r>
        </w:p>
      </w:tc>
      <w:tc>
        <w:tcPr>
          <w:tcW w:w="1474" w:type="dxa"/>
          <w:vAlign w:val="center"/>
        </w:tcPr>
        <w:p w14:paraId="7C686BCA"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3</w:t>
          </w: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8</w:t>
          </w:r>
          <w:r w:rsidRPr="007A5A35">
            <w:rPr>
              <w:rFonts w:ascii="Times New Roman" w:eastAsia="Calibri" w:hAnsi="Times New Roman" w:cs="Times New Roman"/>
              <w:b/>
              <w:sz w:val="24"/>
              <w:lang w:val="tr-TR" w:eastAsia="tr-TR"/>
            </w:rPr>
            <w:t>.202</w:t>
          </w:r>
          <w:r>
            <w:rPr>
              <w:rFonts w:ascii="Times New Roman" w:eastAsia="Calibri" w:hAnsi="Times New Roman" w:cs="Times New Roman"/>
              <w:b/>
              <w:sz w:val="24"/>
              <w:lang w:val="tr-TR" w:eastAsia="tr-TR"/>
            </w:rPr>
            <w:t>6</w:t>
          </w:r>
        </w:p>
      </w:tc>
    </w:tr>
    <w:tr w:rsidR="009C0063" w:rsidRPr="007A5A35" w14:paraId="7F8ECE02" w14:textId="77777777" w:rsidTr="005435F9">
      <w:trPr>
        <w:trHeight w:val="261"/>
      </w:trPr>
      <w:tc>
        <w:tcPr>
          <w:tcW w:w="1676" w:type="dxa"/>
          <w:vMerge/>
          <w:vAlign w:val="center"/>
        </w:tcPr>
        <w:p w14:paraId="7D963CF2"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07AD10CB"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1569FF69"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Tarihi</w:t>
          </w:r>
        </w:p>
      </w:tc>
      <w:tc>
        <w:tcPr>
          <w:tcW w:w="1474" w:type="dxa"/>
          <w:vAlign w:val="center"/>
        </w:tcPr>
        <w:p w14:paraId="1E781372"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w:t>
          </w:r>
        </w:p>
      </w:tc>
    </w:tr>
    <w:tr w:rsidR="009C0063" w:rsidRPr="007A5A35" w14:paraId="5F2D4B78" w14:textId="77777777" w:rsidTr="005435F9">
      <w:trPr>
        <w:trHeight w:val="261"/>
      </w:trPr>
      <w:tc>
        <w:tcPr>
          <w:tcW w:w="1676" w:type="dxa"/>
          <w:vMerge/>
          <w:vAlign w:val="center"/>
        </w:tcPr>
        <w:p w14:paraId="24821B83"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2E6642F0"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2422BC91"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No</w:t>
          </w:r>
        </w:p>
      </w:tc>
      <w:tc>
        <w:tcPr>
          <w:tcW w:w="1474" w:type="dxa"/>
          <w:vAlign w:val="center"/>
        </w:tcPr>
        <w:p w14:paraId="63A8D62C"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0</w:t>
          </w:r>
        </w:p>
      </w:tc>
    </w:tr>
    <w:tr w:rsidR="009C0063" w:rsidRPr="007A5A35" w14:paraId="19209FD3" w14:textId="77777777" w:rsidTr="005435F9">
      <w:trPr>
        <w:trHeight w:val="261"/>
      </w:trPr>
      <w:tc>
        <w:tcPr>
          <w:tcW w:w="1676" w:type="dxa"/>
          <w:vMerge/>
          <w:vAlign w:val="center"/>
        </w:tcPr>
        <w:p w14:paraId="67B5339A"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2D898233" w14:textId="77777777" w:rsidR="009C0063" w:rsidRPr="007A5A35" w:rsidRDefault="009C0063" w:rsidP="009C006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0F549D8C"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Sayfa</w:t>
          </w:r>
        </w:p>
      </w:tc>
      <w:tc>
        <w:tcPr>
          <w:tcW w:w="1474" w:type="dxa"/>
          <w:vAlign w:val="center"/>
        </w:tcPr>
        <w:p w14:paraId="3C2CAE1F" w14:textId="77777777" w:rsidR="009C0063" w:rsidRPr="007A5A35" w:rsidRDefault="009C0063" w:rsidP="009C0063">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fldChar w:fldCharType="begin"/>
          </w:r>
          <w:r w:rsidRPr="007A5A35">
            <w:rPr>
              <w:rFonts w:ascii="Times New Roman" w:eastAsia="Calibri" w:hAnsi="Times New Roman" w:cs="Times New Roman"/>
              <w:b/>
              <w:sz w:val="24"/>
              <w:lang w:val="tr-TR" w:eastAsia="tr-TR"/>
            </w:rPr>
            <w:instrText xml:space="preserve"> PAGE   \* MERGEFORMAT </w:instrText>
          </w:r>
          <w:r w:rsidRPr="007A5A35">
            <w:rPr>
              <w:rFonts w:ascii="Times New Roman" w:eastAsia="Calibri" w:hAnsi="Times New Roman" w:cs="Times New Roman"/>
              <w:b/>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sz w:val="24"/>
              <w:lang w:val="tr-TR" w:eastAsia="tr-TR"/>
            </w:rPr>
            <w:fldChar w:fldCharType="end"/>
          </w:r>
          <w:r w:rsidRPr="007A5A35">
            <w:rPr>
              <w:rFonts w:ascii="Times New Roman" w:eastAsia="Calibri" w:hAnsi="Times New Roman" w:cs="Times New Roman"/>
              <w:b/>
              <w:sz w:val="24"/>
              <w:lang w:val="tr-TR" w:eastAsia="tr-TR"/>
            </w:rPr>
            <w:t>/</w:t>
          </w:r>
          <w:r w:rsidRPr="007A5A35">
            <w:rPr>
              <w:rFonts w:ascii="Times New Roman" w:eastAsia="Calibri" w:hAnsi="Times New Roman" w:cs="Times New Roman"/>
              <w:sz w:val="24"/>
              <w:lang w:val="tr-TR" w:eastAsia="tr-TR"/>
            </w:rPr>
            <w:fldChar w:fldCharType="begin"/>
          </w:r>
          <w:r w:rsidRPr="007A5A35">
            <w:rPr>
              <w:rFonts w:ascii="Times New Roman" w:eastAsia="Calibri" w:hAnsi="Times New Roman" w:cs="Times New Roman"/>
              <w:sz w:val="24"/>
              <w:lang w:val="tr-TR" w:eastAsia="tr-TR"/>
            </w:rPr>
            <w:instrText xml:space="preserve"> NUMPAGES   \* MERGEFORMAT </w:instrText>
          </w:r>
          <w:r w:rsidRPr="007A5A35">
            <w:rPr>
              <w:rFonts w:ascii="Times New Roman" w:eastAsia="Calibri" w:hAnsi="Times New Roman" w:cs="Times New Roman"/>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noProof/>
              <w:sz w:val="24"/>
              <w:lang w:val="tr-TR" w:eastAsia="tr-TR"/>
            </w:rPr>
            <w:fldChar w:fldCharType="end"/>
          </w:r>
        </w:p>
      </w:tc>
    </w:tr>
  </w:tbl>
  <w:p w14:paraId="0798FE52" w14:textId="3CD949D2" w:rsidR="009C0063" w:rsidRDefault="009C0063">
    <w:pPr>
      <w:pStyle w:val="stBilgi"/>
    </w:pPr>
  </w:p>
  <w:p w14:paraId="5BB15C0F" w14:textId="77777777" w:rsidR="009C0063" w:rsidRDefault="009C006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200028">
    <w:abstractNumId w:val="8"/>
  </w:num>
  <w:num w:numId="2" w16cid:durableId="723135967">
    <w:abstractNumId w:val="6"/>
  </w:num>
  <w:num w:numId="3" w16cid:durableId="1814758774">
    <w:abstractNumId w:val="5"/>
  </w:num>
  <w:num w:numId="4" w16cid:durableId="1241134221">
    <w:abstractNumId w:val="4"/>
  </w:num>
  <w:num w:numId="5" w16cid:durableId="965963797">
    <w:abstractNumId w:val="7"/>
  </w:num>
  <w:num w:numId="6" w16cid:durableId="2142383651">
    <w:abstractNumId w:val="3"/>
  </w:num>
  <w:num w:numId="7" w16cid:durableId="21052271">
    <w:abstractNumId w:val="2"/>
  </w:num>
  <w:num w:numId="8" w16cid:durableId="505708141">
    <w:abstractNumId w:val="1"/>
  </w:num>
  <w:num w:numId="9" w16cid:durableId="13693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BD3"/>
    <w:rsid w:val="001406CB"/>
    <w:rsid w:val="0015074B"/>
    <w:rsid w:val="001567A3"/>
    <w:rsid w:val="001A668A"/>
    <w:rsid w:val="001F7FF1"/>
    <w:rsid w:val="00204B52"/>
    <w:rsid w:val="00214460"/>
    <w:rsid w:val="002377E3"/>
    <w:rsid w:val="0029639D"/>
    <w:rsid w:val="00326F90"/>
    <w:rsid w:val="00350BF0"/>
    <w:rsid w:val="003D678A"/>
    <w:rsid w:val="004710E6"/>
    <w:rsid w:val="0049466B"/>
    <w:rsid w:val="004A6412"/>
    <w:rsid w:val="005B2152"/>
    <w:rsid w:val="006100D7"/>
    <w:rsid w:val="006229D8"/>
    <w:rsid w:val="006A3593"/>
    <w:rsid w:val="006C17B4"/>
    <w:rsid w:val="00723F60"/>
    <w:rsid w:val="0073159B"/>
    <w:rsid w:val="00780547"/>
    <w:rsid w:val="0083301A"/>
    <w:rsid w:val="008831BD"/>
    <w:rsid w:val="009A140A"/>
    <w:rsid w:val="009C0063"/>
    <w:rsid w:val="00A113A7"/>
    <w:rsid w:val="00AA1D8D"/>
    <w:rsid w:val="00B02064"/>
    <w:rsid w:val="00B47730"/>
    <w:rsid w:val="00B71931"/>
    <w:rsid w:val="00B82175"/>
    <w:rsid w:val="00C6718A"/>
    <w:rsid w:val="00CB0664"/>
    <w:rsid w:val="00D00C18"/>
    <w:rsid w:val="00D07467"/>
    <w:rsid w:val="00DE3D0A"/>
    <w:rsid w:val="00DE7A27"/>
    <w:rsid w:val="00E837CC"/>
    <w:rsid w:val="00EA4814"/>
    <w:rsid w:val="00F14C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A2FE"/>
  <w14:defaultImageDpi w14:val="300"/>
  <w15:docId w15:val="{C2847196-2C28-4146-8CD9-2BCEA683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tabs>
        <w:tab w:val="clear" w:pos="720"/>
        <w:tab w:val="num" w:pos="360"/>
      </w:tabs>
      <w:ind w:left="0" w:firstLine="0"/>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441</Words>
  <Characters>2516</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10</cp:revision>
  <dcterms:created xsi:type="dcterms:W3CDTF">2026-07-27T10:46:00Z</dcterms:created>
  <dcterms:modified xsi:type="dcterms:W3CDTF">2026-08-03T11:48:00Z</dcterms:modified>
  <cp:category/>
</cp:coreProperties>
</file>