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5128AD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5128AD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2078D4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2078D4" w:rsidRDefault="002078D4" w:rsidP="002078D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470001A6" w:rsidR="002078D4" w:rsidRDefault="002078D4" w:rsidP="002078D4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usulü, bütçe tertibi ve (varsa) yaklaşık maliyet bilgileri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2078D4" w:rsidRDefault="002078D4" w:rsidP="002078D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664C16C4" w:rsidR="002078D4" w:rsidRDefault="002078D4" w:rsidP="002078D4">
            <w:r>
              <w:rPr>
                <w:rFonts w:ascii="Cambria" w:hAnsi="Cambria" w:cs="Segoe UI"/>
                <w:color w:val="000000"/>
              </w:rPr>
              <w:t>Mihmandar Hesap Cetveli mevcut, alınan mal veya hizmet ayrıntılı olarak gösterilmiş ve yetkililerce imzalanmış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2078D4" w:rsidRDefault="002078D4" w:rsidP="002078D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101258C3" w:rsidR="002078D4" w:rsidRDefault="002078D4" w:rsidP="002078D4">
            <w:r>
              <w:rPr>
                <w:rFonts w:ascii="Cambria" w:hAnsi="Cambria" w:cs="Segoe UI"/>
                <w:color w:val="000000"/>
              </w:rPr>
              <w:t>Piyasa Fiyat Araştırma Tutanağı mevcut, hesaplamaları doğru, tarihi uygun ve görevlilerce imzalanmış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078D4" w:rsidRDefault="002078D4" w:rsidP="002078D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5AC4F3E" w:rsidR="002078D4" w:rsidRDefault="002078D4" w:rsidP="002078D4">
            <w:r>
              <w:rPr>
                <w:rFonts w:ascii="Cambria" w:hAnsi="Cambria" w:cs="Segoe UI"/>
                <w:color w:val="000000"/>
              </w:rPr>
              <w:t>Fatura mevcut, şekil şartlarına uygun, muhatabı doğru, hesaplamaları doğru, e-Arşiv fatura kontrolleri yapılmış, IBAN bilgisi/dilekçesi mevcut ve gerekli KDV tevkifatı doğru uygulanmış mı?</w:t>
            </w:r>
            <w:r w:rsidR="00044903" w:rsidRPr="00DE7A27">
              <w:rPr>
                <w:rFonts w:ascii="Cambria" w:hAnsi="Cambria" w:cs="Segoe UI"/>
                <w:b/>
                <w:bCs/>
                <w:color w:val="000000"/>
              </w:rPr>
              <w:t xml:space="preserve"> (hizmet ve yapım işlerinde tevkifatlı fatura Strateji adına olacaktır</w:t>
            </w:r>
            <w:proofErr w:type="gramStart"/>
            <w:r w:rsidR="00044903" w:rsidRPr="00DE7A27">
              <w:rPr>
                <w:rFonts w:ascii="Cambria" w:hAnsi="Cambria" w:cs="Segoe UI"/>
                <w:b/>
                <w:bCs/>
                <w:color w:val="000000"/>
              </w:rPr>
              <w:t>.)</w:t>
            </w:r>
            <w:r w:rsidR="00044903">
              <w:rPr>
                <w:rFonts w:ascii="Cambria" w:hAnsi="Cambria" w:cs="Segoe UI"/>
                <w:b/>
                <w:bCs/>
                <w:color w:val="000000"/>
              </w:rPr>
              <w:t>(</w:t>
            </w:r>
            <w:proofErr w:type="gramEnd"/>
            <w:r w:rsidR="00044903">
              <w:rPr>
                <w:rFonts w:ascii="Cambria" w:hAnsi="Cambria" w:cs="Segoe UI"/>
                <w:b/>
                <w:bCs/>
                <w:color w:val="000000"/>
              </w:rPr>
              <w:t>Vn: 0480588801)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078D4" w:rsidRDefault="002078D4" w:rsidP="002078D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06C00650" w:rsidR="002078D4" w:rsidRDefault="002078D4" w:rsidP="002078D4">
            <w:r>
              <w:rPr>
                <w:rFonts w:ascii="Cambria" w:hAnsi="Cambria" w:cs="Segoe UI"/>
                <w:color w:val="000000"/>
              </w:rPr>
              <w:t>Muayene Kabul Komisyonu/Hizmet İşleri Kabul Tutanağı mevcut, fatura bilgileri ile uyumlu, mal veya hizmet kabulü usulüne uygun yapılmış mı?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2078D4" w:rsidRDefault="002078D4" w:rsidP="002078D4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0FBEE210" w:rsidR="002078D4" w:rsidRDefault="002078D4" w:rsidP="002078D4">
            <w:r>
              <w:rPr>
                <w:rFonts w:ascii="Cambria" w:hAnsi="Cambria" w:cs="Segoe UI"/>
                <w:color w:val="000000"/>
              </w:rPr>
              <w:t>Varlık İşlem Fişi kesilmediğine dair tutanak mevcut mu?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2078D4" w:rsidRDefault="002078D4" w:rsidP="002078D4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8F33FBA" w:rsidR="002078D4" w:rsidRDefault="002078D4" w:rsidP="002078D4">
            <w:r>
              <w:rPr>
                <w:rFonts w:ascii="Cambria" w:hAnsi="Cambria" w:cs="Segoe UI"/>
                <w:color w:val="000000"/>
              </w:rPr>
              <w:t>Gelir İdaresi Başkanlığından alınan vergi borcu sorgusu güncel, kontrol edilmiş ve gerekli olması halinde kesinti yapılmış mı?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2078D4" w:rsidRDefault="002078D4" w:rsidP="002078D4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52A4DD38" w:rsidR="002078D4" w:rsidRDefault="002078D4" w:rsidP="002078D4">
            <w:r>
              <w:rPr>
                <w:rFonts w:ascii="Cambria" w:hAnsi="Cambria" w:cs="Segoe UI"/>
                <w:color w:val="000000"/>
              </w:rPr>
              <w:t>Ödeme Emri Belgesindeki IBAN bilgileri, bütçe tertibi, damga vergisi ve tevkifat bilgileri doğru mu?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2078D4" w:rsidRDefault="002078D4" w:rsidP="002078D4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19C7872F" w:rsidR="002078D4" w:rsidRDefault="002078D4" w:rsidP="002078D4">
            <w:r>
              <w:rPr>
                <w:rFonts w:ascii="Cambria" w:hAnsi="Cambria" w:cs="Segoe UI"/>
                <w:color w:val="000000"/>
              </w:rPr>
              <w:t>Alınan mal veya hizmet Tasarruf Tedbirleri Genelgesi ile uyumlu mu? Zorunluluk Tespit Onay Formu mevcut mu?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2078D4" w:rsidRDefault="002078D4" w:rsidP="002078D4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1699E7C0" w:rsidR="002078D4" w:rsidRDefault="002078D4" w:rsidP="002078D4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078D4" w14:paraId="4A2F651D" w14:textId="77777777" w:rsidTr="009E32B9">
        <w:trPr>
          <w:jc w:val="center"/>
        </w:trPr>
        <w:tc>
          <w:tcPr>
            <w:tcW w:w="810" w:type="dxa"/>
            <w:vAlign w:val="center"/>
          </w:tcPr>
          <w:p w14:paraId="160E3E2A" w14:textId="77777777" w:rsidR="002078D4" w:rsidRDefault="002078D4" w:rsidP="002078D4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2CA1B1D6" w:rsidR="002078D4" w:rsidRDefault="002078D4" w:rsidP="002078D4"/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2390FBEA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4BA295CC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7A988D0B" w:rsidR="002078D4" w:rsidRDefault="002078D4" w:rsidP="002078D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F659289" w14:textId="77777777" w:rsidR="005128AD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FF70605" w14:textId="77777777" w:rsidR="005128AD" w:rsidRDefault="005128AD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06312994" w14:textId="77777777" w:rsidR="005128AD" w:rsidRDefault="005128AD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6FCA9316" w14:textId="02AEC7BC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53F5" w14:textId="77777777" w:rsidR="007A5BCE" w:rsidRDefault="007A5BCE" w:rsidP="005128AD">
      <w:pPr>
        <w:spacing w:after="0" w:line="240" w:lineRule="auto"/>
      </w:pPr>
      <w:r>
        <w:separator/>
      </w:r>
    </w:p>
  </w:endnote>
  <w:endnote w:type="continuationSeparator" w:id="0">
    <w:p w14:paraId="30C9C204" w14:textId="77777777" w:rsidR="007A5BCE" w:rsidRDefault="007A5BCE" w:rsidP="005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5128AD" w:rsidRPr="007A5A35" w14:paraId="112E6DF9" w14:textId="77777777" w:rsidTr="008E03B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A78795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944F5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A73F27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5128AD" w:rsidRPr="007A5A35" w14:paraId="39397416" w14:textId="77777777" w:rsidTr="008E03B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DA2C7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9A846A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D67B00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25BE8225" w14:textId="201577F4" w:rsidR="005128AD" w:rsidRDefault="005128AD">
    <w:pPr>
      <w:pStyle w:val="AltBilgi"/>
    </w:pPr>
  </w:p>
  <w:p w14:paraId="190290BD" w14:textId="77777777" w:rsidR="005128AD" w:rsidRDefault="005128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4A5E6" w14:textId="77777777" w:rsidR="007A5BCE" w:rsidRDefault="007A5BCE" w:rsidP="005128AD">
      <w:pPr>
        <w:spacing w:after="0" w:line="240" w:lineRule="auto"/>
      </w:pPr>
      <w:r>
        <w:separator/>
      </w:r>
    </w:p>
  </w:footnote>
  <w:footnote w:type="continuationSeparator" w:id="0">
    <w:p w14:paraId="179BD463" w14:textId="77777777" w:rsidR="007A5BCE" w:rsidRDefault="007A5BCE" w:rsidP="00512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80"/>
      <w:gridCol w:w="2100"/>
      <w:gridCol w:w="1469"/>
    </w:tblGrid>
    <w:tr w:rsidR="005128AD" w:rsidRPr="007A5A35" w14:paraId="583013AE" w14:textId="77777777" w:rsidTr="008E03B0">
      <w:trPr>
        <w:trHeight w:val="261"/>
      </w:trPr>
      <w:tc>
        <w:tcPr>
          <w:tcW w:w="1676" w:type="dxa"/>
          <w:vMerge w:val="restart"/>
          <w:vAlign w:val="center"/>
        </w:tcPr>
        <w:p w14:paraId="43C1F025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7A39408" wp14:editId="3972CDE6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022691D6" w14:textId="4458DDDD" w:rsidR="005128AD" w:rsidRPr="005128AD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5128AD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TEMSİL AĞIRLAMA GİDERLERİNE </w:t>
          </w:r>
          <w:r w:rsidRPr="005128AD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1CB582C8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A66E36F" w14:textId="56C53E6A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</w:p>
      </w:tc>
    </w:tr>
    <w:tr w:rsidR="005128AD" w:rsidRPr="007A5A35" w14:paraId="6CDD2FCD" w14:textId="77777777" w:rsidTr="008E03B0">
      <w:trPr>
        <w:trHeight w:val="261"/>
      </w:trPr>
      <w:tc>
        <w:tcPr>
          <w:tcW w:w="1676" w:type="dxa"/>
          <w:vMerge/>
          <w:vAlign w:val="center"/>
        </w:tcPr>
        <w:p w14:paraId="476FEBE1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BB8DF45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E5A2D4F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4892856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5128AD" w:rsidRPr="007A5A35" w14:paraId="11A32651" w14:textId="77777777" w:rsidTr="008E03B0">
      <w:trPr>
        <w:trHeight w:val="261"/>
      </w:trPr>
      <w:tc>
        <w:tcPr>
          <w:tcW w:w="1676" w:type="dxa"/>
          <w:vMerge/>
          <w:vAlign w:val="center"/>
        </w:tcPr>
        <w:p w14:paraId="7C7FAD07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91DD290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823C33E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2F05EEB3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5128AD" w:rsidRPr="007A5A35" w14:paraId="12424A3A" w14:textId="77777777" w:rsidTr="008E03B0">
      <w:trPr>
        <w:trHeight w:val="261"/>
      </w:trPr>
      <w:tc>
        <w:tcPr>
          <w:tcW w:w="1676" w:type="dxa"/>
          <w:vMerge/>
          <w:vAlign w:val="center"/>
        </w:tcPr>
        <w:p w14:paraId="3B01AA5F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9F1DA26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E4AC343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531CAE9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5128AD" w:rsidRPr="007A5A35" w14:paraId="63AF502C" w14:textId="77777777" w:rsidTr="008E03B0">
      <w:trPr>
        <w:trHeight w:val="261"/>
      </w:trPr>
      <w:tc>
        <w:tcPr>
          <w:tcW w:w="1676" w:type="dxa"/>
          <w:vMerge/>
          <w:vAlign w:val="center"/>
        </w:tcPr>
        <w:p w14:paraId="14265709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DE59E15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CEE4CBF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2D02E8F2" w14:textId="77777777" w:rsidR="005128AD" w:rsidRPr="007A5A35" w:rsidRDefault="005128AD" w:rsidP="005128A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3B19B37" w14:textId="556FF975" w:rsidR="005128AD" w:rsidRDefault="005128AD">
    <w:pPr>
      <w:pStyle w:val="stBilgi"/>
    </w:pPr>
  </w:p>
  <w:p w14:paraId="5DFE7869" w14:textId="77777777" w:rsidR="005128AD" w:rsidRDefault="005128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903"/>
    <w:rsid w:val="0006063C"/>
    <w:rsid w:val="00123BD3"/>
    <w:rsid w:val="0015074B"/>
    <w:rsid w:val="001567A3"/>
    <w:rsid w:val="001A668A"/>
    <w:rsid w:val="002078D4"/>
    <w:rsid w:val="00214460"/>
    <w:rsid w:val="002377E3"/>
    <w:rsid w:val="0029639D"/>
    <w:rsid w:val="00326F90"/>
    <w:rsid w:val="00350BF0"/>
    <w:rsid w:val="003D678A"/>
    <w:rsid w:val="004710E6"/>
    <w:rsid w:val="0049466B"/>
    <w:rsid w:val="005128AD"/>
    <w:rsid w:val="005B2152"/>
    <w:rsid w:val="005D1125"/>
    <w:rsid w:val="00681449"/>
    <w:rsid w:val="006A3593"/>
    <w:rsid w:val="006C17B4"/>
    <w:rsid w:val="0073159B"/>
    <w:rsid w:val="00780547"/>
    <w:rsid w:val="007A5BCE"/>
    <w:rsid w:val="008831BD"/>
    <w:rsid w:val="00920C53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2026-08-03T12:39:00Z</dcterms:modified>
  <cp:category/>
</cp:coreProperties>
</file>