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957EF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957EF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7D4F8B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935855" w14:paraId="6048EF0C" w14:textId="77777777" w:rsidTr="007D4F8B">
        <w:trPr>
          <w:jc w:val="center"/>
        </w:trPr>
        <w:tc>
          <w:tcPr>
            <w:tcW w:w="810" w:type="dxa"/>
            <w:vAlign w:val="center"/>
          </w:tcPr>
          <w:p w14:paraId="780F2872" w14:textId="77777777" w:rsidR="00935855" w:rsidRDefault="00935855" w:rsidP="00935855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48675F04" w:rsidR="00935855" w:rsidRDefault="00935855" w:rsidP="00935855">
            <w:r>
              <w:rPr>
                <w:rFonts w:ascii="Cambria" w:hAnsi="Cambria" w:cs="Segoe UI"/>
                <w:color w:val="000000"/>
              </w:rPr>
              <w:t>Ödeme Emri Belgesi'ndeki bütçe tertibi doğru seçilmiş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6FF36FBC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253CA0C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E7E2629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3AF0B689" w14:textId="77777777" w:rsidTr="007D4F8B">
        <w:trPr>
          <w:jc w:val="center"/>
        </w:trPr>
        <w:tc>
          <w:tcPr>
            <w:tcW w:w="810" w:type="dxa"/>
            <w:vAlign w:val="center"/>
          </w:tcPr>
          <w:p w14:paraId="690795E5" w14:textId="77777777" w:rsidR="00935855" w:rsidRDefault="00935855" w:rsidP="00935855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0B4F159" w:rsidR="00935855" w:rsidRDefault="00935855" w:rsidP="00935855">
            <w:r>
              <w:rPr>
                <w:rFonts w:ascii="Cambria" w:hAnsi="Cambria" w:cs="Segoe UI"/>
                <w:color w:val="000000"/>
              </w:rPr>
              <w:t>Ödeme Emri Belgesi'ndeki kesinti kodları doğru seçilmiş mi?</w:t>
            </w:r>
          </w:p>
        </w:tc>
        <w:sdt>
          <w:sdtPr>
            <w:rPr>
              <w:sz w:val="18"/>
              <w:szCs w:val="18"/>
            </w:rPr>
            <w:id w:val="68301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554DD645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331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63603E80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0340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71C26A99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4116D98B" w14:textId="77777777" w:rsidTr="007D4F8B">
        <w:trPr>
          <w:jc w:val="center"/>
        </w:trPr>
        <w:tc>
          <w:tcPr>
            <w:tcW w:w="810" w:type="dxa"/>
            <w:vAlign w:val="center"/>
          </w:tcPr>
          <w:p w14:paraId="3F978920" w14:textId="77777777" w:rsidR="00935855" w:rsidRDefault="00935855" w:rsidP="00935855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789BB573" w:rsidR="00935855" w:rsidRDefault="00935855" w:rsidP="00935855">
            <w:r>
              <w:rPr>
                <w:rFonts w:ascii="Cambria" w:hAnsi="Cambria" w:cs="Segoe UI"/>
                <w:color w:val="000000"/>
              </w:rPr>
              <w:t>Bordro, Harcama Talimatı Onay Belgesi, Puantaj ve Banka Listesi eklendi mi?</w:t>
            </w:r>
          </w:p>
        </w:tc>
        <w:sdt>
          <w:sdtPr>
            <w:rPr>
              <w:sz w:val="18"/>
              <w:szCs w:val="18"/>
            </w:rPr>
            <w:id w:val="188775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BA5136B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7999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1B81F3BC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129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24BB5531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6B423030" w14:textId="77777777" w:rsidTr="007D4F8B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935855" w:rsidRDefault="00935855" w:rsidP="00935855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088CFFFB" w:rsidR="00935855" w:rsidRDefault="00935855" w:rsidP="00935855">
            <w:r>
              <w:rPr>
                <w:rFonts w:ascii="Cambria" w:hAnsi="Cambria" w:cs="Segoe UI"/>
                <w:color w:val="000000"/>
              </w:rPr>
              <w:t>İcra kesinti listesi ve kesintiye ilişkin diğer evraklar eklendi mi? (Kesinti varsa)</w:t>
            </w:r>
          </w:p>
        </w:tc>
        <w:sdt>
          <w:sdtPr>
            <w:rPr>
              <w:sz w:val="18"/>
              <w:szCs w:val="18"/>
            </w:rPr>
            <w:id w:val="-89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05447DCE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0824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755D8D4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0812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4B9D0433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141FBE90" w14:textId="77777777" w:rsidTr="007D4F8B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935855" w:rsidRDefault="00935855" w:rsidP="00935855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2444F5C2" w:rsidR="00935855" w:rsidRDefault="00935855" w:rsidP="00935855">
            <w:r>
              <w:rPr>
                <w:rFonts w:ascii="Cambria" w:hAnsi="Cambria" w:cs="Segoe UI"/>
                <w:color w:val="000000"/>
              </w:rPr>
              <w:t>Geçici işçi/Öğretim Görevlisi alımına ilişkin Rektörlük Oluru ilk ödemeye eklendi mi?</w:t>
            </w:r>
          </w:p>
        </w:tc>
        <w:sdt>
          <w:sdtPr>
            <w:rPr>
              <w:sz w:val="18"/>
              <w:szCs w:val="18"/>
            </w:rPr>
            <w:id w:val="-204027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275B2436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3163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0BEAAF38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8044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7381EAA8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7D40B154" w14:textId="77777777" w:rsidTr="007D4F8B">
        <w:trPr>
          <w:jc w:val="center"/>
        </w:trPr>
        <w:tc>
          <w:tcPr>
            <w:tcW w:w="810" w:type="dxa"/>
            <w:vAlign w:val="center"/>
          </w:tcPr>
          <w:p w14:paraId="20DE44B9" w14:textId="77777777" w:rsidR="00935855" w:rsidRDefault="00935855" w:rsidP="00935855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0494E873" w:rsidR="00935855" w:rsidRDefault="00935855" w:rsidP="00935855">
            <w:r>
              <w:rPr>
                <w:rFonts w:ascii="Cambria" w:hAnsi="Cambria" w:cs="Segoe UI"/>
                <w:color w:val="000000"/>
              </w:rPr>
              <w:t>Ödeme Emri Belgesi yetkili kişilerce imzalanmış; yetki devri yapılmış ise buna ilişkin belgeler dosyaya eklenmiş mi?</w:t>
            </w:r>
          </w:p>
        </w:tc>
        <w:sdt>
          <w:sdtPr>
            <w:rPr>
              <w:sz w:val="18"/>
              <w:szCs w:val="18"/>
            </w:rPr>
            <w:id w:val="-147945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21E9DAFE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5336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2A1163F2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8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57B1B07E" w:rsidR="00935855" w:rsidRDefault="00935855" w:rsidP="0093585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35855" w14:paraId="64CC9416" w14:textId="77777777" w:rsidTr="007D4F8B">
        <w:trPr>
          <w:jc w:val="center"/>
        </w:trPr>
        <w:tc>
          <w:tcPr>
            <w:tcW w:w="810" w:type="dxa"/>
            <w:vAlign w:val="center"/>
          </w:tcPr>
          <w:p w14:paraId="35DFEE49" w14:textId="33BC7BC2" w:rsidR="00935855" w:rsidRDefault="00935855" w:rsidP="00935855">
            <w:pPr>
              <w:jc w:val="center"/>
            </w:pPr>
          </w:p>
        </w:tc>
        <w:tc>
          <w:tcPr>
            <w:tcW w:w="6608" w:type="dxa"/>
          </w:tcPr>
          <w:p w14:paraId="6AC52947" w14:textId="095D0C34" w:rsidR="00935855" w:rsidRDefault="00935855" w:rsidP="00935855"/>
        </w:tc>
        <w:tc>
          <w:tcPr>
            <w:tcW w:w="1268" w:type="dxa"/>
            <w:vAlign w:val="center"/>
          </w:tcPr>
          <w:p w14:paraId="28CD82EE" w14:textId="4429BFF4" w:rsidR="00935855" w:rsidRDefault="00935855" w:rsidP="00935855">
            <w:pPr>
              <w:jc w:val="center"/>
            </w:pPr>
          </w:p>
        </w:tc>
        <w:tc>
          <w:tcPr>
            <w:tcW w:w="980" w:type="dxa"/>
            <w:vAlign w:val="center"/>
          </w:tcPr>
          <w:p w14:paraId="6F249AEE" w14:textId="27500703" w:rsidR="00935855" w:rsidRDefault="00935855" w:rsidP="00935855">
            <w:pPr>
              <w:jc w:val="center"/>
            </w:pPr>
          </w:p>
        </w:tc>
        <w:tc>
          <w:tcPr>
            <w:tcW w:w="864" w:type="dxa"/>
            <w:vAlign w:val="center"/>
          </w:tcPr>
          <w:p w14:paraId="6A589EAF" w14:textId="3663A224" w:rsidR="00935855" w:rsidRDefault="00935855" w:rsidP="00935855">
            <w:pPr>
              <w:jc w:val="center"/>
            </w:pPr>
          </w:p>
        </w:tc>
      </w:tr>
      <w:tr w:rsidR="00935855" w14:paraId="5B5E3A95" w14:textId="77777777" w:rsidTr="007D4F8B">
        <w:trPr>
          <w:jc w:val="center"/>
        </w:trPr>
        <w:tc>
          <w:tcPr>
            <w:tcW w:w="810" w:type="dxa"/>
            <w:vAlign w:val="center"/>
          </w:tcPr>
          <w:p w14:paraId="1759FB24" w14:textId="0AF2EBB5" w:rsidR="00935855" w:rsidRDefault="00935855" w:rsidP="00935855">
            <w:pPr>
              <w:jc w:val="center"/>
            </w:pPr>
          </w:p>
        </w:tc>
        <w:tc>
          <w:tcPr>
            <w:tcW w:w="6608" w:type="dxa"/>
            <w:vAlign w:val="center"/>
          </w:tcPr>
          <w:p w14:paraId="7204642C" w14:textId="34E74ED4" w:rsidR="00935855" w:rsidRDefault="00935855" w:rsidP="00935855"/>
        </w:tc>
        <w:tc>
          <w:tcPr>
            <w:tcW w:w="1268" w:type="dxa"/>
            <w:vAlign w:val="center"/>
          </w:tcPr>
          <w:p w14:paraId="2D83F2DB" w14:textId="2AF4C33E" w:rsidR="00935855" w:rsidRDefault="00935855" w:rsidP="00935855">
            <w:pPr>
              <w:jc w:val="center"/>
            </w:pPr>
          </w:p>
        </w:tc>
        <w:tc>
          <w:tcPr>
            <w:tcW w:w="980" w:type="dxa"/>
            <w:vAlign w:val="center"/>
          </w:tcPr>
          <w:p w14:paraId="3A08939A" w14:textId="39952D39" w:rsidR="00935855" w:rsidRDefault="00935855" w:rsidP="00935855">
            <w:pPr>
              <w:jc w:val="center"/>
            </w:pPr>
          </w:p>
        </w:tc>
        <w:tc>
          <w:tcPr>
            <w:tcW w:w="864" w:type="dxa"/>
            <w:vAlign w:val="center"/>
          </w:tcPr>
          <w:p w14:paraId="76133ED4" w14:textId="60E4837D" w:rsidR="00935855" w:rsidRDefault="00935855" w:rsidP="00935855">
            <w:pPr>
              <w:jc w:val="center"/>
            </w:pPr>
          </w:p>
        </w:tc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FCB9" w14:textId="77777777" w:rsidR="00DA61EF" w:rsidRDefault="00DA61EF" w:rsidP="00C957EF">
      <w:pPr>
        <w:spacing w:after="0" w:line="240" w:lineRule="auto"/>
      </w:pPr>
      <w:r>
        <w:separator/>
      </w:r>
    </w:p>
  </w:endnote>
  <w:endnote w:type="continuationSeparator" w:id="0">
    <w:p w14:paraId="20E1EC6A" w14:textId="77777777" w:rsidR="00DA61EF" w:rsidRDefault="00DA61EF" w:rsidP="00C9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7B32" w14:textId="77777777" w:rsidR="00C957EF" w:rsidRDefault="00C957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957EF" w:rsidRPr="007A5A35" w14:paraId="5DA8CD35" w14:textId="77777777" w:rsidTr="00EB511B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D2BA38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3EA7CC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1B81275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957EF" w:rsidRPr="007A5A35" w14:paraId="7A6A51AA" w14:textId="77777777" w:rsidTr="00EB511B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56360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523870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54BDD00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E9A8CB1" w14:textId="21BF6C9D" w:rsidR="00C957EF" w:rsidRDefault="00C957EF">
    <w:pPr>
      <w:pStyle w:val="AltBilgi"/>
    </w:pPr>
  </w:p>
  <w:p w14:paraId="2E8028F8" w14:textId="77777777" w:rsidR="00C957EF" w:rsidRDefault="00C957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85EC" w14:textId="77777777" w:rsidR="00C957EF" w:rsidRDefault="00C957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5607" w14:textId="77777777" w:rsidR="00DA61EF" w:rsidRDefault="00DA61EF" w:rsidP="00C957EF">
      <w:pPr>
        <w:spacing w:after="0" w:line="240" w:lineRule="auto"/>
      </w:pPr>
      <w:r>
        <w:separator/>
      </w:r>
    </w:p>
  </w:footnote>
  <w:footnote w:type="continuationSeparator" w:id="0">
    <w:p w14:paraId="2B73EF83" w14:textId="77777777" w:rsidR="00DA61EF" w:rsidRDefault="00DA61EF" w:rsidP="00C9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FFB8" w14:textId="77777777" w:rsidR="00C957EF" w:rsidRDefault="00C957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957EF" w:rsidRPr="007A5A35" w14:paraId="054C1EDE" w14:textId="77777777" w:rsidTr="00EB511B">
      <w:trPr>
        <w:trHeight w:val="261"/>
      </w:trPr>
      <w:tc>
        <w:tcPr>
          <w:tcW w:w="1676" w:type="dxa"/>
          <w:vMerge w:val="restart"/>
          <w:vAlign w:val="center"/>
        </w:tcPr>
        <w:p w14:paraId="4DE6A28A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1AFFCBEE" wp14:editId="623F216E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23F65C94" w14:textId="0546ABFF" w:rsidR="00C957EF" w:rsidRPr="00C957EF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GEÇ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C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 xml:space="preserve"> İŞÇ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/ÖĞRET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M GÖREVL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S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 xml:space="preserve"> MAAŞ ÖDEMELER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NE İL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İ</w:t>
          </w:r>
          <w:r w:rsidRPr="00C957EF">
            <w:rPr>
              <w:rFonts w:ascii="Times New Roman" w:hAnsi="Times New Roman" w:cs="Times New Roman"/>
              <w:b/>
              <w:sz w:val="24"/>
              <w:szCs w:val="24"/>
            </w:rPr>
            <w:t xml:space="preserve"> KONTROL LİSTE FORMU</w:t>
          </w:r>
        </w:p>
      </w:tc>
      <w:tc>
        <w:tcPr>
          <w:tcW w:w="2126" w:type="dxa"/>
          <w:vAlign w:val="center"/>
        </w:tcPr>
        <w:p w14:paraId="3D4A6871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6A95863F" w14:textId="10F06D6A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</w:p>
      </w:tc>
    </w:tr>
    <w:tr w:rsidR="00C957EF" w:rsidRPr="007A5A35" w14:paraId="4B18D894" w14:textId="77777777" w:rsidTr="00EB511B">
      <w:trPr>
        <w:trHeight w:val="261"/>
      </w:trPr>
      <w:tc>
        <w:tcPr>
          <w:tcW w:w="1676" w:type="dxa"/>
          <w:vMerge/>
          <w:vAlign w:val="center"/>
        </w:tcPr>
        <w:p w14:paraId="5448E76A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BE2B344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303DE72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6796B5F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957EF" w:rsidRPr="007A5A35" w14:paraId="3B6CD541" w14:textId="77777777" w:rsidTr="00EB511B">
      <w:trPr>
        <w:trHeight w:val="261"/>
      </w:trPr>
      <w:tc>
        <w:tcPr>
          <w:tcW w:w="1676" w:type="dxa"/>
          <w:vMerge/>
          <w:vAlign w:val="center"/>
        </w:tcPr>
        <w:p w14:paraId="13398108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017CC87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C0E087F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5168C57B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957EF" w:rsidRPr="007A5A35" w14:paraId="112ED865" w14:textId="77777777" w:rsidTr="00EB511B">
      <w:trPr>
        <w:trHeight w:val="261"/>
      </w:trPr>
      <w:tc>
        <w:tcPr>
          <w:tcW w:w="1676" w:type="dxa"/>
          <w:vMerge/>
          <w:vAlign w:val="center"/>
        </w:tcPr>
        <w:p w14:paraId="593DE2B9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62FB151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EB24FA8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9A6DB0F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957EF" w:rsidRPr="007A5A35" w14:paraId="4C84BAD1" w14:textId="77777777" w:rsidTr="00EB511B">
      <w:trPr>
        <w:trHeight w:val="261"/>
      </w:trPr>
      <w:tc>
        <w:tcPr>
          <w:tcW w:w="1676" w:type="dxa"/>
          <w:vMerge/>
          <w:vAlign w:val="center"/>
        </w:tcPr>
        <w:p w14:paraId="4D305D9A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383BEA7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035E11E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2E09E436" w14:textId="77777777" w:rsidR="00C957EF" w:rsidRPr="007A5A35" w:rsidRDefault="00C957EF" w:rsidP="00C957E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50568F26" w14:textId="0B2AB159" w:rsidR="00C957EF" w:rsidRDefault="00C957EF">
    <w:pPr>
      <w:pStyle w:val="stBilgi"/>
    </w:pPr>
  </w:p>
  <w:p w14:paraId="6E8F5ADC" w14:textId="77777777" w:rsidR="00C957EF" w:rsidRDefault="00C957E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D1A9" w14:textId="77777777" w:rsidR="00C957EF" w:rsidRDefault="00C957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9639D"/>
    <w:rsid w:val="00326F90"/>
    <w:rsid w:val="00350BF0"/>
    <w:rsid w:val="003679CF"/>
    <w:rsid w:val="003D678A"/>
    <w:rsid w:val="004213A8"/>
    <w:rsid w:val="0049466B"/>
    <w:rsid w:val="006A3593"/>
    <w:rsid w:val="006C17B4"/>
    <w:rsid w:val="006E0F1E"/>
    <w:rsid w:val="00780547"/>
    <w:rsid w:val="007D4F8B"/>
    <w:rsid w:val="008B3089"/>
    <w:rsid w:val="00935855"/>
    <w:rsid w:val="009A140A"/>
    <w:rsid w:val="00AA1D8D"/>
    <w:rsid w:val="00B47730"/>
    <w:rsid w:val="00B71931"/>
    <w:rsid w:val="00C957EF"/>
    <w:rsid w:val="00CB0664"/>
    <w:rsid w:val="00D07467"/>
    <w:rsid w:val="00DA61EF"/>
    <w:rsid w:val="00DE3D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5</cp:revision>
  <dcterms:created xsi:type="dcterms:W3CDTF">2026-07-27T07:36:00Z</dcterms:created>
  <dcterms:modified xsi:type="dcterms:W3CDTF">2026-08-03T11:01:00Z</dcterms:modified>
  <cp:category/>
</cp:coreProperties>
</file>