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CC1E8B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CC1E8B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6E64A0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6E64A0" w:rsidRDefault="006E64A0" w:rsidP="006E64A0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08725BD5" w:rsidR="006E64A0" w:rsidRDefault="006E64A0" w:rsidP="006E64A0">
            <w:r>
              <w:rPr>
                <w:rFonts w:ascii="Cambria" w:hAnsi="Cambria" w:cs="Segoe UI"/>
                <w:color w:val="000000"/>
              </w:rPr>
              <w:t>Harcama Talimatı/Onay Belgesi mevcut, hukuki dayanağı, gerekçesi, gerçekleştirme usulü ve bütçe tertibi harcamanın niteliğine uygun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64A0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6E64A0" w:rsidRDefault="006E64A0" w:rsidP="006E64A0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2639A7F0" w:rsidR="006E64A0" w:rsidRDefault="006E64A0" w:rsidP="006E64A0">
            <w:r>
              <w:rPr>
                <w:rFonts w:ascii="Cambria" w:hAnsi="Cambria" w:cs="Segoe UI"/>
                <w:color w:val="000000"/>
              </w:rPr>
              <w:t xml:space="preserve">Taban Ödeme </w:t>
            </w:r>
            <w:proofErr w:type="spellStart"/>
            <w:r>
              <w:rPr>
                <w:rFonts w:ascii="Cambria" w:hAnsi="Cambria" w:cs="Segoe UI"/>
                <w:color w:val="000000"/>
              </w:rPr>
              <w:t>Cetveli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cetveldeki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ödenecek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tutar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Ödeme Emri Belgesindeki tutar uyumlu mu?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64A0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6E64A0" w:rsidRDefault="006E64A0" w:rsidP="006E64A0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0CEC6673" w:rsidR="006E64A0" w:rsidRDefault="006E64A0" w:rsidP="006E64A0">
            <w:r>
              <w:rPr>
                <w:rFonts w:ascii="Cambria" w:hAnsi="Cambria" w:cs="Segoe UI"/>
                <w:color w:val="000000"/>
              </w:rPr>
              <w:t>Ödenek Durum Belgesi ödeme evrakına eklenmiş mi?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64A0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6E64A0" w:rsidRDefault="006E64A0" w:rsidP="006E64A0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64230F75" w:rsidR="006E64A0" w:rsidRDefault="006E64A0" w:rsidP="006E64A0">
            <w:r>
              <w:rPr>
                <w:rFonts w:ascii="Cambria" w:hAnsi="Cambria" w:cs="Segoe UI"/>
                <w:color w:val="000000"/>
              </w:rPr>
              <w:t>Ödeme Emri Belgesindeki bütçe tertibi doğru mu?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64A0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6E64A0" w:rsidRDefault="006E64A0" w:rsidP="006E64A0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3014F8DC" w:rsidR="006E64A0" w:rsidRDefault="006E64A0" w:rsidP="006E64A0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yapılmışsa buna ilişkin belgeler eklenmiş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64A0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6E64A0" w:rsidRDefault="006E64A0" w:rsidP="006E64A0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615B0050" w:rsidR="006E64A0" w:rsidRDefault="006E64A0" w:rsidP="006E64A0"/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6E64A0" w:rsidRDefault="006E64A0" w:rsidP="006E64A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CBFCF" w14:textId="77777777" w:rsidR="00BF585D" w:rsidRDefault="00BF585D" w:rsidP="00CC1E8B">
      <w:pPr>
        <w:spacing w:after="0" w:line="240" w:lineRule="auto"/>
      </w:pPr>
      <w:r>
        <w:separator/>
      </w:r>
    </w:p>
  </w:endnote>
  <w:endnote w:type="continuationSeparator" w:id="0">
    <w:p w14:paraId="330D1124" w14:textId="77777777" w:rsidR="00BF585D" w:rsidRDefault="00BF585D" w:rsidP="00CC1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CC1E8B" w:rsidRPr="007A5A35" w14:paraId="447B5DE7" w14:textId="77777777" w:rsidTr="00D26277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EA1E3B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969EC5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9559D2B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CC1E8B" w:rsidRPr="007A5A35" w14:paraId="44E9BD87" w14:textId="77777777" w:rsidTr="00D26277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CE343E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B719BF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B638B74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58FE88B9" w14:textId="49EE7ACE" w:rsidR="00CC1E8B" w:rsidRDefault="00CC1E8B">
    <w:pPr>
      <w:pStyle w:val="AltBilgi"/>
    </w:pPr>
  </w:p>
  <w:p w14:paraId="04E09ED2" w14:textId="77777777" w:rsidR="00CC1E8B" w:rsidRDefault="00CC1E8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7B591" w14:textId="77777777" w:rsidR="00BF585D" w:rsidRDefault="00BF585D" w:rsidP="00CC1E8B">
      <w:pPr>
        <w:spacing w:after="0" w:line="240" w:lineRule="auto"/>
      </w:pPr>
      <w:r>
        <w:separator/>
      </w:r>
    </w:p>
  </w:footnote>
  <w:footnote w:type="continuationSeparator" w:id="0">
    <w:p w14:paraId="5312A826" w14:textId="77777777" w:rsidR="00BF585D" w:rsidRDefault="00BF585D" w:rsidP="00CC1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2"/>
      <w:gridCol w:w="2099"/>
      <w:gridCol w:w="1469"/>
    </w:tblGrid>
    <w:tr w:rsidR="00CC1E8B" w:rsidRPr="007A5A35" w14:paraId="05D61BFA" w14:textId="77777777" w:rsidTr="00D26277">
      <w:trPr>
        <w:trHeight w:val="261"/>
      </w:trPr>
      <w:tc>
        <w:tcPr>
          <w:tcW w:w="1676" w:type="dxa"/>
          <w:vMerge w:val="restart"/>
          <w:vAlign w:val="center"/>
        </w:tcPr>
        <w:p w14:paraId="5F6BF17A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4B8B274F" wp14:editId="346FDEFC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4B1BB3CE" w14:textId="562E2165" w:rsidR="00CC1E8B" w:rsidRPr="00E56C2A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6E64A0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DÖNER SERMAYE' YE YAPILAN AKTARIMLARA </w:t>
          </w:r>
          <w:r w:rsidRPr="00E56C2A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00CDC18D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7086FE49" w14:textId="509D367D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66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4</w:t>
          </w:r>
        </w:p>
      </w:tc>
    </w:tr>
    <w:tr w:rsidR="00CC1E8B" w:rsidRPr="007A5A35" w14:paraId="493333CC" w14:textId="77777777" w:rsidTr="00D26277">
      <w:trPr>
        <w:trHeight w:val="261"/>
      </w:trPr>
      <w:tc>
        <w:tcPr>
          <w:tcW w:w="1676" w:type="dxa"/>
          <w:vMerge/>
          <w:vAlign w:val="center"/>
        </w:tcPr>
        <w:p w14:paraId="01FC0297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3BFC1A3F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187AFFD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5D776A3B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CC1E8B" w:rsidRPr="007A5A35" w14:paraId="55C9A927" w14:textId="77777777" w:rsidTr="00D26277">
      <w:trPr>
        <w:trHeight w:val="261"/>
      </w:trPr>
      <w:tc>
        <w:tcPr>
          <w:tcW w:w="1676" w:type="dxa"/>
          <w:vMerge/>
          <w:vAlign w:val="center"/>
        </w:tcPr>
        <w:p w14:paraId="4C56F532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3F096212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6041D62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46E8386E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CC1E8B" w:rsidRPr="007A5A35" w14:paraId="0A463398" w14:textId="77777777" w:rsidTr="00D26277">
      <w:trPr>
        <w:trHeight w:val="261"/>
      </w:trPr>
      <w:tc>
        <w:tcPr>
          <w:tcW w:w="1676" w:type="dxa"/>
          <w:vMerge/>
          <w:vAlign w:val="center"/>
        </w:tcPr>
        <w:p w14:paraId="346B2B2A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E63B69D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2615C09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0C148530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CC1E8B" w:rsidRPr="007A5A35" w14:paraId="3A9D9C8A" w14:textId="77777777" w:rsidTr="00D26277">
      <w:trPr>
        <w:trHeight w:val="261"/>
      </w:trPr>
      <w:tc>
        <w:tcPr>
          <w:tcW w:w="1676" w:type="dxa"/>
          <w:vMerge/>
          <w:vAlign w:val="center"/>
        </w:tcPr>
        <w:p w14:paraId="423607B0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DD1D0FE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54B62E2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181D644D" w14:textId="77777777" w:rsidR="00CC1E8B" w:rsidRPr="007A5A35" w:rsidRDefault="00CC1E8B" w:rsidP="00CC1E8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105E0B85" w14:textId="22B045A1" w:rsidR="00CC1E8B" w:rsidRDefault="00CC1E8B">
    <w:pPr>
      <w:pStyle w:val="stBilgi"/>
    </w:pPr>
  </w:p>
  <w:p w14:paraId="21CA2314" w14:textId="77777777" w:rsidR="00CC1E8B" w:rsidRDefault="00CC1E8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710E6"/>
    <w:rsid w:val="0049466B"/>
    <w:rsid w:val="005B2152"/>
    <w:rsid w:val="00620340"/>
    <w:rsid w:val="006A3593"/>
    <w:rsid w:val="006C17B4"/>
    <w:rsid w:val="006E64A0"/>
    <w:rsid w:val="0073159B"/>
    <w:rsid w:val="00780547"/>
    <w:rsid w:val="008831BD"/>
    <w:rsid w:val="008E6037"/>
    <w:rsid w:val="00920C53"/>
    <w:rsid w:val="009A140A"/>
    <w:rsid w:val="00AA1D8D"/>
    <w:rsid w:val="00B47730"/>
    <w:rsid w:val="00B71931"/>
    <w:rsid w:val="00BF585D"/>
    <w:rsid w:val="00C6718A"/>
    <w:rsid w:val="00CB0664"/>
    <w:rsid w:val="00CC1E8B"/>
    <w:rsid w:val="00D00C18"/>
    <w:rsid w:val="00D07467"/>
    <w:rsid w:val="00DE3D0A"/>
    <w:rsid w:val="00EA4814"/>
    <w:rsid w:val="00EB2B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2026-08-03T12:26:00Z</dcterms:modified>
  <cp:category/>
</cp:coreProperties>
</file>