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092"/>
        <w:gridCol w:w="8438"/>
      </w:tblGrid>
      <w:tr w:rsidR="00123BD3" w14:paraId="0B11984C" w14:textId="77777777" w:rsidTr="00DE1A20">
        <w:trPr>
          <w:trHeight w:val="424"/>
        </w:trPr>
        <w:tc>
          <w:tcPr>
            <w:tcW w:w="2092" w:type="dxa"/>
            <w:vAlign w:val="center"/>
          </w:tcPr>
          <w:p w14:paraId="03A26DFB" w14:textId="77777777" w:rsidR="00123BD3" w:rsidRDefault="00000000" w:rsidP="00D07467">
            <w:proofErr w:type="spellStart"/>
            <w:r>
              <w:t>Harcama</w:t>
            </w:r>
            <w:proofErr w:type="spellEnd"/>
            <w:r>
              <w:t xml:space="preserve"> </w:t>
            </w:r>
            <w:proofErr w:type="spellStart"/>
            <w:r>
              <w:t>Birimi</w:t>
            </w:r>
            <w:proofErr w:type="spellEnd"/>
          </w:p>
        </w:tc>
        <w:tc>
          <w:tcPr>
            <w:tcW w:w="8438" w:type="dxa"/>
            <w:vAlign w:val="center"/>
          </w:tcPr>
          <w:p w14:paraId="0961E16C" w14:textId="77777777" w:rsidR="00123BD3" w:rsidRDefault="00123BD3" w:rsidP="00D07467">
            <w:pPr>
              <w:jc w:val="center"/>
            </w:pPr>
          </w:p>
        </w:tc>
      </w:tr>
      <w:tr w:rsidR="00123BD3" w14:paraId="36CA8615" w14:textId="77777777" w:rsidTr="00DE1A20">
        <w:trPr>
          <w:trHeight w:val="441"/>
        </w:trPr>
        <w:tc>
          <w:tcPr>
            <w:tcW w:w="2092" w:type="dxa"/>
            <w:vAlign w:val="center"/>
          </w:tcPr>
          <w:p w14:paraId="3D0C4798" w14:textId="77777777" w:rsidR="00123BD3" w:rsidRDefault="00000000">
            <w:r>
              <w:t>İşin Adı</w:t>
            </w:r>
          </w:p>
        </w:tc>
        <w:tc>
          <w:tcPr>
            <w:tcW w:w="8438" w:type="dxa"/>
            <w:vAlign w:val="center"/>
          </w:tcPr>
          <w:p w14:paraId="1B235D99" w14:textId="77777777" w:rsidR="00123BD3" w:rsidRDefault="00123BD3"/>
        </w:tc>
      </w:tr>
    </w:tbl>
    <w:p w14:paraId="05FD9A49" w14:textId="77777777" w:rsidR="00D00C18" w:rsidRDefault="00D00C18"/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810"/>
        <w:gridCol w:w="6608"/>
        <w:gridCol w:w="1268"/>
        <w:gridCol w:w="980"/>
        <w:gridCol w:w="864"/>
      </w:tblGrid>
      <w:tr w:rsidR="00123BD3" w14:paraId="54F28CC4" w14:textId="77777777" w:rsidTr="008831BD">
        <w:trPr>
          <w:jc w:val="center"/>
        </w:trPr>
        <w:tc>
          <w:tcPr>
            <w:tcW w:w="810" w:type="dxa"/>
            <w:vAlign w:val="center"/>
          </w:tcPr>
          <w:p w14:paraId="521E98C2" w14:textId="77777777" w:rsidR="00123BD3" w:rsidRDefault="00000000">
            <w:pPr>
              <w:jc w:val="center"/>
            </w:pPr>
            <w:r>
              <w:rPr>
                <w:b/>
              </w:rPr>
              <w:t>Sıra No</w:t>
            </w:r>
          </w:p>
        </w:tc>
        <w:tc>
          <w:tcPr>
            <w:tcW w:w="6608" w:type="dxa"/>
            <w:vAlign w:val="center"/>
          </w:tcPr>
          <w:p w14:paraId="7AD731B9" w14:textId="77777777" w:rsidR="00123BD3" w:rsidRDefault="00000000">
            <w:pPr>
              <w:jc w:val="center"/>
            </w:pPr>
            <w:r>
              <w:rPr>
                <w:b/>
              </w:rPr>
              <w:t>Kontrol Edilecek Hususlar</w:t>
            </w:r>
          </w:p>
        </w:tc>
        <w:tc>
          <w:tcPr>
            <w:tcW w:w="1268" w:type="dxa"/>
            <w:vAlign w:val="center"/>
          </w:tcPr>
          <w:p w14:paraId="2C9B91F3" w14:textId="77777777" w:rsidR="00123BD3" w:rsidRDefault="00000000">
            <w:pPr>
              <w:jc w:val="center"/>
            </w:pPr>
            <w:r>
              <w:rPr>
                <w:b/>
              </w:rPr>
              <w:t>Zorunlu Değil</w:t>
            </w:r>
          </w:p>
        </w:tc>
        <w:tc>
          <w:tcPr>
            <w:tcW w:w="980" w:type="dxa"/>
            <w:vAlign w:val="center"/>
          </w:tcPr>
          <w:p w14:paraId="673AE7F9" w14:textId="77777777" w:rsidR="00123BD3" w:rsidRDefault="00000000">
            <w:pPr>
              <w:jc w:val="center"/>
            </w:pPr>
            <w:r>
              <w:rPr>
                <w:b/>
              </w:rPr>
              <w:t>Evet</w:t>
            </w:r>
          </w:p>
        </w:tc>
        <w:tc>
          <w:tcPr>
            <w:tcW w:w="864" w:type="dxa"/>
            <w:vAlign w:val="center"/>
          </w:tcPr>
          <w:p w14:paraId="59E22D59" w14:textId="77777777" w:rsidR="00123BD3" w:rsidRDefault="00000000">
            <w:pPr>
              <w:jc w:val="center"/>
            </w:pPr>
            <w:r>
              <w:rPr>
                <w:b/>
              </w:rPr>
              <w:t>Hayır</w:t>
            </w:r>
          </w:p>
        </w:tc>
      </w:tr>
      <w:tr w:rsidR="00DB363C" w14:paraId="6048EF0C" w14:textId="77777777" w:rsidTr="00D00C18">
        <w:trPr>
          <w:jc w:val="center"/>
        </w:trPr>
        <w:tc>
          <w:tcPr>
            <w:tcW w:w="810" w:type="dxa"/>
            <w:vAlign w:val="center"/>
          </w:tcPr>
          <w:p w14:paraId="780F2872" w14:textId="77777777" w:rsidR="00DB363C" w:rsidRDefault="00DB363C" w:rsidP="00DB363C">
            <w:pPr>
              <w:jc w:val="center"/>
            </w:pPr>
            <w:r>
              <w:t>1</w:t>
            </w:r>
          </w:p>
        </w:tc>
        <w:tc>
          <w:tcPr>
            <w:tcW w:w="6608" w:type="dxa"/>
          </w:tcPr>
          <w:p w14:paraId="788F972B" w14:textId="7AC3DEC3" w:rsidR="00DB363C" w:rsidRDefault="00DB363C" w:rsidP="00DB363C">
            <w:r>
              <w:rPr>
                <w:rFonts w:ascii="Cambria" w:hAnsi="Cambria" w:cs="Segoe UI"/>
                <w:color w:val="000000"/>
              </w:rPr>
              <w:t>Harcama Talimatı/Onay Belgesi mevcut, hukuki dayanağı, gerekçesi, gerçekleştirme usulü ve bütçe tertibi harcamanın niteliğine uygun mu?</w:t>
            </w:r>
          </w:p>
        </w:tc>
        <w:sdt>
          <w:sdtPr>
            <w:rPr>
              <w:sz w:val="18"/>
              <w:szCs w:val="18"/>
            </w:rPr>
            <w:id w:val="-1177335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37A75345" w14:textId="7C85D55A" w:rsidR="00DB363C" w:rsidRDefault="00DB363C" w:rsidP="00DB363C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643316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29324147" w14:textId="0A046D4C" w:rsidR="00DB363C" w:rsidRDefault="00DB363C" w:rsidP="00DB363C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764885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07FF1803" w14:textId="7C3E2160" w:rsidR="00DB363C" w:rsidRDefault="00DB363C" w:rsidP="00DB363C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DB363C" w14:paraId="3AF0B689" w14:textId="77777777" w:rsidTr="009E32B9">
        <w:trPr>
          <w:jc w:val="center"/>
        </w:trPr>
        <w:tc>
          <w:tcPr>
            <w:tcW w:w="810" w:type="dxa"/>
            <w:vAlign w:val="center"/>
          </w:tcPr>
          <w:p w14:paraId="690795E5" w14:textId="77777777" w:rsidR="00DB363C" w:rsidRDefault="00DB363C" w:rsidP="00DB363C">
            <w:pPr>
              <w:jc w:val="center"/>
            </w:pPr>
            <w:r>
              <w:t>2</w:t>
            </w:r>
          </w:p>
        </w:tc>
        <w:tc>
          <w:tcPr>
            <w:tcW w:w="6608" w:type="dxa"/>
          </w:tcPr>
          <w:p w14:paraId="630E59AA" w14:textId="4A779378" w:rsidR="00DB363C" w:rsidRDefault="00DB363C" w:rsidP="00DB363C">
            <w:r>
              <w:rPr>
                <w:rFonts w:ascii="Cambria" w:hAnsi="Cambria" w:cs="Segoe UI"/>
                <w:color w:val="000000"/>
              </w:rPr>
              <w:t>Resmî Gazete ilan ücret tarifesi ödeme evrakına eklenmiş mi?</w:t>
            </w:r>
          </w:p>
        </w:tc>
        <w:sdt>
          <w:sdtPr>
            <w:rPr>
              <w:sz w:val="18"/>
              <w:szCs w:val="18"/>
            </w:rPr>
            <w:id w:val="-1279245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3892C90B" w14:textId="34380EA2" w:rsidR="00DB363C" w:rsidRDefault="00DB363C" w:rsidP="00DB363C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010680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72376F41" w14:textId="4B7E3B59" w:rsidR="00DB363C" w:rsidRDefault="00DB363C" w:rsidP="00DB363C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902215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53B3FCA9" w14:textId="53930A75" w:rsidR="00DB363C" w:rsidRDefault="00DB363C" w:rsidP="00DB363C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DB363C" w14:paraId="4116D98B" w14:textId="77777777" w:rsidTr="009E32B9">
        <w:trPr>
          <w:jc w:val="center"/>
        </w:trPr>
        <w:tc>
          <w:tcPr>
            <w:tcW w:w="810" w:type="dxa"/>
            <w:vAlign w:val="center"/>
          </w:tcPr>
          <w:p w14:paraId="3F978920" w14:textId="77777777" w:rsidR="00DB363C" w:rsidRDefault="00DB363C" w:rsidP="00DB363C">
            <w:pPr>
              <w:jc w:val="center"/>
            </w:pPr>
            <w:r>
              <w:t>3</w:t>
            </w:r>
          </w:p>
        </w:tc>
        <w:tc>
          <w:tcPr>
            <w:tcW w:w="6608" w:type="dxa"/>
          </w:tcPr>
          <w:p w14:paraId="337464EC" w14:textId="6861389C" w:rsidR="00DB363C" w:rsidRDefault="00DB363C" w:rsidP="00DB363C">
            <w:r>
              <w:rPr>
                <w:rFonts w:ascii="Cambria" w:hAnsi="Cambria" w:cs="Segoe UI"/>
                <w:color w:val="000000"/>
              </w:rPr>
              <w:t>Cumhurbaşkanlığı Genel Sekreterliğine ödeme tutarına ilişkin yazı yazılmış ve ödenecek tutar belirtilmiş mi?</w:t>
            </w:r>
          </w:p>
        </w:tc>
        <w:sdt>
          <w:sdtPr>
            <w:rPr>
              <w:sz w:val="18"/>
              <w:szCs w:val="18"/>
            </w:rPr>
            <w:id w:val="920997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1350727A" w14:textId="7EF11225" w:rsidR="00DB363C" w:rsidRDefault="00DB363C" w:rsidP="00DB363C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974290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10446367" w14:textId="0452A07E" w:rsidR="00DB363C" w:rsidRDefault="00DB363C" w:rsidP="00DB363C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7539752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2AA618EC" w14:textId="0391D12C" w:rsidR="00DB363C" w:rsidRDefault="00DB363C" w:rsidP="00DB363C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DB363C" w14:paraId="6B423030" w14:textId="77777777" w:rsidTr="009E32B9">
        <w:trPr>
          <w:trHeight w:val="424"/>
          <w:jc w:val="center"/>
        </w:trPr>
        <w:tc>
          <w:tcPr>
            <w:tcW w:w="810" w:type="dxa"/>
            <w:vAlign w:val="center"/>
          </w:tcPr>
          <w:p w14:paraId="24A49219" w14:textId="77777777" w:rsidR="00DB363C" w:rsidRDefault="00DB363C" w:rsidP="00DB363C">
            <w:pPr>
              <w:jc w:val="center"/>
            </w:pPr>
            <w:r>
              <w:t>4</w:t>
            </w:r>
          </w:p>
        </w:tc>
        <w:tc>
          <w:tcPr>
            <w:tcW w:w="6608" w:type="dxa"/>
          </w:tcPr>
          <w:p w14:paraId="58859270" w14:textId="74C5A697" w:rsidR="00DB363C" w:rsidRDefault="00DB363C" w:rsidP="00DB363C">
            <w:r>
              <w:rPr>
                <w:rFonts w:ascii="Cambria" w:hAnsi="Cambria" w:cs="Segoe UI"/>
                <w:color w:val="000000"/>
              </w:rPr>
              <w:t>İlana ilişkin kanıtlayıcı belgeler (yasaklama kararı, personel alımı vb.) ödeme evrakına eklenmiş mi?</w:t>
            </w:r>
          </w:p>
        </w:tc>
        <w:sdt>
          <w:sdtPr>
            <w:rPr>
              <w:sz w:val="18"/>
              <w:szCs w:val="18"/>
            </w:rPr>
            <w:id w:val="16786172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174FA5DC" w14:textId="594DE580" w:rsidR="00DB363C" w:rsidRDefault="00DB363C" w:rsidP="00DB363C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647320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659AB439" w14:textId="01BBDF3E" w:rsidR="00DB363C" w:rsidRDefault="00DB363C" w:rsidP="00DB363C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3553077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7B00DD99" w14:textId="0489B412" w:rsidR="00DB363C" w:rsidRDefault="00DB363C" w:rsidP="00DB363C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DB363C" w14:paraId="141FBE90" w14:textId="77777777" w:rsidTr="009E32B9">
        <w:trPr>
          <w:trHeight w:val="417"/>
          <w:jc w:val="center"/>
        </w:trPr>
        <w:tc>
          <w:tcPr>
            <w:tcW w:w="810" w:type="dxa"/>
            <w:vAlign w:val="center"/>
          </w:tcPr>
          <w:p w14:paraId="653F9A25" w14:textId="77777777" w:rsidR="00DB363C" w:rsidRDefault="00DB363C" w:rsidP="00DB363C">
            <w:pPr>
              <w:jc w:val="center"/>
            </w:pPr>
            <w:r>
              <w:t>5</w:t>
            </w:r>
          </w:p>
        </w:tc>
        <w:tc>
          <w:tcPr>
            <w:tcW w:w="6608" w:type="dxa"/>
          </w:tcPr>
          <w:p w14:paraId="54096F42" w14:textId="5D94DA9A" w:rsidR="00DB363C" w:rsidRDefault="00DB363C" w:rsidP="00DB363C">
            <w:r>
              <w:rPr>
                <w:rFonts w:ascii="Cambria" w:hAnsi="Cambria" w:cs="Segoe UI"/>
                <w:color w:val="000000"/>
              </w:rPr>
              <w:t>Resmî Gazete ödemesine ilişkin tutanak ve icmal listesi düzenlenmiş mi?</w:t>
            </w:r>
          </w:p>
        </w:tc>
        <w:sdt>
          <w:sdtPr>
            <w:rPr>
              <w:sz w:val="18"/>
              <w:szCs w:val="18"/>
            </w:rPr>
            <w:id w:val="-2119743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08FE0D73" w14:textId="1B460262" w:rsidR="00DB363C" w:rsidRDefault="00DB363C" w:rsidP="00DB363C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947965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1556996C" w14:textId="293E3ED1" w:rsidR="00DB363C" w:rsidRDefault="00DB363C" w:rsidP="00DB363C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0443358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364870E4" w14:textId="5306D05B" w:rsidR="00DB363C" w:rsidRDefault="00DB363C" w:rsidP="00DB363C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DB363C" w14:paraId="7D40B154" w14:textId="77777777" w:rsidTr="009E32B9">
        <w:trPr>
          <w:jc w:val="center"/>
        </w:trPr>
        <w:tc>
          <w:tcPr>
            <w:tcW w:w="810" w:type="dxa"/>
            <w:vAlign w:val="center"/>
          </w:tcPr>
          <w:p w14:paraId="20DE44B9" w14:textId="77777777" w:rsidR="00DB363C" w:rsidRDefault="00DB363C" w:rsidP="00DB363C">
            <w:pPr>
              <w:jc w:val="center"/>
            </w:pPr>
            <w:r>
              <w:t>6</w:t>
            </w:r>
          </w:p>
        </w:tc>
        <w:tc>
          <w:tcPr>
            <w:tcW w:w="6608" w:type="dxa"/>
          </w:tcPr>
          <w:p w14:paraId="09FF3FB5" w14:textId="1ACEDE13" w:rsidR="00DB363C" w:rsidRDefault="00DB363C" w:rsidP="00DB363C">
            <w:r>
              <w:rPr>
                <w:rFonts w:ascii="Cambria" w:hAnsi="Cambria" w:cs="Segoe UI"/>
                <w:color w:val="000000"/>
              </w:rPr>
              <w:t>Ödeme Emri Belgesindeki bütçe tertibi doğru seçilmiş ve açıklama kısmına Cumhurbaşkanlığı üst yazısındaki ilan takip numarası yazılmış mı?</w:t>
            </w:r>
          </w:p>
        </w:tc>
        <w:sdt>
          <w:sdtPr>
            <w:rPr>
              <w:sz w:val="18"/>
              <w:szCs w:val="18"/>
            </w:rPr>
            <w:id w:val="-1861729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203BB5B5" w14:textId="77765F18" w:rsidR="00DB363C" w:rsidRDefault="00DB363C" w:rsidP="00DB363C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319727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2DB6A803" w14:textId="61AE9E6B" w:rsidR="00DB363C" w:rsidRDefault="00DB363C" w:rsidP="00DB363C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2100366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53584AF6" w14:textId="78D0FBF6" w:rsidR="00DB363C" w:rsidRDefault="00DB363C" w:rsidP="00DB363C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DB363C" w14:paraId="64CC9416" w14:textId="77777777" w:rsidTr="009E32B9">
        <w:trPr>
          <w:jc w:val="center"/>
        </w:trPr>
        <w:tc>
          <w:tcPr>
            <w:tcW w:w="810" w:type="dxa"/>
            <w:vAlign w:val="center"/>
          </w:tcPr>
          <w:p w14:paraId="35DFEE49" w14:textId="77777777" w:rsidR="00DB363C" w:rsidRDefault="00DB363C" w:rsidP="00DB363C">
            <w:pPr>
              <w:jc w:val="center"/>
            </w:pPr>
            <w:r>
              <w:t>7</w:t>
            </w:r>
          </w:p>
        </w:tc>
        <w:tc>
          <w:tcPr>
            <w:tcW w:w="6608" w:type="dxa"/>
          </w:tcPr>
          <w:p w14:paraId="6AC52947" w14:textId="29AFE452" w:rsidR="00DB363C" w:rsidRDefault="00DB363C" w:rsidP="00DB363C">
            <w:r>
              <w:rPr>
                <w:rFonts w:ascii="Cambria" w:hAnsi="Cambria" w:cs="Segoe UI"/>
                <w:color w:val="000000"/>
              </w:rPr>
              <w:t>Ödeme Emri Belgesindeki imzalar yetki çizelgesine uygun mu? Yetki devri bulunması halinde ilgili belgeler eklenmiş mi?</w:t>
            </w:r>
          </w:p>
        </w:tc>
        <w:sdt>
          <w:sdtPr>
            <w:rPr>
              <w:sz w:val="18"/>
              <w:szCs w:val="18"/>
            </w:rPr>
            <w:id w:val="-1715190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28CD82EE" w14:textId="2B8F4A35" w:rsidR="00DB363C" w:rsidRDefault="00DB363C" w:rsidP="00DB363C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827857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6F249AEE" w14:textId="07A23D63" w:rsidR="00DB363C" w:rsidRDefault="00DB363C" w:rsidP="00DB363C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570029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6A589EAF" w14:textId="2F20618A" w:rsidR="00DB363C" w:rsidRDefault="00DB363C" w:rsidP="00DB363C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DB363C" w14:paraId="5B5E3A95" w14:textId="77777777" w:rsidTr="009E32B9">
        <w:trPr>
          <w:jc w:val="center"/>
        </w:trPr>
        <w:tc>
          <w:tcPr>
            <w:tcW w:w="810" w:type="dxa"/>
            <w:vAlign w:val="center"/>
          </w:tcPr>
          <w:p w14:paraId="1759FB24" w14:textId="77777777" w:rsidR="00DB363C" w:rsidRDefault="00DB363C" w:rsidP="00DB363C">
            <w:pPr>
              <w:jc w:val="center"/>
            </w:pPr>
            <w:r>
              <w:t>8</w:t>
            </w:r>
          </w:p>
        </w:tc>
        <w:tc>
          <w:tcPr>
            <w:tcW w:w="6608" w:type="dxa"/>
          </w:tcPr>
          <w:p w14:paraId="7204642C" w14:textId="5BD6F47B" w:rsidR="00DB363C" w:rsidRDefault="00DB363C" w:rsidP="00DB363C"/>
        </w:tc>
        <w:sdt>
          <w:sdtPr>
            <w:rPr>
              <w:sz w:val="18"/>
              <w:szCs w:val="18"/>
            </w:rPr>
            <w:id w:val="1861318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2D83F2DB" w14:textId="75593CDE" w:rsidR="00DB363C" w:rsidRDefault="00DB363C" w:rsidP="00DB363C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0158011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3A08939A" w14:textId="7CC3D070" w:rsidR="00DB363C" w:rsidRDefault="00DB363C" w:rsidP="00DB363C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660117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76133ED4" w14:textId="2939A5CC" w:rsidR="00DB363C" w:rsidRDefault="00DB363C" w:rsidP="00DB363C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DB363C" w14:paraId="75AB4112" w14:textId="77777777" w:rsidTr="009E32B9">
        <w:trPr>
          <w:trHeight w:val="480"/>
          <w:jc w:val="center"/>
        </w:trPr>
        <w:tc>
          <w:tcPr>
            <w:tcW w:w="810" w:type="dxa"/>
            <w:vAlign w:val="center"/>
          </w:tcPr>
          <w:p w14:paraId="48FA51CD" w14:textId="77777777" w:rsidR="00DB363C" w:rsidRDefault="00DB363C" w:rsidP="00DB363C">
            <w:pPr>
              <w:jc w:val="center"/>
            </w:pPr>
            <w:r>
              <w:t>9</w:t>
            </w:r>
          </w:p>
        </w:tc>
        <w:tc>
          <w:tcPr>
            <w:tcW w:w="6608" w:type="dxa"/>
          </w:tcPr>
          <w:p w14:paraId="4620FFFC" w14:textId="55DF82F0" w:rsidR="00DB363C" w:rsidRDefault="00DB363C" w:rsidP="00DB363C"/>
        </w:tc>
        <w:sdt>
          <w:sdtPr>
            <w:rPr>
              <w:sz w:val="18"/>
              <w:szCs w:val="18"/>
            </w:rPr>
            <w:id w:val="-461736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7B095091" w14:textId="3260E602" w:rsidR="00DB363C" w:rsidRDefault="00DB363C" w:rsidP="00DB363C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605538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2F64CBB4" w14:textId="583A4F3E" w:rsidR="00DB363C" w:rsidRDefault="00DB363C" w:rsidP="00DB363C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13759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48E78A23" w14:textId="1560DBAF" w:rsidR="00DB363C" w:rsidRDefault="00DB363C" w:rsidP="00DB363C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</w:tbl>
    <w:p w14:paraId="6FCA9316" w14:textId="77777777" w:rsidR="0049466B" w:rsidRDefault="00000000" w:rsidP="0049466B">
      <w:pPr>
        <w:jc w:val="both"/>
        <w:rPr>
          <w:rFonts w:ascii="Times New Roman" w:hAnsi="Times New Roman"/>
          <w:i/>
          <w:iCs/>
          <w:color w:val="000000"/>
          <w:sz w:val="24"/>
          <w:lang w:val="tr-TR" w:eastAsia="tr-TR"/>
        </w:rPr>
      </w:pPr>
      <w:r>
        <w:br/>
      </w:r>
      <w:r w:rsidR="0049466B">
        <w:rPr>
          <w:rFonts w:ascii="Times New Roman" w:hAnsi="Times New Roman"/>
          <w:i/>
          <w:iCs/>
          <w:color w:val="000000"/>
          <w:sz w:val="24"/>
          <w:lang w:val="tr-TR" w:eastAsia="tr-TR"/>
        </w:rPr>
        <w:t>Kamu Ön Malî Kontrol Yönetmeliği’nin 6’ncı maddesi kapsamında; ödeme emri belgesi ve eki belgeler bütçe ilke ve esasları, ilgili mevzuat ve kamu iç kontrol standartları yönünden kontrol edilmiş olup uygun görülmüştür.</w:t>
      </w:r>
    </w:p>
    <w:p w14:paraId="15E3E923" w14:textId="77777777" w:rsidR="00D07467" w:rsidRDefault="00000000" w:rsidP="00D07467">
      <w:pPr>
        <w:ind w:left="3600"/>
        <w:rPr>
          <w:b/>
          <w:bCs/>
        </w:rPr>
      </w:pPr>
      <w:r w:rsidRPr="0049466B">
        <w:rPr>
          <w:b/>
          <w:bCs/>
        </w:rPr>
        <w:t>Gerçekleştirme Görevlisi</w:t>
      </w:r>
    </w:p>
    <w:p w14:paraId="4F1B3897" w14:textId="77777777" w:rsidR="00D07467" w:rsidRDefault="00D07467" w:rsidP="00D07467">
      <w:pPr>
        <w:ind w:left="3600"/>
      </w:pPr>
      <w:r>
        <w:t xml:space="preserve">                   …/…/20..</w:t>
      </w:r>
    </w:p>
    <w:p w14:paraId="1CB787FB" w14:textId="6256DCE2" w:rsidR="00123BD3" w:rsidRDefault="00000000" w:rsidP="00D07467">
      <w:pPr>
        <w:ind w:left="3600"/>
      </w:pPr>
      <w:r>
        <w:t>Adı Soyadı</w:t>
      </w:r>
      <w:r w:rsidR="00D07467">
        <w:tab/>
      </w:r>
      <w:r>
        <w:t>:</w:t>
      </w:r>
      <w:r>
        <w:br/>
        <w:t xml:space="preserve">Unvanı: </w:t>
      </w:r>
      <w:r w:rsidR="00D07467">
        <w:tab/>
        <w:t>:</w:t>
      </w:r>
      <w:r>
        <w:br/>
        <w:t>İmza</w:t>
      </w:r>
      <w:r w:rsidR="00D07467">
        <w:tab/>
      </w:r>
      <w:r w:rsidR="00D07467">
        <w:tab/>
      </w:r>
      <w:r>
        <w:t>:</w:t>
      </w:r>
    </w:p>
    <w:sectPr w:rsidR="00123BD3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850" w:bottom="1440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83193" w14:textId="77777777" w:rsidR="00340455" w:rsidRDefault="00340455" w:rsidP="00DE1A20">
      <w:pPr>
        <w:spacing w:after="0" w:line="240" w:lineRule="auto"/>
      </w:pPr>
      <w:r>
        <w:separator/>
      </w:r>
    </w:p>
  </w:endnote>
  <w:endnote w:type="continuationSeparator" w:id="0">
    <w:p w14:paraId="23A7F1EC" w14:textId="77777777" w:rsidR="00340455" w:rsidRDefault="00340455" w:rsidP="00DE1A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1B971" w14:textId="77777777" w:rsidR="00DE1A20" w:rsidRDefault="00DE1A2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4734A" w14:textId="0B096A77" w:rsidR="00DE1A20" w:rsidRDefault="00DE1A20">
    <w:pPr>
      <w:pStyle w:val="AltBilgi"/>
    </w:pPr>
  </w:p>
  <w:tbl>
    <w:tblPr>
      <w:tblW w:w="1080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A0" w:firstRow="1" w:lastRow="0" w:firstColumn="1" w:lastColumn="0" w:noHBand="0" w:noVBand="0"/>
    </w:tblPr>
    <w:tblGrid>
      <w:gridCol w:w="3808"/>
      <w:gridCol w:w="3497"/>
      <w:gridCol w:w="3497"/>
    </w:tblGrid>
    <w:tr w:rsidR="00DE1A20" w:rsidRPr="007A5A35" w14:paraId="6BE0D716" w14:textId="77777777" w:rsidTr="009A5949">
      <w:trPr>
        <w:trHeight w:val="340"/>
        <w:jc w:val="center"/>
      </w:trPr>
      <w:tc>
        <w:tcPr>
          <w:tcW w:w="380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3461F04" w14:textId="77777777" w:rsidR="00DE1A20" w:rsidRPr="007A5A35" w:rsidRDefault="00DE1A20" w:rsidP="00DE1A2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bookmarkStart w:id="0" w:name="_Hlk85100968"/>
          <w:bookmarkStart w:id="1" w:name="_Hlk89957417"/>
          <w:bookmarkStart w:id="2" w:name="_Hlk89957418"/>
          <w:bookmarkStart w:id="3" w:name="_Hlk89957419"/>
          <w:bookmarkStart w:id="4" w:name="_Hlk89957420"/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Hazırlayan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4209061" w14:textId="77777777" w:rsidR="00DE1A20" w:rsidRPr="007A5A35" w:rsidRDefault="00DE1A20" w:rsidP="00DE1A2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Sistem Onayı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04FAE5C" w14:textId="77777777" w:rsidR="00DE1A20" w:rsidRPr="007A5A35" w:rsidRDefault="00DE1A20" w:rsidP="00DE1A2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Yürürlük Onayı</w:t>
          </w:r>
        </w:p>
      </w:tc>
    </w:tr>
    <w:tr w:rsidR="00DE1A20" w:rsidRPr="007A5A35" w14:paraId="6A3DA796" w14:textId="77777777" w:rsidTr="009A5949">
      <w:trPr>
        <w:trHeight w:val="340"/>
        <w:jc w:val="center"/>
      </w:trPr>
      <w:tc>
        <w:tcPr>
          <w:tcW w:w="380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BA854C4" w14:textId="77777777" w:rsidR="00DE1A20" w:rsidRPr="007A5A35" w:rsidRDefault="00DE1A20" w:rsidP="00DE1A2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Bölüm Kalite Sorumlusu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3C89AB9" w14:textId="77777777" w:rsidR="00DE1A20" w:rsidRPr="007A5A35" w:rsidRDefault="00DE1A20" w:rsidP="00DE1A2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Kalite Koordinatörü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1E49BE5" w14:textId="77777777" w:rsidR="00DE1A20" w:rsidRPr="007A5A35" w:rsidRDefault="00DE1A20" w:rsidP="00DE1A2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Üst Yönetici</w:t>
          </w:r>
        </w:p>
      </w:tc>
    </w:tr>
    <w:bookmarkEnd w:id="0"/>
    <w:bookmarkEnd w:id="1"/>
    <w:bookmarkEnd w:id="2"/>
    <w:bookmarkEnd w:id="3"/>
    <w:bookmarkEnd w:id="4"/>
  </w:tbl>
  <w:p w14:paraId="5DA11612" w14:textId="77777777" w:rsidR="00DE1A20" w:rsidRDefault="00DE1A20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C9E5F" w14:textId="77777777" w:rsidR="00DE1A20" w:rsidRDefault="00DE1A2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CD627" w14:textId="77777777" w:rsidR="00340455" w:rsidRDefault="00340455" w:rsidP="00DE1A20">
      <w:pPr>
        <w:spacing w:after="0" w:line="240" w:lineRule="auto"/>
      </w:pPr>
      <w:r>
        <w:separator/>
      </w:r>
    </w:p>
  </w:footnote>
  <w:footnote w:type="continuationSeparator" w:id="0">
    <w:p w14:paraId="424825BD" w14:textId="77777777" w:rsidR="00340455" w:rsidRDefault="00340455" w:rsidP="00DE1A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B2063" w14:textId="77777777" w:rsidR="00DE1A20" w:rsidRDefault="00DE1A2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673"/>
      <w:gridCol w:w="5179"/>
      <w:gridCol w:w="2101"/>
      <w:gridCol w:w="1469"/>
    </w:tblGrid>
    <w:tr w:rsidR="00DE1A20" w:rsidRPr="007A5A35" w14:paraId="1EBF90B1" w14:textId="77777777" w:rsidTr="009A5949">
      <w:trPr>
        <w:trHeight w:val="261"/>
      </w:trPr>
      <w:tc>
        <w:tcPr>
          <w:tcW w:w="1676" w:type="dxa"/>
          <w:vMerge w:val="restart"/>
          <w:vAlign w:val="center"/>
        </w:tcPr>
        <w:p w14:paraId="493D284A" w14:textId="77777777" w:rsidR="00DE1A20" w:rsidRPr="007A5A35" w:rsidRDefault="00DE1A20" w:rsidP="00DE1A2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  <w:r w:rsidRPr="007A5A35">
            <w:rPr>
              <w:rFonts w:ascii="Arial" w:eastAsia="Calibri" w:hAnsi="Arial" w:cs="Arial"/>
              <w:noProof/>
              <w:szCs w:val="20"/>
              <w:lang w:val="tr-TR" w:eastAsia="tr-TR"/>
            </w:rPr>
            <w:drawing>
              <wp:inline distT="0" distB="0" distL="0" distR="0" wp14:anchorId="77C19BF8" wp14:editId="598964B1">
                <wp:extent cx="838200" cy="838200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70" w:type="dxa"/>
          <w:vMerge w:val="restart"/>
          <w:vAlign w:val="center"/>
        </w:tcPr>
        <w:p w14:paraId="4A3F7354" w14:textId="17F7EB98" w:rsidR="00DE1A20" w:rsidRPr="00A63B27" w:rsidRDefault="00DE1A20" w:rsidP="00DE1A2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bCs/>
              <w:sz w:val="24"/>
              <w:szCs w:val="24"/>
              <w:lang w:val="tr-TR" w:eastAsia="tr-TR"/>
            </w:rPr>
          </w:pPr>
          <w:r>
            <w:rPr>
              <w:rFonts w:ascii="Times New Roman" w:hAnsi="Times New Roman"/>
              <w:b/>
              <w:bCs/>
              <w:color w:val="000000"/>
              <w:sz w:val="24"/>
              <w:szCs w:val="24"/>
              <w:lang w:val="tr-TR" w:eastAsia="tr-TR"/>
            </w:rPr>
            <w:t xml:space="preserve">RESMİ GAZETE </w:t>
          </w:r>
          <w:r w:rsidRPr="00DB363C">
            <w:rPr>
              <w:rFonts w:ascii="Times New Roman" w:hAnsi="Times New Roman"/>
              <w:b/>
              <w:bCs/>
              <w:color w:val="000000"/>
              <w:sz w:val="24"/>
              <w:szCs w:val="24"/>
              <w:lang w:val="tr-TR" w:eastAsia="tr-TR"/>
            </w:rPr>
            <w:t xml:space="preserve">BASIN İLAN GİDERLERİ (GENEL) ÖDEMESİNE </w:t>
          </w:r>
          <w:r w:rsidRPr="00A63B27">
            <w:rPr>
              <w:rFonts w:ascii="Times New Roman" w:hAnsi="Times New Roman" w:cs="Times New Roman"/>
              <w:b/>
              <w:bCs/>
              <w:color w:val="000000"/>
              <w:sz w:val="24"/>
              <w:szCs w:val="24"/>
              <w:lang w:val="tr-TR" w:eastAsia="tr-TR"/>
            </w:rPr>
            <w:t>İLİŞKİN ÖN MALİ KONTROL LİSTE FORMU</w:t>
          </w:r>
        </w:p>
      </w:tc>
      <w:tc>
        <w:tcPr>
          <w:tcW w:w="2126" w:type="dxa"/>
          <w:vAlign w:val="center"/>
        </w:tcPr>
        <w:p w14:paraId="7F382C30" w14:textId="77777777" w:rsidR="00DE1A20" w:rsidRPr="007A5A35" w:rsidRDefault="00DE1A20" w:rsidP="00DE1A20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Doküman No</w:t>
          </w:r>
        </w:p>
      </w:tc>
      <w:tc>
        <w:tcPr>
          <w:tcW w:w="1474" w:type="dxa"/>
          <w:vAlign w:val="center"/>
        </w:tcPr>
        <w:p w14:paraId="29042300" w14:textId="4D86E3DE" w:rsidR="00DE1A20" w:rsidRPr="007A5A35" w:rsidRDefault="00DE1A20" w:rsidP="00DE1A20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FR.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66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2</w:t>
          </w:r>
        </w:p>
      </w:tc>
    </w:tr>
    <w:tr w:rsidR="00DE1A20" w:rsidRPr="007A5A35" w14:paraId="7B686A3B" w14:textId="77777777" w:rsidTr="009A5949">
      <w:trPr>
        <w:trHeight w:val="261"/>
      </w:trPr>
      <w:tc>
        <w:tcPr>
          <w:tcW w:w="1676" w:type="dxa"/>
          <w:vMerge/>
          <w:vAlign w:val="center"/>
        </w:tcPr>
        <w:p w14:paraId="361E9A09" w14:textId="77777777" w:rsidR="00DE1A20" w:rsidRPr="007A5A35" w:rsidRDefault="00DE1A20" w:rsidP="00DE1A2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4F082CE7" w14:textId="77777777" w:rsidR="00DE1A20" w:rsidRPr="007A5A35" w:rsidRDefault="00DE1A20" w:rsidP="00DE1A2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07AF6766" w14:textId="77777777" w:rsidR="00DE1A20" w:rsidRPr="007A5A35" w:rsidRDefault="00DE1A20" w:rsidP="00DE1A20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İlk Yayın Tarihi</w:t>
          </w:r>
        </w:p>
      </w:tc>
      <w:tc>
        <w:tcPr>
          <w:tcW w:w="1474" w:type="dxa"/>
          <w:vAlign w:val="center"/>
        </w:tcPr>
        <w:p w14:paraId="6F1E607C" w14:textId="77777777" w:rsidR="00DE1A20" w:rsidRPr="007A5A35" w:rsidRDefault="00DE1A20" w:rsidP="00DE1A20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0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3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.0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8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.202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6</w:t>
          </w:r>
        </w:p>
      </w:tc>
    </w:tr>
    <w:tr w:rsidR="00DE1A20" w:rsidRPr="007A5A35" w14:paraId="2385D01A" w14:textId="77777777" w:rsidTr="009A5949">
      <w:trPr>
        <w:trHeight w:val="261"/>
      </w:trPr>
      <w:tc>
        <w:tcPr>
          <w:tcW w:w="1676" w:type="dxa"/>
          <w:vMerge/>
          <w:vAlign w:val="center"/>
        </w:tcPr>
        <w:p w14:paraId="6FC05CEE" w14:textId="77777777" w:rsidR="00DE1A20" w:rsidRPr="007A5A35" w:rsidRDefault="00DE1A20" w:rsidP="00DE1A2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41BA0E46" w14:textId="77777777" w:rsidR="00DE1A20" w:rsidRPr="007A5A35" w:rsidRDefault="00DE1A20" w:rsidP="00DE1A2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19C257FE" w14:textId="77777777" w:rsidR="00DE1A20" w:rsidRPr="007A5A35" w:rsidRDefault="00DE1A20" w:rsidP="00DE1A20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Revizyon Tarihi</w:t>
          </w:r>
        </w:p>
      </w:tc>
      <w:tc>
        <w:tcPr>
          <w:tcW w:w="1474" w:type="dxa"/>
          <w:vAlign w:val="center"/>
        </w:tcPr>
        <w:p w14:paraId="4FB66677" w14:textId="77777777" w:rsidR="00DE1A20" w:rsidRPr="007A5A35" w:rsidRDefault="00DE1A20" w:rsidP="00DE1A20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-</w:t>
          </w:r>
        </w:p>
      </w:tc>
    </w:tr>
    <w:tr w:rsidR="00DE1A20" w:rsidRPr="007A5A35" w14:paraId="60B798FA" w14:textId="77777777" w:rsidTr="009A5949">
      <w:trPr>
        <w:trHeight w:val="261"/>
      </w:trPr>
      <w:tc>
        <w:tcPr>
          <w:tcW w:w="1676" w:type="dxa"/>
          <w:vMerge/>
          <w:vAlign w:val="center"/>
        </w:tcPr>
        <w:p w14:paraId="5F8D4C5C" w14:textId="77777777" w:rsidR="00DE1A20" w:rsidRPr="007A5A35" w:rsidRDefault="00DE1A20" w:rsidP="00DE1A2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4AB75A3C" w14:textId="77777777" w:rsidR="00DE1A20" w:rsidRPr="007A5A35" w:rsidRDefault="00DE1A20" w:rsidP="00DE1A2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770D9074" w14:textId="77777777" w:rsidR="00DE1A20" w:rsidRPr="007A5A35" w:rsidRDefault="00DE1A20" w:rsidP="00DE1A20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Revizyon No</w:t>
          </w:r>
        </w:p>
      </w:tc>
      <w:tc>
        <w:tcPr>
          <w:tcW w:w="1474" w:type="dxa"/>
          <w:vAlign w:val="center"/>
        </w:tcPr>
        <w:p w14:paraId="5E6B981E" w14:textId="77777777" w:rsidR="00DE1A20" w:rsidRPr="007A5A35" w:rsidRDefault="00DE1A20" w:rsidP="00DE1A20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0</w:t>
          </w:r>
        </w:p>
      </w:tc>
    </w:tr>
    <w:tr w:rsidR="00DE1A20" w:rsidRPr="007A5A35" w14:paraId="1D44E994" w14:textId="77777777" w:rsidTr="009A5949">
      <w:trPr>
        <w:trHeight w:val="261"/>
      </w:trPr>
      <w:tc>
        <w:tcPr>
          <w:tcW w:w="1676" w:type="dxa"/>
          <w:vMerge/>
          <w:vAlign w:val="center"/>
        </w:tcPr>
        <w:p w14:paraId="7E74A61A" w14:textId="77777777" w:rsidR="00DE1A20" w:rsidRPr="007A5A35" w:rsidRDefault="00DE1A20" w:rsidP="00DE1A2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5C153A3D" w14:textId="77777777" w:rsidR="00DE1A20" w:rsidRPr="007A5A35" w:rsidRDefault="00DE1A20" w:rsidP="00DE1A2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35682DAC" w14:textId="77777777" w:rsidR="00DE1A20" w:rsidRPr="007A5A35" w:rsidRDefault="00DE1A20" w:rsidP="00DE1A20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Sayfa</w:t>
          </w:r>
        </w:p>
      </w:tc>
      <w:tc>
        <w:tcPr>
          <w:tcW w:w="1474" w:type="dxa"/>
          <w:vAlign w:val="center"/>
        </w:tcPr>
        <w:p w14:paraId="78ACEE75" w14:textId="77777777" w:rsidR="00DE1A20" w:rsidRPr="007A5A35" w:rsidRDefault="00DE1A20" w:rsidP="00DE1A20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begin"/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instrText xml:space="preserve"> PAGE   \* MERGEFORMAT </w:instrTex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separate"/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t>1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end"/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/</w:t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fldChar w:fldCharType="begin"/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instrText xml:space="preserve"> NUMPAGES   \* MERGEFORMAT </w:instrText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fldChar w:fldCharType="separate"/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t>1</w:t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fldChar w:fldCharType="end"/>
          </w:r>
        </w:p>
      </w:tc>
    </w:tr>
  </w:tbl>
  <w:p w14:paraId="0A8C33F7" w14:textId="39172D99" w:rsidR="00DE1A20" w:rsidRDefault="00DE1A20">
    <w:pPr>
      <w:pStyle w:val="stBilgi"/>
    </w:pPr>
  </w:p>
  <w:p w14:paraId="635CEC83" w14:textId="77777777" w:rsidR="00DE1A20" w:rsidRDefault="00DE1A20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022BC" w14:textId="77777777" w:rsidR="00DE1A20" w:rsidRDefault="00DE1A2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54200028">
    <w:abstractNumId w:val="8"/>
  </w:num>
  <w:num w:numId="2" w16cid:durableId="723135967">
    <w:abstractNumId w:val="6"/>
  </w:num>
  <w:num w:numId="3" w16cid:durableId="1814758774">
    <w:abstractNumId w:val="5"/>
  </w:num>
  <w:num w:numId="4" w16cid:durableId="1241134221">
    <w:abstractNumId w:val="4"/>
  </w:num>
  <w:num w:numId="5" w16cid:durableId="965963797">
    <w:abstractNumId w:val="7"/>
  </w:num>
  <w:num w:numId="6" w16cid:durableId="2142383651">
    <w:abstractNumId w:val="3"/>
  </w:num>
  <w:num w:numId="7" w16cid:durableId="21052271">
    <w:abstractNumId w:val="2"/>
  </w:num>
  <w:num w:numId="8" w16cid:durableId="505708141">
    <w:abstractNumId w:val="1"/>
  </w:num>
  <w:num w:numId="9" w16cid:durableId="1369332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23BD3"/>
    <w:rsid w:val="0015074B"/>
    <w:rsid w:val="001567A3"/>
    <w:rsid w:val="001A668A"/>
    <w:rsid w:val="00214460"/>
    <w:rsid w:val="002377E3"/>
    <w:rsid w:val="0029639D"/>
    <w:rsid w:val="00326F90"/>
    <w:rsid w:val="00340455"/>
    <w:rsid w:val="00350BF0"/>
    <w:rsid w:val="003D678A"/>
    <w:rsid w:val="004710E6"/>
    <w:rsid w:val="0049466B"/>
    <w:rsid w:val="005B2152"/>
    <w:rsid w:val="006A3593"/>
    <w:rsid w:val="006C17B4"/>
    <w:rsid w:val="0073159B"/>
    <w:rsid w:val="00780547"/>
    <w:rsid w:val="007C34FD"/>
    <w:rsid w:val="008831BD"/>
    <w:rsid w:val="00920C53"/>
    <w:rsid w:val="009814ED"/>
    <w:rsid w:val="009A140A"/>
    <w:rsid w:val="00AA1D8D"/>
    <w:rsid w:val="00B47730"/>
    <w:rsid w:val="00B71931"/>
    <w:rsid w:val="00C6718A"/>
    <w:rsid w:val="00CB0664"/>
    <w:rsid w:val="00D00C18"/>
    <w:rsid w:val="00D07467"/>
    <w:rsid w:val="00DB363C"/>
    <w:rsid w:val="00DE1A20"/>
    <w:rsid w:val="00DE3D0A"/>
    <w:rsid w:val="00EA4814"/>
    <w:rsid w:val="00EB2BB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9EA2FE"/>
  <w14:defaultImageDpi w14:val="300"/>
  <w15:docId w15:val="{C2847196-2C28-4146-8CD9-2BCEA6838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tabs>
        <w:tab w:val="clear" w:pos="720"/>
        <w:tab w:val="num" w:pos="360"/>
      </w:tabs>
      <w:ind w:left="0" w:firstLine="0"/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ACER</cp:lastModifiedBy>
  <cp:revision>6</cp:revision>
  <dcterms:created xsi:type="dcterms:W3CDTF">2026-07-27T10:46:00Z</dcterms:created>
  <dcterms:modified xsi:type="dcterms:W3CDTF">2026-08-03T12:17:00Z</dcterms:modified>
  <cp:category/>
</cp:coreProperties>
</file>