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B510E2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Pr="008767B1" w:rsidRDefault="00123BD3" w:rsidP="00D07467">
            <w:pPr>
              <w:jc w:val="center"/>
              <w:rPr>
                <w:sz w:val="24"/>
                <w:szCs w:val="24"/>
              </w:rPr>
            </w:pPr>
          </w:p>
        </w:tc>
      </w:tr>
      <w:tr w:rsidR="00123BD3" w14:paraId="36CA8615" w14:textId="77777777" w:rsidTr="00B510E2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C76543" w14:paraId="6048EF0C" w14:textId="77777777" w:rsidTr="00293BD7">
        <w:trPr>
          <w:jc w:val="center"/>
        </w:trPr>
        <w:tc>
          <w:tcPr>
            <w:tcW w:w="810" w:type="dxa"/>
            <w:vAlign w:val="center"/>
          </w:tcPr>
          <w:p w14:paraId="780F2872" w14:textId="77777777" w:rsidR="00C76543" w:rsidRDefault="00C76543" w:rsidP="00C76543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55D09F94" w:rsidR="00C76543" w:rsidRDefault="00C76543" w:rsidP="00C76543">
            <w:r>
              <w:rPr>
                <w:rFonts w:ascii="Cambria" w:hAnsi="Cambria" w:cs="Segoe UI"/>
                <w:color w:val="000000"/>
              </w:rPr>
              <w:t>Ödeme Emri Belgesi'ndeki bütçe tertibi ve kesinti kodları doğru seçilmiş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1C7E07C2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51EDD8F7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6E2D81B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3AF0B689" w14:textId="77777777" w:rsidTr="00293BD7">
        <w:trPr>
          <w:jc w:val="center"/>
        </w:trPr>
        <w:tc>
          <w:tcPr>
            <w:tcW w:w="810" w:type="dxa"/>
            <w:vAlign w:val="center"/>
          </w:tcPr>
          <w:p w14:paraId="690795E5" w14:textId="77777777" w:rsidR="00C76543" w:rsidRDefault="00C76543" w:rsidP="00C76543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F86D41F" w:rsidR="00C76543" w:rsidRDefault="00C76543" w:rsidP="00C76543">
            <w:r>
              <w:rPr>
                <w:rFonts w:ascii="Cambria" w:hAnsi="Cambria" w:cs="Segoe UI"/>
                <w:color w:val="000000"/>
              </w:rPr>
              <w:t>Sosyal Güvenlik Provizyon Aktivasyon Sistemi (SPAS) Müstahaklık Belgesi alınmış ve sigorta primi bu belge dikkate alınarak hesaplanmış mı?</w:t>
            </w:r>
          </w:p>
        </w:tc>
        <w:sdt>
          <w:sdtPr>
            <w:rPr>
              <w:sz w:val="18"/>
              <w:szCs w:val="18"/>
            </w:rPr>
            <w:id w:val="-55253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1CE7CC30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24953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29BD7BBE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189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26F820AE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4116D98B" w14:textId="77777777" w:rsidTr="00293BD7">
        <w:trPr>
          <w:jc w:val="center"/>
        </w:trPr>
        <w:tc>
          <w:tcPr>
            <w:tcW w:w="810" w:type="dxa"/>
            <w:vAlign w:val="center"/>
          </w:tcPr>
          <w:p w14:paraId="3F978920" w14:textId="77777777" w:rsidR="00C76543" w:rsidRDefault="00C76543" w:rsidP="00C76543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32847D8F" w:rsidR="00C76543" w:rsidRDefault="00C76543" w:rsidP="00C76543">
            <w:r>
              <w:rPr>
                <w:rFonts w:ascii="Cambria" w:hAnsi="Cambria" w:cs="Segoe UI"/>
                <w:color w:val="000000"/>
              </w:rPr>
              <w:t>Bordro, Personel Bildirimi, Harcama Talimatı Onay Belgesi, Puantaj ve Banka Listesi eklendi mi?</w:t>
            </w:r>
          </w:p>
        </w:tc>
        <w:sdt>
          <w:sdtPr>
            <w:rPr>
              <w:sz w:val="18"/>
              <w:szCs w:val="18"/>
            </w:rPr>
            <w:id w:val="-97567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4C528C73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2605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59223FFF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4216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3056DEE7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6B423030" w14:textId="77777777" w:rsidTr="00293BD7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C76543" w:rsidRDefault="00C76543" w:rsidP="00C76543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1FD197B1" w:rsidR="00C76543" w:rsidRDefault="00C76543" w:rsidP="00C76543">
            <w:r>
              <w:rPr>
                <w:rFonts w:ascii="Cambria" w:hAnsi="Cambria" w:cs="Segoe UI"/>
                <w:color w:val="000000"/>
              </w:rPr>
              <w:t>İcra kesintisi varsa kesintiye ilişkin evraklar eklendi mi?</w:t>
            </w:r>
          </w:p>
        </w:tc>
        <w:sdt>
          <w:sdtPr>
            <w:rPr>
              <w:sz w:val="18"/>
              <w:szCs w:val="18"/>
            </w:rPr>
            <w:id w:val="203229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6DA4B158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1386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75CD300C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6972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1B522F09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141FBE90" w14:textId="77777777" w:rsidTr="00293BD7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C76543" w:rsidRDefault="00C76543" w:rsidP="00C76543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6B51261" w:rsidR="00C76543" w:rsidRDefault="00C76543" w:rsidP="00C76543">
            <w:r>
              <w:rPr>
                <w:rFonts w:ascii="Cambria" w:hAnsi="Cambria" w:cs="Segoe UI"/>
                <w:color w:val="000000"/>
              </w:rPr>
              <w:t>Yeni işe başlayan öğrenci bulunması halinde Sigortalı İşe Giriş Bildirgesi ve Rektörlük Oluru eklendi mi?</w:t>
            </w:r>
          </w:p>
        </w:tc>
        <w:sdt>
          <w:sdtPr>
            <w:rPr>
              <w:sz w:val="18"/>
              <w:szCs w:val="18"/>
            </w:rPr>
            <w:id w:val="182670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3D4FC55F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44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1C8DAEC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7860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49772AB7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7D40B154" w14:textId="77777777" w:rsidTr="00293BD7">
        <w:trPr>
          <w:jc w:val="center"/>
        </w:trPr>
        <w:tc>
          <w:tcPr>
            <w:tcW w:w="810" w:type="dxa"/>
            <w:vAlign w:val="center"/>
          </w:tcPr>
          <w:p w14:paraId="20DE44B9" w14:textId="77777777" w:rsidR="00C76543" w:rsidRDefault="00C76543" w:rsidP="00C76543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2B8EEC1B" w:rsidR="00C76543" w:rsidRDefault="00C76543" w:rsidP="00C76543">
            <w:r>
              <w:rPr>
                <w:rFonts w:ascii="Cambria" w:hAnsi="Cambria" w:cs="Segoe UI"/>
                <w:color w:val="000000"/>
              </w:rPr>
              <w:t>İşten ayrılan öğrenci bulunması halinde Sigortalı İşten Ayrılış Bildirgesi eklendi mi?</w:t>
            </w:r>
          </w:p>
        </w:tc>
        <w:sdt>
          <w:sdtPr>
            <w:rPr>
              <w:sz w:val="18"/>
              <w:szCs w:val="18"/>
            </w:rPr>
            <w:id w:val="-46404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5C804DDD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451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10FBD01B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62522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390DE852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64CC9416" w14:textId="77777777" w:rsidTr="00293BD7">
        <w:trPr>
          <w:jc w:val="center"/>
        </w:trPr>
        <w:tc>
          <w:tcPr>
            <w:tcW w:w="810" w:type="dxa"/>
            <w:vAlign w:val="center"/>
          </w:tcPr>
          <w:p w14:paraId="35DFEE49" w14:textId="77777777" w:rsidR="00C76543" w:rsidRDefault="00C76543" w:rsidP="00C76543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25048B9F" w:rsidR="00C76543" w:rsidRDefault="00C76543" w:rsidP="00C76543">
            <w:r>
              <w:rPr>
                <w:rFonts w:ascii="Cambria" w:hAnsi="Cambria" w:cs="Segoe UI"/>
                <w:color w:val="000000"/>
              </w:rPr>
              <w:t>Rektörlük Oluru, İş Başvurusu Değerlendirme Komisyon Tutanağı ve Üniversite Yönetim Kurulu Kararı yılın ilk ödemesine eklendi mi?</w:t>
            </w:r>
          </w:p>
        </w:tc>
        <w:sdt>
          <w:sdtPr>
            <w:rPr>
              <w:sz w:val="18"/>
              <w:szCs w:val="18"/>
            </w:rPr>
            <w:id w:val="-136343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64618A50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74764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61C991EB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1719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71B74DA8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6543" w14:paraId="5B5E3A95" w14:textId="77777777" w:rsidTr="00293BD7">
        <w:trPr>
          <w:jc w:val="center"/>
        </w:trPr>
        <w:tc>
          <w:tcPr>
            <w:tcW w:w="810" w:type="dxa"/>
            <w:vAlign w:val="center"/>
          </w:tcPr>
          <w:p w14:paraId="1759FB24" w14:textId="77777777" w:rsidR="00C76543" w:rsidRDefault="00C76543" w:rsidP="00C76543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3A6D1500" w:rsidR="00C76543" w:rsidRDefault="00C76543" w:rsidP="00C76543">
            <w:r>
              <w:rPr>
                <w:rFonts w:ascii="Cambria" w:hAnsi="Cambria" w:cs="Segoe UI"/>
                <w:color w:val="000000"/>
              </w:rPr>
              <w:t>Ödeme Emri Belgesi yetkili kişilerce imzalanmış; yetki devri yapılmış ise buna ilişkin belgeler dosyaya eklenmiş mi?</w:t>
            </w:r>
          </w:p>
        </w:tc>
        <w:sdt>
          <w:sdtPr>
            <w:rPr>
              <w:sz w:val="18"/>
              <w:szCs w:val="18"/>
            </w:rPr>
            <w:id w:val="1675753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55ABD63D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541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39F2FE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0950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53605559" w:rsidR="00C76543" w:rsidRDefault="00C76543" w:rsidP="00C76543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831BD" w14:paraId="601427D7" w14:textId="77777777" w:rsidTr="008831BD">
        <w:trPr>
          <w:jc w:val="center"/>
        </w:trPr>
        <w:tc>
          <w:tcPr>
            <w:tcW w:w="810" w:type="dxa"/>
            <w:vAlign w:val="center"/>
          </w:tcPr>
          <w:p w14:paraId="3DB548B6" w14:textId="063312A2" w:rsidR="008831BD" w:rsidRDefault="008831BD" w:rsidP="008831BD">
            <w:pPr>
              <w:jc w:val="center"/>
            </w:pPr>
          </w:p>
        </w:tc>
        <w:tc>
          <w:tcPr>
            <w:tcW w:w="6608" w:type="dxa"/>
            <w:vAlign w:val="center"/>
          </w:tcPr>
          <w:p w14:paraId="6EB35464" w14:textId="77777777" w:rsidR="008831BD" w:rsidRDefault="008831BD" w:rsidP="008831BD"/>
        </w:tc>
        <w:tc>
          <w:tcPr>
            <w:tcW w:w="1268" w:type="dxa"/>
            <w:vAlign w:val="center"/>
          </w:tcPr>
          <w:p w14:paraId="70B97E34" w14:textId="7607040B" w:rsidR="008831BD" w:rsidRDefault="008831BD" w:rsidP="008831BD">
            <w:pPr>
              <w:jc w:val="center"/>
            </w:pPr>
          </w:p>
        </w:tc>
        <w:tc>
          <w:tcPr>
            <w:tcW w:w="980" w:type="dxa"/>
            <w:vAlign w:val="center"/>
          </w:tcPr>
          <w:p w14:paraId="172B9717" w14:textId="68BEAD30" w:rsidR="008831BD" w:rsidRDefault="008831BD" w:rsidP="008831BD">
            <w:pPr>
              <w:jc w:val="center"/>
            </w:pPr>
          </w:p>
        </w:tc>
        <w:tc>
          <w:tcPr>
            <w:tcW w:w="864" w:type="dxa"/>
            <w:vAlign w:val="center"/>
          </w:tcPr>
          <w:p w14:paraId="7E500D1E" w14:textId="50A09F49" w:rsidR="008831BD" w:rsidRDefault="008831BD" w:rsidP="008831BD">
            <w:pPr>
              <w:jc w:val="center"/>
            </w:pPr>
          </w:p>
        </w:tc>
      </w:tr>
      <w:tr w:rsidR="008831BD" w14:paraId="2E5717A3" w14:textId="77777777" w:rsidTr="008831BD">
        <w:trPr>
          <w:jc w:val="center"/>
        </w:trPr>
        <w:tc>
          <w:tcPr>
            <w:tcW w:w="810" w:type="dxa"/>
            <w:vAlign w:val="center"/>
          </w:tcPr>
          <w:p w14:paraId="00494B56" w14:textId="6D1EC60C" w:rsidR="008831BD" w:rsidRDefault="008831BD" w:rsidP="008831BD">
            <w:pPr>
              <w:jc w:val="center"/>
            </w:pPr>
          </w:p>
        </w:tc>
        <w:tc>
          <w:tcPr>
            <w:tcW w:w="6608" w:type="dxa"/>
            <w:vAlign w:val="center"/>
          </w:tcPr>
          <w:p w14:paraId="16DBC8C2" w14:textId="77777777" w:rsidR="008831BD" w:rsidRDefault="008831BD" w:rsidP="008831BD"/>
        </w:tc>
        <w:tc>
          <w:tcPr>
            <w:tcW w:w="1268" w:type="dxa"/>
            <w:vAlign w:val="center"/>
          </w:tcPr>
          <w:p w14:paraId="08B17BE5" w14:textId="7796BEB3" w:rsidR="008831BD" w:rsidRDefault="008831BD" w:rsidP="008831BD">
            <w:pPr>
              <w:jc w:val="center"/>
            </w:pPr>
          </w:p>
        </w:tc>
        <w:tc>
          <w:tcPr>
            <w:tcW w:w="980" w:type="dxa"/>
            <w:vAlign w:val="center"/>
          </w:tcPr>
          <w:p w14:paraId="1BEAB1A1" w14:textId="705E9569" w:rsidR="008831BD" w:rsidRDefault="008831BD" w:rsidP="008831BD">
            <w:pPr>
              <w:jc w:val="center"/>
            </w:pPr>
          </w:p>
        </w:tc>
        <w:tc>
          <w:tcPr>
            <w:tcW w:w="864" w:type="dxa"/>
            <w:vAlign w:val="center"/>
          </w:tcPr>
          <w:p w14:paraId="15AD2452" w14:textId="3D0BA722" w:rsidR="008831BD" w:rsidRDefault="008831BD" w:rsidP="008831BD">
            <w:pPr>
              <w:jc w:val="center"/>
            </w:pPr>
          </w:p>
        </w:tc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2D0AD" w14:textId="77777777" w:rsidR="00480D90" w:rsidRDefault="00480D90" w:rsidP="00B510E2">
      <w:pPr>
        <w:spacing w:after="0" w:line="240" w:lineRule="auto"/>
      </w:pPr>
      <w:r>
        <w:separator/>
      </w:r>
    </w:p>
  </w:endnote>
  <w:endnote w:type="continuationSeparator" w:id="0">
    <w:p w14:paraId="3A90EBEF" w14:textId="77777777" w:rsidR="00480D90" w:rsidRDefault="00480D90" w:rsidP="00B5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B510E2" w:rsidRPr="007A5A35" w14:paraId="2884968F" w14:textId="77777777" w:rsidTr="00504E47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5CD109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CBF733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BD72A75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B510E2" w:rsidRPr="007A5A35" w14:paraId="46232226" w14:textId="77777777" w:rsidTr="00504E47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90AD71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5A7216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6D78C02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227A2EBB" w14:textId="354774E9" w:rsidR="00B510E2" w:rsidRDefault="00B510E2">
    <w:pPr>
      <w:pStyle w:val="AltBilgi"/>
    </w:pPr>
  </w:p>
  <w:p w14:paraId="2B7633FF" w14:textId="77777777" w:rsidR="00B510E2" w:rsidRDefault="00B510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C275" w14:textId="77777777" w:rsidR="00480D90" w:rsidRDefault="00480D90" w:rsidP="00B510E2">
      <w:pPr>
        <w:spacing w:after="0" w:line="240" w:lineRule="auto"/>
      </w:pPr>
      <w:r>
        <w:separator/>
      </w:r>
    </w:p>
  </w:footnote>
  <w:footnote w:type="continuationSeparator" w:id="0">
    <w:p w14:paraId="26EDAA56" w14:textId="77777777" w:rsidR="00480D90" w:rsidRDefault="00480D90" w:rsidP="00B51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B510E2" w:rsidRPr="007A5A35" w14:paraId="7D2AAA0A" w14:textId="77777777" w:rsidTr="00504E47">
      <w:trPr>
        <w:trHeight w:val="261"/>
      </w:trPr>
      <w:tc>
        <w:tcPr>
          <w:tcW w:w="1676" w:type="dxa"/>
          <w:vMerge w:val="restart"/>
          <w:vAlign w:val="center"/>
        </w:tcPr>
        <w:p w14:paraId="145998ED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642C0F7" wp14:editId="59F19913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C4C847A" w14:textId="1323DCBD" w:rsidR="00B510E2" w:rsidRPr="00CD73B4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8767B1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KISMİ ZAMANLI ÖĞRENCİ 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NE İL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ŞK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 ÖN MAL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KONTROL 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STE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2126" w:type="dxa"/>
          <w:vAlign w:val="center"/>
        </w:tcPr>
        <w:p w14:paraId="2E8327FE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8A215C9" w14:textId="691D48DD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64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B510E2" w:rsidRPr="007A5A35" w14:paraId="1687910B" w14:textId="77777777" w:rsidTr="00504E47">
      <w:trPr>
        <w:trHeight w:val="261"/>
      </w:trPr>
      <w:tc>
        <w:tcPr>
          <w:tcW w:w="1676" w:type="dxa"/>
          <w:vMerge/>
          <w:vAlign w:val="center"/>
        </w:tcPr>
        <w:p w14:paraId="68CA42BB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26EFEF0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7371274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46CBE11B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B510E2" w:rsidRPr="007A5A35" w14:paraId="115405AD" w14:textId="77777777" w:rsidTr="00504E47">
      <w:trPr>
        <w:trHeight w:val="261"/>
      </w:trPr>
      <w:tc>
        <w:tcPr>
          <w:tcW w:w="1676" w:type="dxa"/>
          <w:vMerge/>
          <w:vAlign w:val="center"/>
        </w:tcPr>
        <w:p w14:paraId="69D40A5E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69E9AE8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DA97932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399B2E82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B510E2" w:rsidRPr="007A5A35" w14:paraId="1A15DE7B" w14:textId="77777777" w:rsidTr="00504E47">
      <w:trPr>
        <w:trHeight w:val="261"/>
      </w:trPr>
      <w:tc>
        <w:tcPr>
          <w:tcW w:w="1676" w:type="dxa"/>
          <w:vMerge/>
          <w:vAlign w:val="center"/>
        </w:tcPr>
        <w:p w14:paraId="5F6A6628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FDE0219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3032C55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3BC89C02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B510E2" w:rsidRPr="007A5A35" w14:paraId="7143EF5D" w14:textId="77777777" w:rsidTr="00504E47">
      <w:trPr>
        <w:trHeight w:val="261"/>
      </w:trPr>
      <w:tc>
        <w:tcPr>
          <w:tcW w:w="1676" w:type="dxa"/>
          <w:vMerge/>
          <w:vAlign w:val="center"/>
        </w:tcPr>
        <w:p w14:paraId="5404E1C9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A56B256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B0470AC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046351C0" w14:textId="77777777" w:rsidR="00B510E2" w:rsidRPr="007A5A35" w:rsidRDefault="00B510E2" w:rsidP="00B510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C865F57" w14:textId="5DE77502" w:rsidR="00B510E2" w:rsidRDefault="00B510E2">
    <w:pPr>
      <w:pStyle w:val="stBilgi"/>
    </w:pPr>
  </w:p>
  <w:p w14:paraId="39F921A4" w14:textId="77777777" w:rsidR="00B510E2" w:rsidRDefault="00B510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80D90"/>
    <w:rsid w:val="0049466B"/>
    <w:rsid w:val="006A3593"/>
    <w:rsid w:val="006C17B4"/>
    <w:rsid w:val="006E0F1E"/>
    <w:rsid w:val="00780547"/>
    <w:rsid w:val="008767B1"/>
    <w:rsid w:val="008831BD"/>
    <w:rsid w:val="009A140A"/>
    <w:rsid w:val="00AA1D8D"/>
    <w:rsid w:val="00B47730"/>
    <w:rsid w:val="00B510E2"/>
    <w:rsid w:val="00B71931"/>
    <w:rsid w:val="00C76543"/>
    <w:rsid w:val="00CB0664"/>
    <w:rsid w:val="00CF47C5"/>
    <w:rsid w:val="00D07467"/>
    <w:rsid w:val="00DE3D0A"/>
    <w:rsid w:val="00EA4814"/>
    <w:rsid w:val="00FC693F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2026-07-27T07:23:00Z</dcterms:created>
  <dcterms:modified xsi:type="dcterms:W3CDTF">2026-08-03T11:11:00Z</dcterms:modified>
  <cp:category/>
</cp:coreProperties>
</file>