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C6221B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C6221B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366090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366090" w:rsidRDefault="00366090" w:rsidP="00366090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1E4B3833" w:rsidR="00366090" w:rsidRDefault="00366090" w:rsidP="00366090">
            <w:proofErr w:type="spellStart"/>
            <w:r>
              <w:rPr>
                <w:rFonts w:ascii="Cambria" w:hAnsi="Cambria" w:cs="Segoe UI"/>
                <w:color w:val="000000"/>
              </w:rPr>
              <w:t>Fatura</w:t>
            </w:r>
            <w:proofErr w:type="spellEnd"/>
            <w:r>
              <w:rPr>
                <w:rFonts w:ascii="Cambria" w:hAnsi="Cambria" w:cs="Segoe UI"/>
                <w:color w:val="000000"/>
              </w:rPr>
              <w:t>/</w:t>
            </w:r>
            <w:proofErr w:type="spellStart"/>
            <w:r>
              <w:rPr>
                <w:rFonts w:ascii="Cambria" w:hAnsi="Cambria" w:cs="Segoe UI"/>
                <w:color w:val="000000"/>
              </w:rPr>
              <w:t>İhbarname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muhatabı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tüketim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tutar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hesaplamaları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doğru, IBAN bilgileri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IBAN </w:t>
            </w:r>
            <w:proofErr w:type="spellStart"/>
            <w:r>
              <w:rPr>
                <w:rFonts w:ascii="Cambria" w:hAnsi="Cambria" w:cs="Segoe UI"/>
                <w:color w:val="000000"/>
              </w:rPr>
              <w:t>dilekçesi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090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366090" w:rsidRDefault="00366090" w:rsidP="00366090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46B7AFA1" w:rsidR="00366090" w:rsidRDefault="00366090" w:rsidP="00366090">
            <w:r>
              <w:rPr>
                <w:rFonts w:ascii="Cambria" w:hAnsi="Cambria" w:cs="Segoe UI"/>
                <w:color w:val="000000"/>
              </w:rPr>
              <w:t xml:space="preserve">m³ </w:t>
            </w:r>
            <w:proofErr w:type="spellStart"/>
            <w:r>
              <w:rPr>
                <w:rFonts w:ascii="Cambria" w:hAnsi="Cambria" w:cs="Segoe UI"/>
                <w:color w:val="000000"/>
              </w:rPr>
              <w:t>fiyatı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atık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bedeline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Belediye </w:t>
            </w:r>
            <w:proofErr w:type="spellStart"/>
            <w:r>
              <w:rPr>
                <w:rFonts w:ascii="Cambria" w:hAnsi="Cambria" w:cs="Segoe UI"/>
                <w:color w:val="000000"/>
              </w:rPr>
              <w:t>Meclis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Kararı güncel ve mevcut mu?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090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366090" w:rsidRDefault="00366090" w:rsidP="00366090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0FD988AF" w:rsidR="00366090" w:rsidRDefault="00366090" w:rsidP="00366090">
            <w:r>
              <w:rPr>
                <w:rFonts w:ascii="Cambria" w:hAnsi="Cambria" w:cs="Segoe UI"/>
                <w:color w:val="000000"/>
              </w:rPr>
              <w:t>Gelir İdaresi Başkanlığından alınan vergi borcu sorgusu güncel, onaylı ve gerekli ise kesinti yapılmış mı?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090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366090" w:rsidRDefault="00366090" w:rsidP="00366090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47F66498" w:rsidR="00366090" w:rsidRDefault="00366090" w:rsidP="00366090">
            <w:r>
              <w:rPr>
                <w:rFonts w:ascii="Cambria" w:hAnsi="Cambria" w:cs="Segoe UI"/>
                <w:color w:val="000000"/>
              </w:rPr>
              <w:t>Ödeme Emri Belgesindeki IBAN bilgileri, bütçe tertibi, damga vergisi ve damga vergisi detay kodu doğru mu?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090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366090" w:rsidRDefault="00366090" w:rsidP="00366090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527DFA01" w:rsidR="00366090" w:rsidRDefault="00366090" w:rsidP="00366090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bulunması halinde ilgili belgeler eklenmiş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090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366090" w:rsidRDefault="00366090" w:rsidP="00366090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45BDE3AF" w:rsidR="00366090" w:rsidRDefault="00366090" w:rsidP="00366090"/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090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366090" w:rsidRDefault="00366090" w:rsidP="00366090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08838BE0" w:rsidR="00366090" w:rsidRDefault="00366090" w:rsidP="00366090"/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090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366090" w:rsidRDefault="00366090" w:rsidP="00366090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4BF97574" w:rsidR="00366090" w:rsidRDefault="00366090" w:rsidP="00366090"/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366090" w:rsidRDefault="00366090" w:rsidP="003660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F9663" w14:textId="77777777" w:rsidR="006859A5" w:rsidRDefault="006859A5" w:rsidP="00C6221B">
      <w:pPr>
        <w:spacing w:after="0" w:line="240" w:lineRule="auto"/>
      </w:pPr>
      <w:r>
        <w:separator/>
      </w:r>
    </w:p>
  </w:endnote>
  <w:endnote w:type="continuationSeparator" w:id="0">
    <w:p w14:paraId="6C25A0E6" w14:textId="77777777" w:rsidR="006859A5" w:rsidRDefault="006859A5" w:rsidP="00C62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D074" w14:textId="77777777" w:rsidR="00C6221B" w:rsidRDefault="00C6221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C6221B" w:rsidRPr="007A5A35" w14:paraId="5B58F1ED" w14:textId="77777777" w:rsidTr="008D2A59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028630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E28DE4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56A5559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C6221B" w:rsidRPr="007A5A35" w14:paraId="197536C0" w14:textId="77777777" w:rsidTr="008D2A59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45EC95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920803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4A4CE9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6ABE8CA4" w14:textId="231F6F6E" w:rsidR="00C6221B" w:rsidRDefault="00C6221B">
    <w:pPr>
      <w:pStyle w:val="AltBilgi"/>
    </w:pPr>
  </w:p>
  <w:p w14:paraId="4CE4F6CB" w14:textId="77777777" w:rsidR="00C6221B" w:rsidRDefault="00C622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B924" w14:textId="77777777" w:rsidR="00C6221B" w:rsidRDefault="00C622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42451" w14:textId="77777777" w:rsidR="006859A5" w:rsidRDefault="006859A5" w:rsidP="00C6221B">
      <w:pPr>
        <w:spacing w:after="0" w:line="240" w:lineRule="auto"/>
      </w:pPr>
      <w:r>
        <w:separator/>
      </w:r>
    </w:p>
  </w:footnote>
  <w:footnote w:type="continuationSeparator" w:id="0">
    <w:p w14:paraId="42CC6C88" w14:textId="77777777" w:rsidR="006859A5" w:rsidRDefault="006859A5" w:rsidP="00C62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A5F0D" w14:textId="77777777" w:rsidR="00C6221B" w:rsidRDefault="00C6221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C6221B" w:rsidRPr="007A5A35" w14:paraId="318786C0" w14:textId="77777777" w:rsidTr="008D2A59">
      <w:trPr>
        <w:trHeight w:val="261"/>
      </w:trPr>
      <w:tc>
        <w:tcPr>
          <w:tcW w:w="1676" w:type="dxa"/>
          <w:vMerge w:val="restart"/>
          <w:vAlign w:val="center"/>
        </w:tcPr>
        <w:p w14:paraId="0C1AFE20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3957F49D" wp14:editId="7E4FFC2E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0293CEEC" w14:textId="5F9F44C2" w:rsidR="00C6221B" w:rsidRPr="00C6221B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C6221B">
            <w:rPr>
              <w:rFonts w:ascii="Times New Roman" w:hAnsi="Times New Roman" w:cs="Times New Roman"/>
              <w:b/>
              <w:bCs/>
              <w:sz w:val="24"/>
              <w:szCs w:val="24"/>
            </w:rPr>
            <w:t>SU ABONEL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6221B">
            <w:rPr>
              <w:rFonts w:ascii="Times New Roman" w:hAnsi="Times New Roman" w:cs="Times New Roman"/>
              <w:b/>
              <w:bCs/>
              <w:sz w:val="24"/>
              <w:szCs w:val="24"/>
            </w:rPr>
            <w:t>K ÖDEMELER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6221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NE </w:t>
          </w:r>
          <w:r w:rsidRPr="00C6221B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7B75D72C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72CCAFF7" w14:textId="4944BA42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65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9</w:t>
          </w:r>
        </w:p>
      </w:tc>
    </w:tr>
    <w:tr w:rsidR="00C6221B" w:rsidRPr="007A5A35" w14:paraId="008497D9" w14:textId="77777777" w:rsidTr="008D2A59">
      <w:trPr>
        <w:trHeight w:val="261"/>
      </w:trPr>
      <w:tc>
        <w:tcPr>
          <w:tcW w:w="1676" w:type="dxa"/>
          <w:vMerge/>
          <w:vAlign w:val="center"/>
        </w:tcPr>
        <w:p w14:paraId="37493C82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FA30904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C9DA45C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46B74952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C6221B" w:rsidRPr="007A5A35" w14:paraId="2D97E011" w14:textId="77777777" w:rsidTr="008D2A59">
      <w:trPr>
        <w:trHeight w:val="261"/>
      </w:trPr>
      <w:tc>
        <w:tcPr>
          <w:tcW w:w="1676" w:type="dxa"/>
          <w:vMerge/>
          <w:vAlign w:val="center"/>
        </w:tcPr>
        <w:p w14:paraId="79C21720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5FE28C7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26F2CF1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1E1BDA71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C6221B" w:rsidRPr="007A5A35" w14:paraId="5B451993" w14:textId="77777777" w:rsidTr="008D2A59">
      <w:trPr>
        <w:trHeight w:val="261"/>
      </w:trPr>
      <w:tc>
        <w:tcPr>
          <w:tcW w:w="1676" w:type="dxa"/>
          <w:vMerge/>
          <w:vAlign w:val="center"/>
        </w:tcPr>
        <w:p w14:paraId="367BBCCD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406C908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35B1976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68ECB0BC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C6221B" w:rsidRPr="007A5A35" w14:paraId="74B40605" w14:textId="77777777" w:rsidTr="008D2A59">
      <w:trPr>
        <w:trHeight w:val="261"/>
      </w:trPr>
      <w:tc>
        <w:tcPr>
          <w:tcW w:w="1676" w:type="dxa"/>
          <w:vMerge/>
          <w:vAlign w:val="center"/>
        </w:tcPr>
        <w:p w14:paraId="04F31138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7BE84BA2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9AA9232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3FB743E2" w14:textId="77777777" w:rsidR="00C6221B" w:rsidRPr="007A5A35" w:rsidRDefault="00C6221B" w:rsidP="00C6221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3DCBFD65" w14:textId="1A74C0F4" w:rsidR="00C6221B" w:rsidRDefault="00C6221B">
    <w:pPr>
      <w:pStyle w:val="stBilgi"/>
    </w:pPr>
  </w:p>
  <w:p w14:paraId="306C1FA1" w14:textId="77777777" w:rsidR="00C6221B" w:rsidRDefault="00C6221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9D24" w14:textId="77777777" w:rsidR="00C6221B" w:rsidRDefault="00C6221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93F90"/>
    <w:rsid w:val="001A668A"/>
    <w:rsid w:val="00214460"/>
    <w:rsid w:val="002377E3"/>
    <w:rsid w:val="0029639D"/>
    <w:rsid w:val="00326F90"/>
    <w:rsid w:val="00350BF0"/>
    <w:rsid w:val="00366090"/>
    <w:rsid w:val="003D678A"/>
    <w:rsid w:val="004710E6"/>
    <w:rsid w:val="0049466B"/>
    <w:rsid w:val="005B2152"/>
    <w:rsid w:val="006859A5"/>
    <w:rsid w:val="006A3593"/>
    <w:rsid w:val="006C17B4"/>
    <w:rsid w:val="0073159B"/>
    <w:rsid w:val="00780547"/>
    <w:rsid w:val="008831BD"/>
    <w:rsid w:val="00920C53"/>
    <w:rsid w:val="009A140A"/>
    <w:rsid w:val="00AA1D8D"/>
    <w:rsid w:val="00B47730"/>
    <w:rsid w:val="00B71931"/>
    <w:rsid w:val="00C6221B"/>
    <w:rsid w:val="00C6718A"/>
    <w:rsid w:val="00CB0664"/>
    <w:rsid w:val="00D00C18"/>
    <w:rsid w:val="00D07467"/>
    <w:rsid w:val="00DE3D0A"/>
    <w:rsid w:val="00EA4814"/>
    <w:rsid w:val="00EB2BB1"/>
    <w:rsid w:val="00F04C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2026-08-03T12:11:00Z</dcterms:modified>
  <cp:category/>
</cp:coreProperties>
</file>