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E62E11" w14:paraId="0B11984C" w14:textId="77777777" w:rsidTr="00E62E11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E62E11" w:rsidRDefault="00E62E11" w:rsidP="00E62E11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E62E11" w:rsidRDefault="00E62E11" w:rsidP="00E62E11">
            <w:pPr>
              <w:jc w:val="center"/>
            </w:pPr>
          </w:p>
        </w:tc>
      </w:tr>
      <w:tr w:rsidR="00E62E11" w14:paraId="36CA8615" w14:textId="77777777" w:rsidTr="00E62E11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E62E11" w:rsidRDefault="00E62E11" w:rsidP="00E62E11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E62E11" w:rsidRDefault="00E62E11" w:rsidP="00E62E11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:rsidRPr="00E62E11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Pr="00E62E11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E62E11">
              <w:rPr>
                <w:rFonts w:ascii="Times New Roman" w:hAnsi="Times New Roman" w:cs="Times New Roman"/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Pr="00E62E11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E62E11">
              <w:rPr>
                <w:rFonts w:ascii="Times New Roman" w:hAnsi="Times New Roman" w:cs="Times New Roman"/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Pr="00E62E11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E62E11">
              <w:rPr>
                <w:rFonts w:ascii="Times New Roman" w:hAnsi="Times New Roman" w:cs="Times New Roman"/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Pr="00E62E11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E62E11">
              <w:rPr>
                <w:rFonts w:ascii="Times New Roman" w:hAnsi="Times New Roman" w:cs="Times New Roman"/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Pr="00E62E11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E62E11">
              <w:rPr>
                <w:rFonts w:ascii="Times New Roman" w:hAnsi="Times New Roman" w:cs="Times New Roman"/>
                <w:b/>
              </w:rPr>
              <w:t>Hayır</w:t>
            </w:r>
          </w:p>
        </w:tc>
      </w:tr>
      <w:tr w:rsidR="00E62E11" w:rsidRPr="00E62E11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E62E11" w:rsidRPr="00E62E11" w:rsidRDefault="00E62E11" w:rsidP="00E62E11">
            <w:pPr>
              <w:jc w:val="center"/>
              <w:rPr>
                <w:rFonts w:ascii="Times New Roman" w:hAnsi="Times New Roman" w:cs="Times New Roman"/>
              </w:rPr>
            </w:pPr>
            <w:r w:rsidRPr="00E62E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08" w:type="dxa"/>
          </w:tcPr>
          <w:p w14:paraId="788F972B" w14:textId="3532FA36" w:rsidR="00E62E11" w:rsidRPr="00E62E11" w:rsidRDefault="00E62E11" w:rsidP="00E62E11">
            <w:pPr>
              <w:rPr>
                <w:rFonts w:ascii="Times New Roman" w:hAnsi="Times New Roman" w:cs="Times New Roman"/>
              </w:rPr>
            </w:pPr>
            <w:r w:rsidRPr="00E62E11">
              <w:rPr>
                <w:rFonts w:ascii="Times New Roman" w:hAnsi="Times New Roman" w:cs="Times New Roman"/>
                <w:color w:val="000000"/>
              </w:rPr>
              <w:t>Harcama Talimatı/Onay Belgesi mevcut; hukuki dayanağı ve gerekçesi harcamanın niteliğine uygun mu? Proje adı ve numarası, kişinin adı-soyadı ve IBAN'ı, gidilecek ülke, hibe miktarı, mesafe ve kalış süresi belirtilmiş; hesaplama tablosu eklenmiş mi?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2E11" w:rsidRPr="00E62E11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E62E11" w:rsidRPr="00E62E11" w:rsidRDefault="00E62E11" w:rsidP="00E62E11">
            <w:pPr>
              <w:jc w:val="center"/>
              <w:rPr>
                <w:rFonts w:ascii="Times New Roman" w:hAnsi="Times New Roman" w:cs="Times New Roman"/>
              </w:rPr>
            </w:pPr>
            <w:r w:rsidRPr="00E62E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08" w:type="dxa"/>
          </w:tcPr>
          <w:p w14:paraId="630E59AA" w14:textId="7FB5B3DE" w:rsidR="00E62E11" w:rsidRPr="00E62E11" w:rsidRDefault="00E62E11" w:rsidP="00E62E11">
            <w:pPr>
              <w:rPr>
                <w:rFonts w:ascii="Times New Roman" w:hAnsi="Times New Roman" w:cs="Times New Roman"/>
              </w:rPr>
            </w:pPr>
            <w:r w:rsidRPr="00E62E11">
              <w:rPr>
                <w:rFonts w:ascii="Times New Roman" w:hAnsi="Times New Roman" w:cs="Times New Roman"/>
                <w:color w:val="000000"/>
              </w:rPr>
              <w:t>Türkiye Cumhuriyet Merkez Bankasının güncel kurunu gösteren belge mevcut ve avro cinsinden hibe tutarının güncel kurla çarpımı doğru mu?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2E11" w:rsidRPr="00E62E11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E62E11" w:rsidRPr="00E62E11" w:rsidRDefault="00E62E11" w:rsidP="00E62E11">
            <w:pPr>
              <w:jc w:val="center"/>
              <w:rPr>
                <w:rFonts w:ascii="Times New Roman" w:hAnsi="Times New Roman" w:cs="Times New Roman"/>
              </w:rPr>
            </w:pPr>
            <w:r w:rsidRPr="00E62E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08" w:type="dxa"/>
          </w:tcPr>
          <w:p w14:paraId="337464EC" w14:textId="78C24C13" w:rsidR="00E62E11" w:rsidRPr="00E62E11" w:rsidRDefault="00E62E11" w:rsidP="00E62E11">
            <w:pPr>
              <w:rPr>
                <w:rFonts w:ascii="Times New Roman" w:hAnsi="Times New Roman" w:cs="Times New Roman"/>
              </w:rPr>
            </w:pPr>
            <w:r w:rsidRPr="00E62E11">
              <w:rPr>
                <w:rFonts w:ascii="Times New Roman" w:hAnsi="Times New Roman" w:cs="Times New Roman"/>
                <w:color w:val="000000"/>
              </w:rPr>
              <w:t>Personel için yapılan ödemede, ödeme yapılan kişinin akademik kadroda görevli olduğu doğrulanmış mı?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2E11" w:rsidRPr="00E62E11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E62E11" w:rsidRPr="00E62E11" w:rsidRDefault="00E62E11" w:rsidP="00E62E11">
            <w:pPr>
              <w:jc w:val="center"/>
              <w:rPr>
                <w:rFonts w:ascii="Times New Roman" w:hAnsi="Times New Roman" w:cs="Times New Roman"/>
              </w:rPr>
            </w:pPr>
            <w:r w:rsidRPr="00E62E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08" w:type="dxa"/>
          </w:tcPr>
          <w:p w14:paraId="58859270" w14:textId="566B7888" w:rsidR="00E62E11" w:rsidRPr="00E62E11" w:rsidRDefault="00E62E11" w:rsidP="00E62E11">
            <w:pPr>
              <w:rPr>
                <w:rFonts w:ascii="Times New Roman" w:hAnsi="Times New Roman" w:cs="Times New Roman"/>
              </w:rPr>
            </w:pPr>
            <w:r w:rsidRPr="00E62E11">
              <w:rPr>
                <w:rFonts w:ascii="Times New Roman" w:hAnsi="Times New Roman" w:cs="Times New Roman"/>
                <w:color w:val="000000"/>
              </w:rPr>
              <w:t>Yurt dışına gidecek personel/öğrenci için Erasmus El Kitabındaki süre ve hibe hesaplama esaslarına göre ilk ödeme %80 oranında yapılmış; Davet Mektubu ile onaylı tercümesi eklenmiş mi?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2E11" w:rsidRPr="00E62E11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E62E11" w:rsidRPr="00E62E11" w:rsidRDefault="00E62E11" w:rsidP="00E62E11">
            <w:pPr>
              <w:jc w:val="center"/>
              <w:rPr>
                <w:rFonts w:ascii="Times New Roman" w:hAnsi="Times New Roman" w:cs="Times New Roman"/>
              </w:rPr>
            </w:pPr>
            <w:r w:rsidRPr="00E62E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08" w:type="dxa"/>
          </w:tcPr>
          <w:p w14:paraId="54096F42" w14:textId="73FBCC0D" w:rsidR="00E62E11" w:rsidRPr="00E62E11" w:rsidRDefault="00E62E11" w:rsidP="00E62E11">
            <w:pPr>
              <w:rPr>
                <w:rFonts w:ascii="Times New Roman" w:hAnsi="Times New Roman" w:cs="Times New Roman"/>
              </w:rPr>
            </w:pPr>
            <w:r w:rsidRPr="00E62E11">
              <w:rPr>
                <w:rFonts w:ascii="Times New Roman" w:hAnsi="Times New Roman" w:cs="Times New Roman"/>
                <w:color w:val="000000"/>
              </w:rPr>
              <w:t>Yurt dışından dönen personel/öğrenci için Erasmus El Kitabındaki süre ve hibe hesaplama esaslarına göre kalan %20 ödeme yapılmış; Kabul Mektubu ile onaylı tercümesi eklenmiş mi?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2E11" w:rsidRPr="00E62E11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E62E11" w:rsidRPr="00E62E11" w:rsidRDefault="00E62E11" w:rsidP="00E62E11">
            <w:pPr>
              <w:jc w:val="center"/>
              <w:rPr>
                <w:rFonts w:ascii="Times New Roman" w:hAnsi="Times New Roman" w:cs="Times New Roman"/>
              </w:rPr>
            </w:pPr>
            <w:r w:rsidRPr="00E62E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08" w:type="dxa"/>
          </w:tcPr>
          <w:p w14:paraId="09FF3FB5" w14:textId="1DCFF5FA" w:rsidR="00E62E11" w:rsidRPr="00E62E11" w:rsidRDefault="00E62E11" w:rsidP="00E62E11">
            <w:pPr>
              <w:rPr>
                <w:rFonts w:ascii="Times New Roman" w:hAnsi="Times New Roman" w:cs="Times New Roman"/>
              </w:rPr>
            </w:pPr>
            <w:r w:rsidRPr="00E62E11">
              <w:rPr>
                <w:rFonts w:ascii="Times New Roman" w:hAnsi="Times New Roman" w:cs="Times New Roman"/>
                <w:color w:val="000000"/>
              </w:rPr>
              <w:t>Hibe sözleşmesi mevcut; sözleşmedeki hibe tutarı Harcama Talimatı/Onay Belgesiyle uyumlu ve sözleşme harcama yetkilisi ile görevlendirilen personel/öğrenci tarafından ıslak imzayla imzalanmış mı?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2E11" w:rsidRPr="00E62E11" w14:paraId="64CC9416" w14:textId="77777777" w:rsidTr="009E32B9">
        <w:trPr>
          <w:jc w:val="center"/>
        </w:trPr>
        <w:tc>
          <w:tcPr>
            <w:tcW w:w="810" w:type="dxa"/>
            <w:vAlign w:val="center"/>
          </w:tcPr>
          <w:p w14:paraId="35DFEE49" w14:textId="77777777" w:rsidR="00E62E11" w:rsidRPr="00E62E11" w:rsidRDefault="00E62E11" w:rsidP="00E62E11">
            <w:pPr>
              <w:jc w:val="center"/>
              <w:rPr>
                <w:rFonts w:ascii="Times New Roman" w:hAnsi="Times New Roman" w:cs="Times New Roman"/>
              </w:rPr>
            </w:pPr>
            <w:r w:rsidRPr="00E62E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08" w:type="dxa"/>
          </w:tcPr>
          <w:p w14:paraId="6AC52947" w14:textId="19F05847" w:rsidR="00E62E11" w:rsidRPr="00E62E11" w:rsidRDefault="00E62E11" w:rsidP="00E62E11">
            <w:pPr>
              <w:rPr>
                <w:rFonts w:ascii="Times New Roman" w:hAnsi="Times New Roman" w:cs="Times New Roman"/>
              </w:rPr>
            </w:pPr>
            <w:r w:rsidRPr="00E62E11">
              <w:rPr>
                <w:rFonts w:ascii="Times New Roman" w:hAnsi="Times New Roman" w:cs="Times New Roman"/>
                <w:color w:val="000000"/>
              </w:rPr>
              <w:t>Ödeme Emri Belgesindeki hesap kodları doğru; kişinin adı-soyadı, T.C. kimlik numarası, IBAN'ı ve hibe miktarı Harcama Talimatı/Onay Belgesiyle uyumlu mu?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2B8F4A35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07A23D63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2F20618A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2E11" w:rsidRPr="00E62E11" w14:paraId="5B5E3A95" w14:textId="77777777" w:rsidTr="009E32B9">
        <w:trPr>
          <w:jc w:val="center"/>
        </w:trPr>
        <w:tc>
          <w:tcPr>
            <w:tcW w:w="810" w:type="dxa"/>
            <w:vAlign w:val="center"/>
          </w:tcPr>
          <w:p w14:paraId="1759FB24" w14:textId="77777777" w:rsidR="00E62E11" w:rsidRPr="00E62E11" w:rsidRDefault="00E62E11" w:rsidP="00E62E11">
            <w:pPr>
              <w:jc w:val="center"/>
              <w:rPr>
                <w:rFonts w:ascii="Times New Roman" w:hAnsi="Times New Roman" w:cs="Times New Roman"/>
              </w:rPr>
            </w:pPr>
            <w:r w:rsidRPr="00E62E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08" w:type="dxa"/>
          </w:tcPr>
          <w:p w14:paraId="7204642C" w14:textId="34776227" w:rsidR="00E62E11" w:rsidRPr="00E62E11" w:rsidRDefault="00E62E11" w:rsidP="00E62E11">
            <w:pPr>
              <w:rPr>
                <w:rFonts w:ascii="Times New Roman" w:hAnsi="Times New Roman" w:cs="Times New Roman"/>
              </w:rPr>
            </w:pPr>
            <w:r w:rsidRPr="00E62E11">
              <w:rPr>
                <w:rFonts w:ascii="Times New Roman" w:hAnsi="Times New Roman" w:cs="Times New Roman"/>
                <w:color w:val="000000"/>
              </w:rPr>
              <w:t>Ödeme Emri Belgesindeki imzalar yetki çizelgesine uygun mu? Yetki devri yapılmışsa yetki devrine ilişkin belgeler (Yıllık İzin Formu vb.) eklenmiş mi?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8613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75593CDE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1580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7CC3D070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60117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2939A5CC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2E11" w:rsidRPr="00E62E11" w14:paraId="75AB4112" w14:textId="77777777" w:rsidTr="009E32B9">
        <w:trPr>
          <w:trHeight w:val="480"/>
          <w:jc w:val="center"/>
        </w:trPr>
        <w:tc>
          <w:tcPr>
            <w:tcW w:w="810" w:type="dxa"/>
            <w:vAlign w:val="center"/>
          </w:tcPr>
          <w:p w14:paraId="48FA51CD" w14:textId="77777777" w:rsidR="00E62E11" w:rsidRPr="00E62E11" w:rsidRDefault="00E62E11" w:rsidP="00E62E11">
            <w:pPr>
              <w:jc w:val="center"/>
              <w:rPr>
                <w:rFonts w:ascii="Times New Roman" w:hAnsi="Times New Roman" w:cs="Times New Roman"/>
              </w:rPr>
            </w:pPr>
            <w:r w:rsidRPr="00E62E1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08" w:type="dxa"/>
          </w:tcPr>
          <w:p w14:paraId="4620FFFC" w14:textId="3C2E2703" w:rsidR="00E62E11" w:rsidRPr="00E62E11" w:rsidRDefault="00E62E11" w:rsidP="00E62E11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461736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B095091" w14:textId="3260E602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0553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F64CBB4" w14:textId="583A4F3E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375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48E78A23" w14:textId="1560DBAF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2E11" w:rsidRPr="00E62E11" w14:paraId="379624CB" w14:textId="77777777" w:rsidTr="009E32B9">
        <w:trPr>
          <w:trHeight w:val="454"/>
          <w:jc w:val="center"/>
        </w:trPr>
        <w:tc>
          <w:tcPr>
            <w:tcW w:w="810" w:type="dxa"/>
            <w:vAlign w:val="center"/>
          </w:tcPr>
          <w:p w14:paraId="45EC4002" w14:textId="77777777" w:rsidR="00E62E11" w:rsidRPr="00E62E11" w:rsidRDefault="00E62E11" w:rsidP="00E62E11">
            <w:pPr>
              <w:jc w:val="center"/>
              <w:rPr>
                <w:rFonts w:ascii="Times New Roman" w:hAnsi="Times New Roman" w:cs="Times New Roman"/>
              </w:rPr>
            </w:pPr>
            <w:r w:rsidRPr="00E62E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08" w:type="dxa"/>
          </w:tcPr>
          <w:p w14:paraId="136058EF" w14:textId="18CC6D2A" w:rsidR="00E62E11" w:rsidRPr="00E62E11" w:rsidRDefault="00E62E11" w:rsidP="00E62E11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583766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24071E2" w14:textId="7C9EB6BA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51028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5DD99F" w14:textId="2B48AB96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13811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4727F9C" w14:textId="2478C093" w:rsidR="00E62E11" w:rsidRPr="00E62E11" w:rsidRDefault="00E62E11" w:rsidP="00E62E1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62E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8B143F1" w14:textId="77777777" w:rsidR="00FB4F71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</w:p>
    <w:p w14:paraId="5510A07E" w14:textId="77777777" w:rsidR="00FB4F71" w:rsidRDefault="00FB4F71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</w:p>
    <w:p w14:paraId="6FCA9316" w14:textId="73887580" w:rsidR="0049466B" w:rsidRDefault="0049466B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lastRenderedPageBreak/>
        <w:t xml:space="preserve">Kamu Ön Malî Kontrol Yönetmeliği’nin 6’ncı maddesi kapsamında; ödeme emri belgesi ve eki belgeler bütçe ilke ve esasları, ilgili mevzuat ve kamu iç kontrol standartları yönünden kontrol edilmiş olup uygun </w:t>
      </w:r>
      <w:proofErr w:type="gramStart"/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t>görülmüştür</w:t>
      </w:r>
      <w:proofErr w:type="gramEnd"/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t>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…/…/20..</w:t>
      </w:r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34616">
      <w:headerReference w:type="default" r:id="rId8"/>
      <w:footerReference w:type="default" r:id="rId9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EF1D2" w14:textId="77777777" w:rsidR="00F92BC1" w:rsidRDefault="00F92BC1" w:rsidP="00FB4F71">
      <w:pPr>
        <w:spacing w:after="0" w:line="240" w:lineRule="auto"/>
      </w:pPr>
      <w:r>
        <w:separator/>
      </w:r>
    </w:p>
  </w:endnote>
  <w:endnote w:type="continuationSeparator" w:id="0">
    <w:p w14:paraId="685EEF02" w14:textId="77777777" w:rsidR="00F92BC1" w:rsidRDefault="00F92BC1" w:rsidP="00FB4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FB4F71" w:rsidRPr="007A5A35" w14:paraId="5677360D" w14:textId="77777777" w:rsidTr="00F17EF0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658B6CA" w14:textId="77777777" w:rsidR="00FB4F71" w:rsidRPr="007A5A35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692027" w14:textId="77777777" w:rsidR="00FB4F71" w:rsidRPr="007A5A35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003378F" w14:textId="77777777" w:rsidR="00FB4F71" w:rsidRPr="007A5A35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FB4F71" w:rsidRPr="007A5A35" w14:paraId="7B0216E1" w14:textId="77777777" w:rsidTr="00F17EF0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61670A" w14:textId="77777777" w:rsidR="00FB4F71" w:rsidRPr="007A5A35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BACE10" w14:textId="77777777" w:rsidR="00FB4F71" w:rsidRPr="007A5A35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6801714" w14:textId="77777777" w:rsidR="00FB4F71" w:rsidRPr="007A5A35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2EF4750D" w14:textId="7535A71B" w:rsidR="00FB4F71" w:rsidRDefault="00FB4F71">
    <w:pPr>
      <w:pStyle w:val="AltBilgi"/>
    </w:pPr>
  </w:p>
  <w:p w14:paraId="2799A581" w14:textId="77777777" w:rsidR="00FB4F71" w:rsidRDefault="00FB4F7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2B54B" w14:textId="77777777" w:rsidR="00F92BC1" w:rsidRDefault="00F92BC1" w:rsidP="00FB4F71">
      <w:pPr>
        <w:spacing w:after="0" w:line="240" w:lineRule="auto"/>
      </w:pPr>
      <w:r>
        <w:separator/>
      </w:r>
    </w:p>
  </w:footnote>
  <w:footnote w:type="continuationSeparator" w:id="0">
    <w:p w14:paraId="190F0CDF" w14:textId="77777777" w:rsidR="00F92BC1" w:rsidRDefault="00F92BC1" w:rsidP="00FB4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3"/>
      <w:gridCol w:w="5180"/>
      <w:gridCol w:w="2100"/>
      <w:gridCol w:w="1469"/>
    </w:tblGrid>
    <w:tr w:rsidR="00FB4F71" w:rsidRPr="007A5A35" w14:paraId="27792AB6" w14:textId="77777777" w:rsidTr="00F17EF0">
      <w:trPr>
        <w:trHeight w:val="261"/>
      </w:trPr>
      <w:tc>
        <w:tcPr>
          <w:tcW w:w="1676" w:type="dxa"/>
          <w:vMerge w:val="restart"/>
          <w:vAlign w:val="center"/>
        </w:tcPr>
        <w:p w14:paraId="08ADFBAD" w14:textId="77777777" w:rsidR="00FB4F71" w:rsidRPr="007A5A35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0756E1B7" wp14:editId="2B1DCC40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159CC177" w14:textId="6C9EA76D" w:rsidR="00FB4F71" w:rsidRPr="00FB4F71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 w:rsidRPr="00FB4F71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ERASMUS HİBE İŞLEMLERİNE </w:t>
          </w:r>
          <w:r w:rsidRPr="00FB4F71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39B6ACC0" w14:textId="77777777" w:rsidR="00FB4F71" w:rsidRPr="007A5A35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300E1645" w14:textId="24781F95" w:rsidR="00FB4F71" w:rsidRPr="007A5A35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70</w:t>
          </w:r>
        </w:p>
      </w:tc>
    </w:tr>
    <w:tr w:rsidR="00FB4F71" w:rsidRPr="007A5A35" w14:paraId="489688EA" w14:textId="77777777" w:rsidTr="00F17EF0">
      <w:trPr>
        <w:trHeight w:val="261"/>
      </w:trPr>
      <w:tc>
        <w:tcPr>
          <w:tcW w:w="1676" w:type="dxa"/>
          <w:vMerge/>
          <w:vAlign w:val="center"/>
        </w:tcPr>
        <w:p w14:paraId="6E685331" w14:textId="77777777" w:rsidR="00FB4F71" w:rsidRPr="007A5A35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334C7F27" w14:textId="77777777" w:rsidR="00FB4F71" w:rsidRPr="007A5A35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18B6DADB" w14:textId="77777777" w:rsidR="00FB4F71" w:rsidRPr="007A5A35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39F6B550" w14:textId="77777777" w:rsidR="00FB4F71" w:rsidRPr="007A5A35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FB4F71" w:rsidRPr="007A5A35" w14:paraId="7E71F492" w14:textId="77777777" w:rsidTr="00F17EF0">
      <w:trPr>
        <w:trHeight w:val="261"/>
      </w:trPr>
      <w:tc>
        <w:tcPr>
          <w:tcW w:w="1676" w:type="dxa"/>
          <w:vMerge/>
          <w:vAlign w:val="center"/>
        </w:tcPr>
        <w:p w14:paraId="520F6474" w14:textId="77777777" w:rsidR="00FB4F71" w:rsidRPr="007A5A35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338DA21D" w14:textId="77777777" w:rsidR="00FB4F71" w:rsidRPr="007A5A35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5B91028F" w14:textId="77777777" w:rsidR="00FB4F71" w:rsidRPr="007A5A35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651C017D" w14:textId="77777777" w:rsidR="00FB4F71" w:rsidRPr="007A5A35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FB4F71" w:rsidRPr="007A5A35" w14:paraId="38350E73" w14:textId="77777777" w:rsidTr="00F17EF0">
      <w:trPr>
        <w:trHeight w:val="261"/>
      </w:trPr>
      <w:tc>
        <w:tcPr>
          <w:tcW w:w="1676" w:type="dxa"/>
          <w:vMerge/>
          <w:vAlign w:val="center"/>
        </w:tcPr>
        <w:p w14:paraId="74C06EE9" w14:textId="77777777" w:rsidR="00FB4F71" w:rsidRPr="007A5A35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156BD3D0" w14:textId="77777777" w:rsidR="00FB4F71" w:rsidRPr="007A5A35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64A98D14" w14:textId="77777777" w:rsidR="00FB4F71" w:rsidRPr="007A5A35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57963326" w14:textId="77777777" w:rsidR="00FB4F71" w:rsidRPr="007A5A35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FB4F71" w:rsidRPr="007A5A35" w14:paraId="1AF6C100" w14:textId="77777777" w:rsidTr="00F17EF0">
      <w:trPr>
        <w:trHeight w:val="261"/>
      </w:trPr>
      <w:tc>
        <w:tcPr>
          <w:tcW w:w="1676" w:type="dxa"/>
          <w:vMerge/>
          <w:vAlign w:val="center"/>
        </w:tcPr>
        <w:p w14:paraId="66781CDA" w14:textId="77777777" w:rsidR="00FB4F71" w:rsidRPr="007A5A35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28F7D78D" w14:textId="77777777" w:rsidR="00FB4F71" w:rsidRPr="007A5A35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4714F578" w14:textId="77777777" w:rsidR="00FB4F71" w:rsidRPr="007A5A35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0A19CDBF" w14:textId="77777777" w:rsidR="00FB4F71" w:rsidRPr="007A5A35" w:rsidRDefault="00FB4F71" w:rsidP="00FB4F7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05243828" w14:textId="602BBAE6" w:rsidR="00FB4F71" w:rsidRDefault="00FB4F71">
    <w:pPr>
      <w:pStyle w:val="stBilgi"/>
    </w:pPr>
  </w:p>
  <w:p w14:paraId="435C7574" w14:textId="77777777" w:rsidR="00FB4F71" w:rsidRDefault="00FB4F7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A668A"/>
    <w:rsid w:val="00214460"/>
    <w:rsid w:val="002377E3"/>
    <w:rsid w:val="0029639D"/>
    <w:rsid w:val="00326F90"/>
    <w:rsid w:val="00350BF0"/>
    <w:rsid w:val="003D678A"/>
    <w:rsid w:val="004710E6"/>
    <w:rsid w:val="0049466B"/>
    <w:rsid w:val="005B2152"/>
    <w:rsid w:val="006A3593"/>
    <w:rsid w:val="006C17B4"/>
    <w:rsid w:val="0073159B"/>
    <w:rsid w:val="00780547"/>
    <w:rsid w:val="008831BD"/>
    <w:rsid w:val="008E508D"/>
    <w:rsid w:val="00920C53"/>
    <w:rsid w:val="009834B5"/>
    <w:rsid w:val="009A140A"/>
    <w:rsid w:val="00AA1D8D"/>
    <w:rsid w:val="00B47730"/>
    <w:rsid w:val="00B71931"/>
    <w:rsid w:val="00C6718A"/>
    <w:rsid w:val="00CB0664"/>
    <w:rsid w:val="00D00C18"/>
    <w:rsid w:val="00D07467"/>
    <w:rsid w:val="00DE3D0A"/>
    <w:rsid w:val="00E62E11"/>
    <w:rsid w:val="00EA4814"/>
    <w:rsid w:val="00EB2BB1"/>
    <w:rsid w:val="00F92BC1"/>
    <w:rsid w:val="00FB4F7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6</cp:revision>
  <dcterms:created xsi:type="dcterms:W3CDTF">2026-07-27T10:46:00Z</dcterms:created>
  <dcterms:modified xsi:type="dcterms:W3CDTF">2026-08-03T12:46:00Z</dcterms:modified>
  <cp:category/>
</cp:coreProperties>
</file>