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0" w:type="auto"/>
        <w:tblLook w:val="04A0" w:firstRow="1" w:lastRow="0" w:firstColumn="1" w:lastColumn="0" w:noHBand="0" w:noVBand="1"/>
      </w:tblPr>
      <w:tblGrid>
        <w:gridCol w:w="2092"/>
        <w:gridCol w:w="8438"/>
      </w:tblGrid>
      <w:tr w:rsidR="00123BD3" w14:paraId="0B11984C" w14:textId="77777777" w:rsidTr="00F20C00">
        <w:trPr>
          <w:trHeight w:val="424"/>
        </w:trPr>
        <w:tc>
          <w:tcPr>
            <w:tcW w:w="2092" w:type="dxa"/>
            <w:vAlign w:val="center"/>
          </w:tcPr>
          <w:p w14:paraId="03A26DFB" w14:textId="77777777" w:rsidR="00123BD3" w:rsidRDefault="00000000" w:rsidP="00D07467">
            <w:proofErr w:type="spellStart"/>
            <w:r>
              <w:t>Harcama</w:t>
            </w:r>
            <w:proofErr w:type="spellEnd"/>
            <w:r>
              <w:t xml:space="preserve"> </w:t>
            </w:r>
            <w:proofErr w:type="spellStart"/>
            <w:r>
              <w:t>Birimi</w:t>
            </w:r>
            <w:proofErr w:type="spellEnd"/>
          </w:p>
        </w:tc>
        <w:tc>
          <w:tcPr>
            <w:tcW w:w="8438" w:type="dxa"/>
            <w:vAlign w:val="center"/>
          </w:tcPr>
          <w:p w14:paraId="0961E16C" w14:textId="77777777" w:rsidR="00123BD3" w:rsidRDefault="00123BD3" w:rsidP="00D07467">
            <w:pPr>
              <w:jc w:val="center"/>
            </w:pPr>
          </w:p>
        </w:tc>
      </w:tr>
      <w:tr w:rsidR="00123BD3" w14:paraId="36CA8615" w14:textId="77777777" w:rsidTr="00F20C00">
        <w:trPr>
          <w:trHeight w:val="441"/>
        </w:trPr>
        <w:tc>
          <w:tcPr>
            <w:tcW w:w="2092" w:type="dxa"/>
            <w:vAlign w:val="center"/>
          </w:tcPr>
          <w:p w14:paraId="3D0C4798" w14:textId="77777777" w:rsidR="00123BD3" w:rsidRDefault="00000000">
            <w:r>
              <w:t>İşin Adı</w:t>
            </w:r>
          </w:p>
        </w:tc>
        <w:tc>
          <w:tcPr>
            <w:tcW w:w="8438" w:type="dxa"/>
            <w:vAlign w:val="center"/>
          </w:tcPr>
          <w:p w14:paraId="1B235D99" w14:textId="77777777" w:rsidR="00123BD3" w:rsidRDefault="00123BD3"/>
        </w:tc>
      </w:tr>
    </w:tbl>
    <w:p w14:paraId="1286A2C2" w14:textId="77777777" w:rsidR="00123BD3" w:rsidRDefault="00123BD3"/>
    <w:tbl>
      <w:tblPr>
        <w:tblStyle w:val="TabloKlavuzu"/>
        <w:tblW w:w="0" w:type="auto"/>
        <w:jc w:val="center"/>
        <w:tblLook w:val="04A0" w:firstRow="1" w:lastRow="0" w:firstColumn="1" w:lastColumn="0" w:noHBand="0" w:noVBand="1"/>
      </w:tblPr>
      <w:tblGrid>
        <w:gridCol w:w="810"/>
        <w:gridCol w:w="6608"/>
        <w:gridCol w:w="1268"/>
        <w:gridCol w:w="980"/>
        <w:gridCol w:w="864"/>
      </w:tblGrid>
      <w:tr w:rsidR="00123BD3" w14:paraId="54F28CC4" w14:textId="77777777" w:rsidTr="008831BD">
        <w:trPr>
          <w:jc w:val="center"/>
        </w:trPr>
        <w:tc>
          <w:tcPr>
            <w:tcW w:w="810" w:type="dxa"/>
            <w:vAlign w:val="center"/>
          </w:tcPr>
          <w:p w14:paraId="521E98C2" w14:textId="77777777" w:rsidR="00123BD3" w:rsidRDefault="00000000">
            <w:pPr>
              <w:jc w:val="center"/>
            </w:pPr>
            <w:r>
              <w:rPr>
                <w:b/>
              </w:rPr>
              <w:t>Sıra No</w:t>
            </w:r>
          </w:p>
        </w:tc>
        <w:tc>
          <w:tcPr>
            <w:tcW w:w="6608" w:type="dxa"/>
            <w:vAlign w:val="center"/>
          </w:tcPr>
          <w:p w14:paraId="7AD731B9" w14:textId="77777777" w:rsidR="00123BD3" w:rsidRDefault="00000000">
            <w:pPr>
              <w:jc w:val="center"/>
            </w:pPr>
            <w:r>
              <w:rPr>
                <w:b/>
              </w:rPr>
              <w:t>Kontrol Edilecek Hususlar</w:t>
            </w:r>
          </w:p>
        </w:tc>
        <w:tc>
          <w:tcPr>
            <w:tcW w:w="1268" w:type="dxa"/>
            <w:vAlign w:val="center"/>
          </w:tcPr>
          <w:p w14:paraId="2C9B91F3" w14:textId="77777777" w:rsidR="00123BD3" w:rsidRDefault="00000000">
            <w:pPr>
              <w:jc w:val="center"/>
            </w:pPr>
            <w:r>
              <w:rPr>
                <w:b/>
              </w:rPr>
              <w:t>Zorunlu Değil</w:t>
            </w:r>
          </w:p>
        </w:tc>
        <w:tc>
          <w:tcPr>
            <w:tcW w:w="980" w:type="dxa"/>
            <w:vAlign w:val="center"/>
          </w:tcPr>
          <w:p w14:paraId="673AE7F9" w14:textId="77777777" w:rsidR="00123BD3" w:rsidRDefault="00000000">
            <w:pPr>
              <w:jc w:val="center"/>
            </w:pPr>
            <w:r>
              <w:rPr>
                <w:b/>
              </w:rPr>
              <w:t>Evet</w:t>
            </w:r>
          </w:p>
        </w:tc>
        <w:tc>
          <w:tcPr>
            <w:tcW w:w="864" w:type="dxa"/>
            <w:vAlign w:val="center"/>
          </w:tcPr>
          <w:p w14:paraId="59E22D59" w14:textId="77777777" w:rsidR="00123BD3" w:rsidRDefault="00000000">
            <w:pPr>
              <w:jc w:val="center"/>
            </w:pPr>
            <w:r>
              <w:rPr>
                <w:b/>
              </w:rPr>
              <w:t>Hayır</w:t>
            </w:r>
          </w:p>
        </w:tc>
      </w:tr>
      <w:tr w:rsidR="00C41FD5" w14:paraId="6048EF0C" w14:textId="77777777" w:rsidTr="003979A1">
        <w:trPr>
          <w:jc w:val="center"/>
        </w:trPr>
        <w:tc>
          <w:tcPr>
            <w:tcW w:w="810" w:type="dxa"/>
            <w:vAlign w:val="center"/>
          </w:tcPr>
          <w:p w14:paraId="780F2872" w14:textId="77777777" w:rsidR="00C41FD5" w:rsidRDefault="00C41FD5" w:rsidP="00C41FD5">
            <w:pPr>
              <w:jc w:val="center"/>
            </w:pPr>
            <w:r>
              <w:t>1</w:t>
            </w:r>
          </w:p>
        </w:tc>
        <w:tc>
          <w:tcPr>
            <w:tcW w:w="6608" w:type="dxa"/>
          </w:tcPr>
          <w:p w14:paraId="788F972B" w14:textId="7503D5A3" w:rsidR="00C41FD5" w:rsidRDefault="00C41FD5" w:rsidP="00C41FD5">
            <w:r>
              <w:rPr>
                <w:rFonts w:ascii="Cambria" w:hAnsi="Cambria" w:cs="Segoe UI"/>
                <w:color w:val="000000"/>
              </w:rPr>
              <w:t>Ödeme Emri Belgesi'ndeki bütçe tertibi, kesinti kodları ve damga vergisi detay kodu doğru seçilmiş mi?</w:t>
            </w:r>
          </w:p>
        </w:tc>
        <w:sdt>
          <w:sdtPr>
            <w:rPr>
              <w:sz w:val="18"/>
              <w:szCs w:val="18"/>
            </w:rPr>
            <w:id w:val="-1177335088"/>
            <w14:checkbox>
              <w14:checked w14:val="0"/>
              <w14:checkedState w14:val="2612" w14:font="MS Gothic"/>
              <w14:uncheckedState w14:val="2610" w14:font="MS Gothic"/>
            </w14:checkbox>
          </w:sdtPr>
          <w:sdtContent>
            <w:tc>
              <w:tcPr>
                <w:tcW w:w="1268" w:type="dxa"/>
                <w:vAlign w:val="center"/>
              </w:tcPr>
              <w:p w14:paraId="37A75345" w14:textId="55366C0E" w:rsidR="00C41FD5" w:rsidRDefault="00C41FD5" w:rsidP="00C41FD5">
                <w:pPr>
                  <w:jc w:val="center"/>
                </w:pPr>
                <w:r>
                  <w:rPr>
                    <w:rFonts w:ascii="MS Gothic" w:eastAsia="MS Gothic" w:hAnsi="MS Gothic" w:hint="eastAsia"/>
                    <w:sz w:val="18"/>
                    <w:szCs w:val="18"/>
                  </w:rPr>
                  <w:t>☐</w:t>
                </w:r>
              </w:p>
            </w:tc>
          </w:sdtContent>
        </w:sdt>
        <w:sdt>
          <w:sdtPr>
            <w:rPr>
              <w:sz w:val="18"/>
              <w:szCs w:val="18"/>
            </w:rPr>
            <w:id w:val="643316496"/>
            <w14:checkbox>
              <w14:checked w14:val="0"/>
              <w14:checkedState w14:val="2612" w14:font="MS Gothic"/>
              <w14:uncheckedState w14:val="2610" w14:font="MS Gothic"/>
            </w14:checkbox>
          </w:sdtPr>
          <w:sdtContent>
            <w:tc>
              <w:tcPr>
                <w:tcW w:w="980" w:type="dxa"/>
                <w:vAlign w:val="center"/>
              </w:tcPr>
              <w:p w14:paraId="29324147" w14:textId="55341B67" w:rsidR="00C41FD5" w:rsidRDefault="00C41FD5" w:rsidP="00C41FD5">
                <w:pPr>
                  <w:jc w:val="center"/>
                </w:pPr>
                <w:r>
                  <w:rPr>
                    <w:rFonts w:ascii="MS Gothic" w:eastAsia="MS Gothic" w:hAnsi="MS Gothic" w:hint="eastAsia"/>
                    <w:sz w:val="18"/>
                    <w:szCs w:val="18"/>
                  </w:rPr>
                  <w:t>☐</w:t>
                </w:r>
              </w:p>
            </w:tc>
          </w:sdtContent>
        </w:sdt>
        <w:sdt>
          <w:sdtPr>
            <w:rPr>
              <w:sz w:val="18"/>
              <w:szCs w:val="18"/>
            </w:rPr>
            <w:id w:val="764885587"/>
            <w14:checkbox>
              <w14:checked w14:val="0"/>
              <w14:checkedState w14:val="2612" w14:font="MS Gothic"/>
              <w14:uncheckedState w14:val="2610" w14:font="MS Gothic"/>
            </w14:checkbox>
          </w:sdtPr>
          <w:sdtContent>
            <w:tc>
              <w:tcPr>
                <w:tcW w:w="864" w:type="dxa"/>
                <w:vAlign w:val="center"/>
              </w:tcPr>
              <w:p w14:paraId="07FF1803" w14:textId="28F77A11" w:rsidR="00C41FD5" w:rsidRDefault="00C41FD5" w:rsidP="00C41FD5">
                <w:pPr>
                  <w:jc w:val="center"/>
                </w:pPr>
                <w:r>
                  <w:rPr>
                    <w:rFonts w:ascii="MS Gothic" w:eastAsia="MS Gothic" w:hAnsi="MS Gothic" w:hint="eastAsia"/>
                    <w:sz w:val="18"/>
                    <w:szCs w:val="18"/>
                  </w:rPr>
                  <w:t>☐</w:t>
                </w:r>
              </w:p>
            </w:tc>
          </w:sdtContent>
        </w:sdt>
      </w:tr>
      <w:tr w:rsidR="00C41FD5" w14:paraId="3AF0B689" w14:textId="77777777" w:rsidTr="003979A1">
        <w:trPr>
          <w:jc w:val="center"/>
        </w:trPr>
        <w:tc>
          <w:tcPr>
            <w:tcW w:w="810" w:type="dxa"/>
            <w:vAlign w:val="center"/>
          </w:tcPr>
          <w:p w14:paraId="690795E5" w14:textId="77777777" w:rsidR="00C41FD5" w:rsidRDefault="00C41FD5" w:rsidP="00C41FD5">
            <w:pPr>
              <w:jc w:val="center"/>
            </w:pPr>
            <w:r>
              <w:t>2</w:t>
            </w:r>
          </w:p>
        </w:tc>
        <w:tc>
          <w:tcPr>
            <w:tcW w:w="6608" w:type="dxa"/>
          </w:tcPr>
          <w:p w14:paraId="630E59AA" w14:textId="2F27B372" w:rsidR="00C41FD5" w:rsidRDefault="00C41FD5" w:rsidP="00C41FD5">
            <w:r>
              <w:rPr>
                <w:rFonts w:ascii="Cambria" w:hAnsi="Cambria" w:cs="Segoe UI"/>
                <w:color w:val="000000"/>
              </w:rPr>
              <w:t>Bordro, Personel Bildirimi, Banka Listesi ile varsa sendika, icra ve lojman kesintilerine ilişkin belgeler dosyaya eklenmiş mi?</w:t>
            </w:r>
          </w:p>
        </w:tc>
        <w:sdt>
          <w:sdtPr>
            <w:rPr>
              <w:sz w:val="18"/>
              <w:szCs w:val="18"/>
            </w:rPr>
            <w:id w:val="877281227"/>
            <w14:checkbox>
              <w14:checked w14:val="0"/>
              <w14:checkedState w14:val="2612" w14:font="MS Gothic"/>
              <w14:uncheckedState w14:val="2610" w14:font="MS Gothic"/>
            </w14:checkbox>
          </w:sdtPr>
          <w:sdtContent>
            <w:tc>
              <w:tcPr>
                <w:tcW w:w="1268" w:type="dxa"/>
                <w:vAlign w:val="center"/>
              </w:tcPr>
              <w:p w14:paraId="3892C90B" w14:textId="51E1CB16" w:rsidR="00C41FD5" w:rsidRDefault="00C41FD5" w:rsidP="00C41FD5">
                <w:pPr>
                  <w:jc w:val="center"/>
                </w:pPr>
                <w:r>
                  <w:rPr>
                    <w:rFonts w:ascii="MS Gothic" w:eastAsia="MS Gothic" w:hAnsi="MS Gothic" w:hint="eastAsia"/>
                    <w:sz w:val="18"/>
                    <w:szCs w:val="18"/>
                  </w:rPr>
                  <w:t>☐</w:t>
                </w:r>
              </w:p>
            </w:tc>
          </w:sdtContent>
        </w:sdt>
        <w:sdt>
          <w:sdtPr>
            <w:rPr>
              <w:sz w:val="18"/>
              <w:szCs w:val="18"/>
            </w:rPr>
            <w:id w:val="-1793966478"/>
            <w14:checkbox>
              <w14:checked w14:val="0"/>
              <w14:checkedState w14:val="2612" w14:font="MS Gothic"/>
              <w14:uncheckedState w14:val="2610" w14:font="MS Gothic"/>
            </w14:checkbox>
          </w:sdtPr>
          <w:sdtContent>
            <w:tc>
              <w:tcPr>
                <w:tcW w:w="980" w:type="dxa"/>
                <w:vAlign w:val="center"/>
              </w:tcPr>
              <w:p w14:paraId="72376F41" w14:textId="7D56AF42" w:rsidR="00C41FD5" w:rsidRDefault="00C41FD5" w:rsidP="00C41FD5">
                <w:pPr>
                  <w:jc w:val="center"/>
                </w:pPr>
                <w:r>
                  <w:rPr>
                    <w:rFonts w:ascii="MS Gothic" w:eastAsia="MS Gothic" w:hAnsi="MS Gothic" w:hint="eastAsia"/>
                    <w:sz w:val="18"/>
                    <w:szCs w:val="18"/>
                  </w:rPr>
                  <w:t>☐</w:t>
                </w:r>
              </w:p>
            </w:tc>
          </w:sdtContent>
        </w:sdt>
        <w:sdt>
          <w:sdtPr>
            <w:rPr>
              <w:sz w:val="18"/>
              <w:szCs w:val="18"/>
            </w:rPr>
            <w:id w:val="-1499419359"/>
            <w14:checkbox>
              <w14:checked w14:val="0"/>
              <w14:checkedState w14:val="2612" w14:font="MS Gothic"/>
              <w14:uncheckedState w14:val="2610" w14:font="MS Gothic"/>
            </w14:checkbox>
          </w:sdtPr>
          <w:sdtContent>
            <w:tc>
              <w:tcPr>
                <w:tcW w:w="864" w:type="dxa"/>
                <w:vAlign w:val="center"/>
              </w:tcPr>
              <w:p w14:paraId="53B3FCA9" w14:textId="128CB5B4" w:rsidR="00C41FD5" w:rsidRDefault="00C41FD5" w:rsidP="00C41FD5">
                <w:pPr>
                  <w:jc w:val="center"/>
                </w:pPr>
                <w:r>
                  <w:rPr>
                    <w:rFonts w:ascii="MS Gothic" w:eastAsia="MS Gothic" w:hAnsi="MS Gothic" w:hint="eastAsia"/>
                    <w:sz w:val="18"/>
                    <w:szCs w:val="18"/>
                  </w:rPr>
                  <w:t>☐</w:t>
                </w:r>
              </w:p>
            </w:tc>
          </w:sdtContent>
        </w:sdt>
      </w:tr>
      <w:tr w:rsidR="00C41FD5" w14:paraId="4116D98B" w14:textId="77777777" w:rsidTr="003979A1">
        <w:trPr>
          <w:jc w:val="center"/>
        </w:trPr>
        <w:tc>
          <w:tcPr>
            <w:tcW w:w="810" w:type="dxa"/>
            <w:vAlign w:val="center"/>
          </w:tcPr>
          <w:p w14:paraId="3F978920" w14:textId="77777777" w:rsidR="00C41FD5" w:rsidRDefault="00C41FD5" w:rsidP="00C41FD5">
            <w:pPr>
              <w:jc w:val="center"/>
            </w:pPr>
            <w:r>
              <w:t>3</w:t>
            </w:r>
          </w:p>
        </w:tc>
        <w:tc>
          <w:tcPr>
            <w:tcW w:w="6608" w:type="dxa"/>
          </w:tcPr>
          <w:p w14:paraId="337464EC" w14:textId="211BDF2D" w:rsidR="00C41FD5" w:rsidRDefault="00C41FD5" w:rsidP="00C41FD5">
            <w:r>
              <w:rPr>
                <w:rFonts w:ascii="Cambria" w:hAnsi="Cambria" w:cs="Segoe UI"/>
                <w:color w:val="000000"/>
              </w:rPr>
              <w:t>Yeni işe başlayan yabancı uyruklu personele ilişkin Yükseköğretim Kurulu Başkanlığının çalışma ön izni uygunluk yazısı, Çalışma ve Sosyal Güvenlik Bakanlığınca verilen çalışma izni, işe başlama yazısı, sigortalı işe giriş bildirgesi, TİP sözleşmesi, aile yardımı bildirimi ve varsa sendika üyelik formu dosyaya eklenmiş mi?</w:t>
            </w:r>
          </w:p>
        </w:tc>
        <w:sdt>
          <w:sdtPr>
            <w:rPr>
              <w:sz w:val="18"/>
              <w:szCs w:val="18"/>
            </w:rPr>
            <w:id w:val="-1192454857"/>
            <w14:checkbox>
              <w14:checked w14:val="0"/>
              <w14:checkedState w14:val="2612" w14:font="MS Gothic"/>
              <w14:uncheckedState w14:val="2610" w14:font="MS Gothic"/>
            </w14:checkbox>
          </w:sdtPr>
          <w:sdtContent>
            <w:tc>
              <w:tcPr>
                <w:tcW w:w="1268" w:type="dxa"/>
                <w:vAlign w:val="center"/>
              </w:tcPr>
              <w:p w14:paraId="1350727A" w14:textId="57880B55" w:rsidR="00C41FD5" w:rsidRDefault="00C41FD5" w:rsidP="00C41FD5">
                <w:pPr>
                  <w:jc w:val="center"/>
                </w:pPr>
                <w:r>
                  <w:rPr>
                    <w:rFonts w:ascii="MS Gothic" w:eastAsia="MS Gothic" w:hAnsi="MS Gothic" w:hint="eastAsia"/>
                    <w:sz w:val="18"/>
                    <w:szCs w:val="18"/>
                  </w:rPr>
                  <w:t>☐</w:t>
                </w:r>
              </w:p>
            </w:tc>
          </w:sdtContent>
        </w:sdt>
        <w:sdt>
          <w:sdtPr>
            <w:rPr>
              <w:sz w:val="18"/>
              <w:szCs w:val="18"/>
            </w:rPr>
            <w:id w:val="1066229366"/>
            <w14:checkbox>
              <w14:checked w14:val="0"/>
              <w14:checkedState w14:val="2612" w14:font="MS Gothic"/>
              <w14:uncheckedState w14:val="2610" w14:font="MS Gothic"/>
            </w14:checkbox>
          </w:sdtPr>
          <w:sdtContent>
            <w:tc>
              <w:tcPr>
                <w:tcW w:w="980" w:type="dxa"/>
                <w:vAlign w:val="center"/>
              </w:tcPr>
              <w:p w14:paraId="10446367" w14:textId="11623C79" w:rsidR="00C41FD5" w:rsidRDefault="00C41FD5" w:rsidP="00C41FD5">
                <w:pPr>
                  <w:jc w:val="center"/>
                </w:pPr>
                <w:r>
                  <w:rPr>
                    <w:rFonts w:ascii="MS Gothic" w:eastAsia="MS Gothic" w:hAnsi="MS Gothic" w:hint="eastAsia"/>
                    <w:sz w:val="18"/>
                    <w:szCs w:val="18"/>
                  </w:rPr>
                  <w:t>☐</w:t>
                </w:r>
              </w:p>
            </w:tc>
          </w:sdtContent>
        </w:sdt>
        <w:sdt>
          <w:sdtPr>
            <w:rPr>
              <w:sz w:val="18"/>
              <w:szCs w:val="18"/>
            </w:rPr>
            <w:id w:val="-135492079"/>
            <w14:checkbox>
              <w14:checked w14:val="0"/>
              <w14:checkedState w14:val="2612" w14:font="MS Gothic"/>
              <w14:uncheckedState w14:val="2610" w14:font="MS Gothic"/>
            </w14:checkbox>
          </w:sdtPr>
          <w:sdtContent>
            <w:tc>
              <w:tcPr>
                <w:tcW w:w="864" w:type="dxa"/>
                <w:vAlign w:val="center"/>
              </w:tcPr>
              <w:p w14:paraId="2AA618EC" w14:textId="4782D56C" w:rsidR="00C41FD5" w:rsidRDefault="00C41FD5" w:rsidP="00C41FD5">
                <w:pPr>
                  <w:jc w:val="center"/>
                </w:pPr>
                <w:r>
                  <w:rPr>
                    <w:rFonts w:ascii="MS Gothic" w:eastAsia="MS Gothic" w:hAnsi="MS Gothic" w:hint="eastAsia"/>
                    <w:sz w:val="18"/>
                    <w:szCs w:val="18"/>
                  </w:rPr>
                  <w:t>☐</w:t>
                </w:r>
              </w:p>
            </w:tc>
          </w:sdtContent>
        </w:sdt>
      </w:tr>
      <w:tr w:rsidR="00C41FD5" w14:paraId="6B423030" w14:textId="77777777" w:rsidTr="003979A1">
        <w:trPr>
          <w:trHeight w:val="424"/>
          <w:jc w:val="center"/>
        </w:trPr>
        <w:tc>
          <w:tcPr>
            <w:tcW w:w="810" w:type="dxa"/>
            <w:vAlign w:val="center"/>
          </w:tcPr>
          <w:p w14:paraId="24A49219" w14:textId="77777777" w:rsidR="00C41FD5" w:rsidRDefault="00C41FD5" w:rsidP="00C41FD5">
            <w:pPr>
              <w:jc w:val="center"/>
            </w:pPr>
            <w:r>
              <w:t>4</w:t>
            </w:r>
          </w:p>
        </w:tc>
        <w:tc>
          <w:tcPr>
            <w:tcW w:w="6608" w:type="dxa"/>
          </w:tcPr>
          <w:p w14:paraId="58859270" w14:textId="454D951E" w:rsidR="00C41FD5" w:rsidRDefault="00C41FD5" w:rsidP="00C41FD5">
            <w:r>
              <w:rPr>
                <w:rFonts w:ascii="Cambria" w:hAnsi="Cambria" w:cs="Segoe UI"/>
                <w:color w:val="000000"/>
              </w:rPr>
              <w:t>İşten ayrılan personele ilişkin işten ayrılış yazısı ve sigortalı işten ayrılış bildirgesi dosyaya eklenmiş mi?</w:t>
            </w:r>
          </w:p>
        </w:tc>
        <w:sdt>
          <w:sdtPr>
            <w:rPr>
              <w:sz w:val="18"/>
              <w:szCs w:val="18"/>
            </w:rPr>
            <w:id w:val="-579142912"/>
            <w14:checkbox>
              <w14:checked w14:val="0"/>
              <w14:checkedState w14:val="2612" w14:font="MS Gothic"/>
              <w14:uncheckedState w14:val="2610" w14:font="MS Gothic"/>
            </w14:checkbox>
          </w:sdtPr>
          <w:sdtContent>
            <w:tc>
              <w:tcPr>
                <w:tcW w:w="1268" w:type="dxa"/>
                <w:vAlign w:val="center"/>
              </w:tcPr>
              <w:p w14:paraId="174FA5DC" w14:textId="4CD3D467" w:rsidR="00C41FD5" w:rsidRDefault="00C41FD5" w:rsidP="00C41FD5">
                <w:pPr>
                  <w:jc w:val="center"/>
                </w:pPr>
                <w:r>
                  <w:rPr>
                    <w:rFonts w:ascii="MS Gothic" w:eastAsia="MS Gothic" w:hAnsi="MS Gothic" w:hint="eastAsia"/>
                    <w:sz w:val="18"/>
                    <w:szCs w:val="18"/>
                  </w:rPr>
                  <w:t>☐</w:t>
                </w:r>
              </w:p>
            </w:tc>
          </w:sdtContent>
        </w:sdt>
        <w:sdt>
          <w:sdtPr>
            <w:rPr>
              <w:sz w:val="18"/>
              <w:szCs w:val="18"/>
            </w:rPr>
            <w:id w:val="412365257"/>
            <w14:checkbox>
              <w14:checked w14:val="0"/>
              <w14:checkedState w14:val="2612" w14:font="MS Gothic"/>
              <w14:uncheckedState w14:val="2610" w14:font="MS Gothic"/>
            </w14:checkbox>
          </w:sdtPr>
          <w:sdtContent>
            <w:tc>
              <w:tcPr>
                <w:tcW w:w="980" w:type="dxa"/>
                <w:vAlign w:val="center"/>
              </w:tcPr>
              <w:p w14:paraId="659AB439" w14:textId="200B28B2" w:rsidR="00C41FD5" w:rsidRDefault="00C41FD5" w:rsidP="00C41FD5">
                <w:pPr>
                  <w:jc w:val="center"/>
                </w:pPr>
                <w:r>
                  <w:rPr>
                    <w:rFonts w:ascii="MS Gothic" w:eastAsia="MS Gothic" w:hAnsi="MS Gothic" w:hint="eastAsia"/>
                    <w:sz w:val="18"/>
                    <w:szCs w:val="18"/>
                  </w:rPr>
                  <w:t>☐</w:t>
                </w:r>
              </w:p>
            </w:tc>
          </w:sdtContent>
        </w:sdt>
        <w:sdt>
          <w:sdtPr>
            <w:rPr>
              <w:sz w:val="18"/>
              <w:szCs w:val="18"/>
            </w:rPr>
            <w:id w:val="469179239"/>
            <w14:checkbox>
              <w14:checked w14:val="0"/>
              <w14:checkedState w14:val="2612" w14:font="MS Gothic"/>
              <w14:uncheckedState w14:val="2610" w14:font="MS Gothic"/>
            </w14:checkbox>
          </w:sdtPr>
          <w:sdtContent>
            <w:tc>
              <w:tcPr>
                <w:tcW w:w="864" w:type="dxa"/>
                <w:vAlign w:val="center"/>
              </w:tcPr>
              <w:p w14:paraId="7B00DD99" w14:textId="48B7C585" w:rsidR="00C41FD5" w:rsidRDefault="00C41FD5" w:rsidP="00C41FD5">
                <w:pPr>
                  <w:jc w:val="center"/>
                </w:pPr>
                <w:r>
                  <w:rPr>
                    <w:rFonts w:ascii="MS Gothic" w:eastAsia="MS Gothic" w:hAnsi="MS Gothic" w:hint="eastAsia"/>
                    <w:sz w:val="18"/>
                    <w:szCs w:val="18"/>
                  </w:rPr>
                  <w:t>☐</w:t>
                </w:r>
              </w:p>
            </w:tc>
          </w:sdtContent>
        </w:sdt>
      </w:tr>
      <w:tr w:rsidR="00C41FD5" w14:paraId="141FBE90" w14:textId="77777777" w:rsidTr="003979A1">
        <w:trPr>
          <w:trHeight w:val="417"/>
          <w:jc w:val="center"/>
        </w:trPr>
        <w:tc>
          <w:tcPr>
            <w:tcW w:w="810" w:type="dxa"/>
            <w:vAlign w:val="center"/>
          </w:tcPr>
          <w:p w14:paraId="653F9A25" w14:textId="77777777" w:rsidR="00C41FD5" w:rsidRDefault="00C41FD5" w:rsidP="00C41FD5">
            <w:pPr>
              <w:jc w:val="center"/>
            </w:pPr>
            <w:r>
              <w:t>5</w:t>
            </w:r>
          </w:p>
        </w:tc>
        <w:tc>
          <w:tcPr>
            <w:tcW w:w="6608" w:type="dxa"/>
          </w:tcPr>
          <w:p w14:paraId="54096F42" w14:textId="4C5E7C96" w:rsidR="00C41FD5" w:rsidRDefault="00C41FD5" w:rsidP="00C41FD5">
            <w:r>
              <w:rPr>
                <w:rFonts w:ascii="Cambria" w:hAnsi="Cambria" w:cs="Segoe UI"/>
                <w:color w:val="000000"/>
              </w:rPr>
              <w:t>Unvan değişikliği veya brüt sözleşme ücretinin memur aylık katsayısı artış oranının üzerinde artırılması halinde Yükseköğretim Kurulu Başkanlığının uygunluk yazısı dosyaya eklenmiş mi?</w:t>
            </w:r>
          </w:p>
        </w:tc>
        <w:sdt>
          <w:sdtPr>
            <w:rPr>
              <w:sz w:val="18"/>
              <w:szCs w:val="18"/>
            </w:rPr>
            <w:id w:val="666751094"/>
            <w14:checkbox>
              <w14:checked w14:val="0"/>
              <w14:checkedState w14:val="2612" w14:font="MS Gothic"/>
              <w14:uncheckedState w14:val="2610" w14:font="MS Gothic"/>
            </w14:checkbox>
          </w:sdtPr>
          <w:sdtContent>
            <w:tc>
              <w:tcPr>
                <w:tcW w:w="1268" w:type="dxa"/>
                <w:vAlign w:val="center"/>
              </w:tcPr>
              <w:p w14:paraId="08FE0D73" w14:textId="4BF861E6" w:rsidR="00C41FD5" w:rsidRDefault="00C41FD5" w:rsidP="00C41FD5">
                <w:pPr>
                  <w:jc w:val="center"/>
                </w:pPr>
                <w:r>
                  <w:rPr>
                    <w:rFonts w:ascii="MS Gothic" w:eastAsia="MS Gothic" w:hAnsi="MS Gothic" w:hint="eastAsia"/>
                    <w:sz w:val="18"/>
                    <w:szCs w:val="18"/>
                  </w:rPr>
                  <w:t>☐</w:t>
                </w:r>
              </w:p>
            </w:tc>
          </w:sdtContent>
        </w:sdt>
        <w:sdt>
          <w:sdtPr>
            <w:rPr>
              <w:sz w:val="18"/>
              <w:szCs w:val="18"/>
            </w:rPr>
            <w:id w:val="-917086359"/>
            <w14:checkbox>
              <w14:checked w14:val="0"/>
              <w14:checkedState w14:val="2612" w14:font="MS Gothic"/>
              <w14:uncheckedState w14:val="2610" w14:font="MS Gothic"/>
            </w14:checkbox>
          </w:sdtPr>
          <w:sdtContent>
            <w:tc>
              <w:tcPr>
                <w:tcW w:w="980" w:type="dxa"/>
                <w:vAlign w:val="center"/>
              </w:tcPr>
              <w:p w14:paraId="1556996C" w14:textId="44C23475" w:rsidR="00C41FD5" w:rsidRDefault="00C41FD5" w:rsidP="00C41FD5">
                <w:pPr>
                  <w:jc w:val="center"/>
                </w:pPr>
                <w:r>
                  <w:rPr>
                    <w:rFonts w:ascii="MS Gothic" w:eastAsia="MS Gothic" w:hAnsi="MS Gothic" w:hint="eastAsia"/>
                    <w:sz w:val="18"/>
                    <w:szCs w:val="18"/>
                  </w:rPr>
                  <w:t>☐</w:t>
                </w:r>
              </w:p>
            </w:tc>
          </w:sdtContent>
        </w:sdt>
        <w:sdt>
          <w:sdtPr>
            <w:rPr>
              <w:sz w:val="18"/>
              <w:szCs w:val="18"/>
            </w:rPr>
            <w:id w:val="1111243324"/>
            <w14:checkbox>
              <w14:checked w14:val="0"/>
              <w14:checkedState w14:val="2612" w14:font="MS Gothic"/>
              <w14:uncheckedState w14:val="2610" w14:font="MS Gothic"/>
            </w14:checkbox>
          </w:sdtPr>
          <w:sdtContent>
            <w:tc>
              <w:tcPr>
                <w:tcW w:w="864" w:type="dxa"/>
                <w:vAlign w:val="center"/>
              </w:tcPr>
              <w:p w14:paraId="364870E4" w14:textId="33820575" w:rsidR="00C41FD5" w:rsidRDefault="00C41FD5" w:rsidP="00C41FD5">
                <w:pPr>
                  <w:jc w:val="center"/>
                </w:pPr>
                <w:r>
                  <w:rPr>
                    <w:rFonts w:ascii="MS Gothic" w:eastAsia="MS Gothic" w:hAnsi="MS Gothic" w:hint="eastAsia"/>
                    <w:sz w:val="18"/>
                    <w:szCs w:val="18"/>
                  </w:rPr>
                  <w:t>☐</w:t>
                </w:r>
              </w:p>
            </w:tc>
          </w:sdtContent>
        </w:sdt>
      </w:tr>
      <w:tr w:rsidR="00C41FD5" w14:paraId="7D40B154" w14:textId="77777777" w:rsidTr="003979A1">
        <w:trPr>
          <w:jc w:val="center"/>
        </w:trPr>
        <w:tc>
          <w:tcPr>
            <w:tcW w:w="810" w:type="dxa"/>
            <w:vAlign w:val="center"/>
          </w:tcPr>
          <w:p w14:paraId="20DE44B9" w14:textId="77777777" w:rsidR="00C41FD5" w:rsidRDefault="00C41FD5" w:rsidP="00C41FD5">
            <w:pPr>
              <w:jc w:val="center"/>
            </w:pPr>
            <w:r>
              <w:t>6</w:t>
            </w:r>
          </w:p>
        </w:tc>
        <w:tc>
          <w:tcPr>
            <w:tcW w:w="6608" w:type="dxa"/>
          </w:tcPr>
          <w:p w14:paraId="09FF3FB5" w14:textId="5FDE546A" w:rsidR="00C41FD5" w:rsidRDefault="00C41FD5" w:rsidP="00C41FD5">
            <w:r>
              <w:rPr>
                <w:rFonts w:ascii="Cambria" w:hAnsi="Cambria" w:cs="Segoe UI"/>
                <w:color w:val="000000"/>
              </w:rPr>
              <w:t>Sendika üyeliği değişikliği ile aile yardımı talep edilmesi halinde eşin çalışmadığına ilişkin resmî belge dosyaya eklenmiş mi?</w:t>
            </w:r>
          </w:p>
        </w:tc>
        <w:sdt>
          <w:sdtPr>
            <w:rPr>
              <w:sz w:val="18"/>
              <w:szCs w:val="18"/>
            </w:rPr>
            <w:id w:val="1131129571"/>
            <w14:checkbox>
              <w14:checked w14:val="0"/>
              <w14:checkedState w14:val="2612" w14:font="MS Gothic"/>
              <w14:uncheckedState w14:val="2610" w14:font="MS Gothic"/>
            </w14:checkbox>
          </w:sdtPr>
          <w:sdtContent>
            <w:tc>
              <w:tcPr>
                <w:tcW w:w="1268" w:type="dxa"/>
                <w:vAlign w:val="center"/>
              </w:tcPr>
              <w:p w14:paraId="203BB5B5" w14:textId="0ED9E0C8" w:rsidR="00C41FD5" w:rsidRDefault="00C41FD5" w:rsidP="00C41FD5">
                <w:pPr>
                  <w:jc w:val="center"/>
                </w:pPr>
                <w:r>
                  <w:rPr>
                    <w:rFonts w:ascii="MS Gothic" w:eastAsia="MS Gothic" w:hAnsi="MS Gothic" w:hint="eastAsia"/>
                    <w:sz w:val="18"/>
                    <w:szCs w:val="18"/>
                  </w:rPr>
                  <w:t>☐</w:t>
                </w:r>
              </w:p>
            </w:tc>
          </w:sdtContent>
        </w:sdt>
        <w:sdt>
          <w:sdtPr>
            <w:rPr>
              <w:sz w:val="18"/>
              <w:szCs w:val="18"/>
            </w:rPr>
            <w:id w:val="-333296433"/>
            <w14:checkbox>
              <w14:checked w14:val="0"/>
              <w14:checkedState w14:val="2612" w14:font="MS Gothic"/>
              <w14:uncheckedState w14:val="2610" w14:font="MS Gothic"/>
            </w14:checkbox>
          </w:sdtPr>
          <w:sdtContent>
            <w:tc>
              <w:tcPr>
                <w:tcW w:w="980" w:type="dxa"/>
                <w:vAlign w:val="center"/>
              </w:tcPr>
              <w:p w14:paraId="2DB6A803" w14:textId="011D6803" w:rsidR="00C41FD5" w:rsidRDefault="00C41FD5" w:rsidP="00C41FD5">
                <w:pPr>
                  <w:jc w:val="center"/>
                </w:pPr>
                <w:r>
                  <w:rPr>
                    <w:rFonts w:ascii="MS Gothic" w:eastAsia="MS Gothic" w:hAnsi="MS Gothic" w:hint="eastAsia"/>
                    <w:sz w:val="18"/>
                    <w:szCs w:val="18"/>
                  </w:rPr>
                  <w:t>☐</w:t>
                </w:r>
              </w:p>
            </w:tc>
          </w:sdtContent>
        </w:sdt>
        <w:sdt>
          <w:sdtPr>
            <w:rPr>
              <w:sz w:val="18"/>
              <w:szCs w:val="18"/>
            </w:rPr>
            <w:id w:val="549185156"/>
            <w14:checkbox>
              <w14:checked w14:val="0"/>
              <w14:checkedState w14:val="2612" w14:font="MS Gothic"/>
              <w14:uncheckedState w14:val="2610" w14:font="MS Gothic"/>
            </w14:checkbox>
          </w:sdtPr>
          <w:sdtContent>
            <w:tc>
              <w:tcPr>
                <w:tcW w:w="864" w:type="dxa"/>
                <w:vAlign w:val="center"/>
              </w:tcPr>
              <w:p w14:paraId="53584AF6" w14:textId="682767A1" w:rsidR="00C41FD5" w:rsidRDefault="00C41FD5" w:rsidP="00C41FD5">
                <w:pPr>
                  <w:jc w:val="center"/>
                </w:pPr>
                <w:r>
                  <w:rPr>
                    <w:rFonts w:ascii="MS Gothic" w:eastAsia="MS Gothic" w:hAnsi="MS Gothic" w:hint="eastAsia"/>
                    <w:sz w:val="18"/>
                    <w:szCs w:val="18"/>
                  </w:rPr>
                  <w:t>☐</w:t>
                </w:r>
              </w:p>
            </w:tc>
          </w:sdtContent>
        </w:sdt>
      </w:tr>
      <w:tr w:rsidR="00C41FD5" w14:paraId="64CC9416" w14:textId="77777777" w:rsidTr="003979A1">
        <w:trPr>
          <w:jc w:val="center"/>
        </w:trPr>
        <w:tc>
          <w:tcPr>
            <w:tcW w:w="810" w:type="dxa"/>
            <w:vAlign w:val="center"/>
          </w:tcPr>
          <w:p w14:paraId="35DFEE49" w14:textId="77777777" w:rsidR="00C41FD5" w:rsidRDefault="00C41FD5" w:rsidP="00C41FD5">
            <w:pPr>
              <w:jc w:val="center"/>
            </w:pPr>
            <w:r>
              <w:t>7</w:t>
            </w:r>
          </w:p>
        </w:tc>
        <w:tc>
          <w:tcPr>
            <w:tcW w:w="6608" w:type="dxa"/>
          </w:tcPr>
          <w:p w14:paraId="6AC52947" w14:textId="6F59631C" w:rsidR="00C41FD5" w:rsidRDefault="00C41FD5" w:rsidP="00C41FD5">
            <w:r>
              <w:rPr>
                <w:rFonts w:ascii="Cambria" w:hAnsi="Cambria" w:cs="Segoe UI"/>
                <w:color w:val="000000"/>
              </w:rPr>
              <w:t>Ödeme Emri Belgesi'ndeki imzalar yetkili imza çizelgesine uygun olup, yetki devri bulunması halinde buna ilişkin belgeler dosyaya eklenmiş mi?</w:t>
            </w:r>
          </w:p>
        </w:tc>
        <w:sdt>
          <w:sdtPr>
            <w:rPr>
              <w:sz w:val="18"/>
              <w:szCs w:val="18"/>
            </w:rPr>
            <w:id w:val="1590270977"/>
            <w14:checkbox>
              <w14:checked w14:val="0"/>
              <w14:checkedState w14:val="2612" w14:font="MS Gothic"/>
              <w14:uncheckedState w14:val="2610" w14:font="MS Gothic"/>
            </w14:checkbox>
          </w:sdtPr>
          <w:sdtContent>
            <w:tc>
              <w:tcPr>
                <w:tcW w:w="1268" w:type="dxa"/>
                <w:vAlign w:val="center"/>
              </w:tcPr>
              <w:p w14:paraId="28CD82EE" w14:textId="1B791A5F" w:rsidR="00C41FD5" w:rsidRDefault="00C41FD5" w:rsidP="00C41FD5">
                <w:pPr>
                  <w:jc w:val="center"/>
                </w:pPr>
                <w:r>
                  <w:rPr>
                    <w:rFonts w:ascii="MS Gothic" w:eastAsia="MS Gothic" w:hAnsi="MS Gothic" w:hint="eastAsia"/>
                    <w:sz w:val="18"/>
                    <w:szCs w:val="18"/>
                  </w:rPr>
                  <w:t>☐</w:t>
                </w:r>
              </w:p>
            </w:tc>
          </w:sdtContent>
        </w:sdt>
        <w:sdt>
          <w:sdtPr>
            <w:rPr>
              <w:sz w:val="18"/>
              <w:szCs w:val="18"/>
            </w:rPr>
            <w:id w:val="-1333054096"/>
            <w14:checkbox>
              <w14:checked w14:val="0"/>
              <w14:checkedState w14:val="2612" w14:font="MS Gothic"/>
              <w14:uncheckedState w14:val="2610" w14:font="MS Gothic"/>
            </w14:checkbox>
          </w:sdtPr>
          <w:sdtContent>
            <w:tc>
              <w:tcPr>
                <w:tcW w:w="980" w:type="dxa"/>
                <w:vAlign w:val="center"/>
              </w:tcPr>
              <w:p w14:paraId="6F249AEE" w14:textId="2E7B5F76" w:rsidR="00C41FD5" w:rsidRDefault="00C41FD5" w:rsidP="00C41FD5">
                <w:pPr>
                  <w:jc w:val="center"/>
                </w:pPr>
                <w:r>
                  <w:rPr>
                    <w:rFonts w:ascii="MS Gothic" w:eastAsia="MS Gothic" w:hAnsi="MS Gothic" w:hint="eastAsia"/>
                    <w:sz w:val="18"/>
                    <w:szCs w:val="18"/>
                  </w:rPr>
                  <w:t>☐</w:t>
                </w:r>
              </w:p>
            </w:tc>
          </w:sdtContent>
        </w:sdt>
        <w:sdt>
          <w:sdtPr>
            <w:rPr>
              <w:sz w:val="18"/>
              <w:szCs w:val="18"/>
            </w:rPr>
            <w:id w:val="-542525650"/>
            <w14:checkbox>
              <w14:checked w14:val="0"/>
              <w14:checkedState w14:val="2612" w14:font="MS Gothic"/>
              <w14:uncheckedState w14:val="2610" w14:font="MS Gothic"/>
            </w14:checkbox>
          </w:sdtPr>
          <w:sdtContent>
            <w:tc>
              <w:tcPr>
                <w:tcW w:w="864" w:type="dxa"/>
                <w:vAlign w:val="center"/>
              </w:tcPr>
              <w:p w14:paraId="6A589EAF" w14:textId="5A8B2F2B" w:rsidR="00C41FD5" w:rsidRDefault="00C41FD5" w:rsidP="00C41FD5">
                <w:pPr>
                  <w:jc w:val="center"/>
                </w:pPr>
                <w:r>
                  <w:rPr>
                    <w:rFonts w:ascii="MS Gothic" w:eastAsia="MS Gothic" w:hAnsi="MS Gothic" w:hint="eastAsia"/>
                    <w:sz w:val="18"/>
                    <w:szCs w:val="18"/>
                  </w:rPr>
                  <w:t>☐</w:t>
                </w:r>
              </w:p>
            </w:tc>
          </w:sdtContent>
        </w:sdt>
      </w:tr>
    </w:tbl>
    <w:p w14:paraId="6FCA9316" w14:textId="77777777" w:rsidR="0049466B" w:rsidRDefault="00000000" w:rsidP="0049466B">
      <w:pPr>
        <w:jc w:val="both"/>
        <w:rPr>
          <w:rFonts w:ascii="Times New Roman" w:hAnsi="Times New Roman"/>
          <w:i/>
          <w:iCs/>
          <w:color w:val="000000"/>
          <w:sz w:val="24"/>
          <w:lang w:val="tr-TR" w:eastAsia="tr-TR"/>
        </w:rPr>
      </w:pPr>
      <w:r>
        <w:br/>
      </w:r>
      <w:r w:rsidR="0049466B">
        <w:rPr>
          <w:rFonts w:ascii="Times New Roman" w:hAnsi="Times New Roman"/>
          <w:i/>
          <w:iCs/>
          <w:color w:val="000000"/>
          <w:sz w:val="24"/>
          <w:lang w:val="tr-TR" w:eastAsia="tr-TR"/>
        </w:rPr>
        <w:t>Kamu Ön Malî Kontrol Yönetmeliği’nin 6’ncı maddesi kapsamında; ödeme emri belgesi ve eki belgeler bütçe ilke ve esasları, ilgili mevzuat ve kamu iç kontrol standartları yönünden kontrol edilmiş olup uygun görülmüştür.</w:t>
      </w:r>
    </w:p>
    <w:p w14:paraId="15E3E923" w14:textId="77777777" w:rsidR="00D07467" w:rsidRDefault="00000000" w:rsidP="00D07467">
      <w:pPr>
        <w:ind w:left="3600"/>
        <w:rPr>
          <w:b/>
          <w:bCs/>
        </w:rPr>
      </w:pPr>
      <w:r w:rsidRPr="0049466B">
        <w:rPr>
          <w:b/>
          <w:bCs/>
        </w:rPr>
        <w:t>Gerçekleştirme Görevlisi</w:t>
      </w:r>
    </w:p>
    <w:p w14:paraId="4F1B3897" w14:textId="77777777" w:rsidR="00D07467" w:rsidRDefault="00D07467" w:rsidP="00D07467">
      <w:pPr>
        <w:ind w:left="3600"/>
      </w:pPr>
      <w:r>
        <w:t xml:space="preserve">                   …/…/20..</w:t>
      </w:r>
    </w:p>
    <w:p w14:paraId="1CB787FB" w14:textId="6256DCE2" w:rsidR="00123BD3" w:rsidRDefault="00000000" w:rsidP="00D07467">
      <w:pPr>
        <w:ind w:left="3600"/>
      </w:pPr>
      <w:r>
        <w:t>Adı Soyadı</w:t>
      </w:r>
      <w:r w:rsidR="00D07467">
        <w:tab/>
      </w:r>
      <w:r>
        <w:t>:</w:t>
      </w:r>
      <w:r>
        <w:br/>
        <w:t xml:space="preserve">Unvanı: </w:t>
      </w:r>
      <w:r w:rsidR="00D07467">
        <w:tab/>
        <w:t>:</w:t>
      </w:r>
      <w:r>
        <w:br/>
        <w:t>İmza</w:t>
      </w:r>
      <w:r w:rsidR="00D07467">
        <w:tab/>
      </w:r>
      <w:r w:rsidR="00D07467">
        <w:tab/>
      </w:r>
      <w:r>
        <w:t>:</w:t>
      </w:r>
    </w:p>
    <w:sectPr w:rsidR="00123BD3" w:rsidSect="00034616">
      <w:headerReference w:type="even" r:id="rId8"/>
      <w:headerReference w:type="default" r:id="rId9"/>
      <w:footerReference w:type="even" r:id="rId10"/>
      <w:footerReference w:type="default" r:id="rId11"/>
      <w:headerReference w:type="first" r:id="rId12"/>
      <w:footerReference w:type="first" r:id="rId13"/>
      <w:pgSz w:w="12240" w:h="15840"/>
      <w:pgMar w:top="1440" w:right="850" w:bottom="1440" w:left="8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AC7C6" w14:textId="77777777" w:rsidR="0061418F" w:rsidRDefault="0061418F" w:rsidP="00F20C00">
      <w:pPr>
        <w:spacing w:after="0" w:line="240" w:lineRule="auto"/>
      </w:pPr>
      <w:r>
        <w:separator/>
      </w:r>
    </w:p>
  </w:endnote>
  <w:endnote w:type="continuationSeparator" w:id="0">
    <w:p w14:paraId="2014F2D4" w14:textId="77777777" w:rsidR="0061418F" w:rsidRDefault="0061418F" w:rsidP="00F20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69467" w14:textId="77777777" w:rsidR="00F20C00" w:rsidRDefault="00F20C00">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2" w:type="dxa"/>
      <w:jc w:val="center"/>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808"/>
      <w:gridCol w:w="3497"/>
      <w:gridCol w:w="3497"/>
    </w:tblGrid>
    <w:tr w:rsidR="00F20C00" w:rsidRPr="007A5A35" w14:paraId="6C3BF999" w14:textId="77777777" w:rsidTr="00FA464D">
      <w:trPr>
        <w:trHeight w:val="340"/>
        <w:jc w:val="center"/>
      </w:trPr>
      <w:tc>
        <w:tcPr>
          <w:tcW w:w="3808" w:type="dxa"/>
          <w:tcBorders>
            <w:top w:val="single" w:sz="4" w:space="0" w:color="auto"/>
            <w:bottom w:val="single" w:sz="4" w:space="0" w:color="auto"/>
            <w:right w:val="single" w:sz="4" w:space="0" w:color="auto"/>
          </w:tcBorders>
          <w:vAlign w:val="center"/>
        </w:tcPr>
        <w:p w14:paraId="7BD54639" w14:textId="77777777" w:rsidR="00F20C00" w:rsidRPr="007A5A35" w:rsidRDefault="00F20C00" w:rsidP="00F20C00">
          <w:pPr>
            <w:tabs>
              <w:tab w:val="center" w:pos="4536"/>
              <w:tab w:val="right" w:pos="9072"/>
            </w:tabs>
            <w:spacing w:after="0" w:line="240" w:lineRule="auto"/>
            <w:jc w:val="center"/>
            <w:rPr>
              <w:rFonts w:ascii="Times New Roman" w:eastAsia="Calibri" w:hAnsi="Times New Roman" w:cs="Times New Roman"/>
              <w:sz w:val="24"/>
              <w:lang w:val="tr-TR" w:eastAsia="tr-TR"/>
            </w:rPr>
          </w:pPr>
          <w:bookmarkStart w:id="0" w:name="_Hlk85100968"/>
          <w:bookmarkStart w:id="1" w:name="_Hlk89957417"/>
          <w:bookmarkStart w:id="2" w:name="_Hlk89957418"/>
          <w:bookmarkStart w:id="3" w:name="_Hlk89957419"/>
          <w:bookmarkStart w:id="4" w:name="_Hlk89957420"/>
          <w:r w:rsidRPr="007A5A35">
            <w:rPr>
              <w:rFonts w:ascii="Times New Roman" w:eastAsia="Calibri" w:hAnsi="Times New Roman" w:cs="Times New Roman"/>
              <w:sz w:val="24"/>
              <w:lang w:val="tr-TR" w:eastAsia="tr-TR"/>
            </w:rPr>
            <w:t>Hazırlayan</w:t>
          </w:r>
        </w:p>
      </w:tc>
      <w:tc>
        <w:tcPr>
          <w:tcW w:w="3497" w:type="dxa"/>
          <w:tcBorders>
            <w:top w:val="single" w:sz="4" w:space="0" w:color="auto"/>
            <w:left w:val="single" w:sz="4" w:space="0" w:color="auto"/>
            <w:bottom w:val="single" w:sz="4" w:space="0" w:color="auto"/>
            <w:right w:val="single" w:sz="4" w:space="0" w:color="auto"/>
          </w:tcBorders>
          <w:vAlign w:val="center"/>
        </w:tcPr>
        <w:p w14:paraId="3FF3F158" w14:textId="77777777" w:rsidR="00F20C00" w:rsidRPr="007A5A35" w:rsidRDefault="00F20C00" w:rsidP="00F20C00">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Sistem Onayı</w:t>
          </w:r>
        </w:p>
      </w:tc>
      <w:tc>
        <w:tcPr>
          <w:tcW w:w="3497" w:type="dxa"/>
          <w:tcBorders>
            <w:top w:val="single" w:sz="4" w:space="0" w:color="auto"/>
            <w:left w:val="single" w:sz="4" w:space="0" w:color="auto"/>
            <w:bottom w:val="single" w:sz="4" w:space="0" w:color="auto"/>
          </w:tcBorders>
          <w:vAlign w:val="center"/>
        </w:tcPr>
        <w:p w14:paraId="0C7E8188" w14:textId="77777777" w:rsidR="00F20C00" w:rsidRPr="007A5A35" w:rsidRDefault="00F20C00" w:rsidP="00F20C00">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Yürürlük Onayı</w:t>
          </w:r>
        </w:p>
      </w:tc>
    </w:tr>
    <w:tr w:rsidR="00F20C00" w:rsidRPr="007A5A35" w14:paraId="11D3C71B" w14:textId="77777777" w:rsidTr="00FA464D">
      <w:trPr>
        <w:trHeight w:val="340"/>
        <w:jc w:val="center"/>
      </w:trPr>
      <w:tc>
        <w:tcPr>
          <w:tcW w:w="3808" w:type="dxa"/>
          <w:tcBorders>
            <w:top w:val="single" w:sz="4" w:space="0" w:color="auto"/>
            <w:bottom w:val="single" w:sz="4" w:space="0" w:color="auto"/>
            <w:right w:val="single" w:sz="4" w:space="0" w:color="auto"/>
          </w:tcBorders>
          <w:vAlign w:val="center"/>
        </w:tcPr>
        <w:p w14:paraId="53E34F74" w14:textId="77777777" w:rsidR="00F20C00" w:rsidRPr="007A5A35" w:rsidRDefault="00F20C00" w:rsidP="00F20C00">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Bölüm Kalite Sorumlusu</w:t>
          </w:r>
        </w:p>
      </w:tc>
      <w:tc>
        <w:tcPr>
          <w:tcW w:w="3497" w:type="dxa"/>
          <w:tcBorders>
            <w:top w:val="single" w:sz="4" w:space="0" w:color="auto"/>
            <w:left w:val="single" w:sz="4" w:space="0" w:color="auto"/>
            <w:bottom w:val="single" w:sz="4" w:space="0" w:color="auto"/>
            <w:right w:val="single" w:sz="4" w:space="0" w:color="auto"/>
          </w:tcBorders>
          <w:vAlign w:val="center"/>
        </w:tcPr>
        <w:p w14:paraId="526BEC22" w14:textId="77777777" w:rsidR="00F20C00" w:rsidRPr="007A5A35" w:rsidRDefault="00F20C00" w:rsidP="00F20C00">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Kalite Koordinatörü</w:t>
          </w:r>
        </w:p>
      </w:tc>
      <w:tc>
        <w:tcPr>
          <w:tcW w:w="3497" w:type="dxa"/>
          <w:tcBorders>
            <w:top w:val="single" w:sz="4" w:space="0" w:color="auto"/>
            <w:left w:val="single" w:sz="4" w:space="0" w:color="auto"/>
            <w:bottom w:val="single" w:sz="4" w:space="0" w:color="auto"/>
          </w:tcBorders>
          <w:vAlign w:val="center"/>
        </w:tcPr>
        <w:p w14:paraId="114EA9C6" w14:textId="77777777" w:rsidR="00F20C00" w:rsidRPr="007A5A35" w:rsidRDefault="00F20C00" w:rsidP="00F20C00">
          <w:pPr>
            <w:tabs>
              <w:tab w:val="center" w:pos="4536"/>
              <w:tab w:val="right" w:pos="9072"/>
            </w:tabs>
            <w:spacing w:after="0" w:line="240" w:lineRule="auto"/>
            <w:jc w:val="center"/>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Üst Yönetici</w:t>
          </w:r>
        </w:p>
      </w:tc>
    </w:tr>
    <w:bookmarkEnd w:id="0"/>
    <w:bookmarkEnd w:id="1"/>
    <w:bookmarkEnd w:id="2"/>
    <w:bookmarkEnd w:id="3"/>
    <w:bookmarkEnd w:id="4"/>
  </w:tbl>
  <w:p w14:paraId="5CED0461" w14:textId="4436B901" w:rsidR="00F20C00" w:rsidRDefault="00F20C00">
    <w:pPr>
      <w:pStyle w:val="AltBilgi"/>
    </w:pPr>
  </w:p>
  <w:p w14:paraId="4B2FBD73" w14:textId="77777777" w:rsidR="00F20C00" w:rsidRDefault="00F20C00">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9812A" w14:textId="77777777" w:rsidR="00F20C00" w:rsidRDefault="00F20C0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22BBD" w14:textId="77777777" w:rsidR="0061418F" w:rsidRDefault="0061418F" w:rsidP="00F20C00">
      <w:pPr>
        <w:spacing w:after="0" w:line="240" w:lineRule="auto"/>
      </w:pPr>
      <w:r>
        <w:separator/>
      </w:r>
    </w:p>
  </w:footnote>
  <w:footnote w:type="continuationSeparator" w:id="0">
    <w:p w14:paraId="004B4910" w14:textId="77777777" w:rsidR="0061418F" w:rsidRDefault="0061418F" w:rsidP="00F20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5B27D3" w14:textId="77777777" w:rsidR="00F20C00" w:rsidRDefault="00F20C00">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2"/>
      <w:gridCol w:w="5181"/>
      <w:gridCol w:w="2100"/>
      <w:gridCol w:w="1469"/>
    </w:tblGrid>
    <w:tr w:rsidR="00F20C00" w:rsidRPr="007A5A35" w14:paraId="0D629584" w14:textId="77777777" w:rsidTr="00FA464D">
      <w:trPr>
        <w:trHeight w:val="261"/>
      </w:trPr>
      <w:tc>
        <w:tcPr>
          <w:tcW w:w="1676" w:type="dxa"/>
          <w:vMerge w:val="restart"/>
          <w:vAlign w:val="center"/>
        </w:tcPr>
        <w:p w14:paraId="72F45504" w14:textId="77777777" w:rsidR="00F20C00" w:rsidRPr="007A5A35" w:rsidRDefault="00F20C00" w:rsidP="00F20C00">
          <w:pPr>
            <w:tabs>
              <w:tab w:val="center" w:pos="4536"/>
              <w:tab w:val="right" w:pos="9072"/>
            </w:tabs>
            <w:spacing w:after="0" w:line="240" w:lineRule="auto"/>
            <w:jc w:val="center"/>
            <w:rPr>
              <w:rFonts w:ascii="Arial" w:eastAsia="Calibri" w:hAnsi="Arial" w:cs="Arial"/>
              <w:szCs w:val="20"/>
              <w:lang w:val="tr-TR" w:eastAsia="tr-TR"/>
            </w:rPr>
          </w:pPr>
          <w:r w:rsidRPr="007A5A35">
            <w:rPr>
              <w:rFonts w:ascii="Arial" w:eastAsia="Calibri" w:hAnsi="Arial" w:cs="Arial"/>
              <w:noProof/>
              <w:szCs w:val="20"/>
              <w:lang w:val="tr-TR" w:eastAsia="tr-TR"/>
            </w:rPr>
            <w:drawing>
              <wp:inline distT="0" distB="0" distL="0" distR="0" wp14:anchorId="7002E7F2" wp14:editId="3A89193D">
                <wp:extent cx="838200" cy="838200"/>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838200"/>
                        </a:xfrm>
                        <a:prstGeom prst="rect">
                          <a:avLst/>
                        </a:prstGeom>
                        <a:noFill/>
                        <a:ln>
                          <a:noFill/>
                        </a:ln>
                      </pic:spPr>
                    </pic:pic>
                  </a:graphicData>
                </a:graphic>
              </wp:inline>
            </w:drawing>
          </w:r>
        </w:p>
      </w:tc>
      <w:tc>
        <w:tcPr>
          <w:tcW w:w="5270" w:type="dxa"/>
          <w:vMerge w:val="restart"/>
          <w:vAlign w:val="center"/>
        </w:tcPr>
        <w:p w14:paraId="226E708B" w14:textId="496A7E61" w:rsidR="00F20C00" w:rsidRPr="00CD73B4" w:rsidRDefault="00F20C00" w:rsidP="00F20C00">
          <w:pPr>
            <w:tabs>
              <w:tab w:val="center" w:pos="4536"/>
              <w:tab w:val="right" w:pos="9072"/>
            </w:tabs>
            <w:spacing w:after="0" w:line="240" w:lineRule="auto"/>
            <w:jc w:val="center"/>
            <w:rPr>
              <w:rFonts w:ascii="Times New Roman" w:eastAsia="Calibri" w:hAnsi="Times New Roman" w:cs="Times New Roman"/>
              <w:b/>
              <w:sz w:val="24"/>
              <w:szCs w:val="24"/>
              <w:lang w:val="tr-TR" w:eastAsia="tr-TR"/>
            </w:rPr>
          </w:pPr>
          <w:r w:rsidRPr="00F957E8">
            <w:rPr>
              <w:rFonts w:ascii="Times New Roman" w:hAnsi="Times New Roman"/>
              <w:b/>
              <w:bCs/>
              <w:color w:val="000000"/>
              <w:sz w:val="24"/>
              <w:szCs w:val="24"/>
              <w:lang w:val="tr-TR" w:eastAsia="tr-TR"/>
            </w:rPr>
            <w:t xml:space="preserve">YABANCI UYRUKLU PERSONEL </w:t>
          </w:r>
          <w:r w:rsidRPr="006D18AC">
            <w:rPr>
              <w:rFonts w:ascii="Times New Roman" w:hAnsi="Times New Roman"/>
              <w:b/>
              <w:bCs/>
              <w:color w:val="000000"/>
              <w:sz w:val="24"/>
              <w:szCs w:val="24"/>
              <w:lang w:val="tr-TR" w:eastAsia="tr-TR"/>
            </w:rPr>
            <w:t>MAAŞ ÖDEMELERİNE İLİŞKİN ÖN MALİ KONTROL LİSTE FORMU</w:t>
          </w:r>
        </w:p>
      </w:tc>
      <w:tc>
        <w:tcPr>
          <w:tcW w:w="2126" w:type="dxa"/>
          <w:vAlign w:val="center"/>
        </w:tcPr>
        <w:p w14:paraId="01E0422B" w14:textId="77777777" w:rsidR="00F20C00" w:rsidRPr="007A5A35" w:rsidRDefault="00F20C00" w:rsidP="00F20C00">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Doküman No</w:t>
          </w:r>
        </w:p>
      </w:tc>
      <w:tc>
        <w:tcPr>
          <w:tcW w:w="1474" w:type="dxa"/>
          <w:vAlign w:val="center"/>
        </w:tcPr>
        <w:p w14:paraId="13570B8B" w14:textId="4469CA43" w:rsidR="00F20C00" w:rsidRPr="007A5A35" w:rsidRDefault="00F20C00" w:rsidP="00F20C00">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t>FR.</w:t>
          </w:r>
          <w:r>
            <w:rPr>
              <w:rFonts w:ascii="Times New Roman" w:eastAsia="Calibri" w:hAnsi="Times New Roman" w:cs="Times New Roman"/>
              <w:b/>
              <w:sz w:val="24"/>
              <w:lang w:val="tr-TR" w:eastAsia="tr-TR"/>
            </w:rPr>
            <w:t>64</w:t>
          </w:r>
          <w:r>
            <w:rPr>
              <w:rFonts w:ascii="Times New Roman" w:eastAsia="Calibri" w:hAnsi="Times New Roman" w:cs="Times New Roman"/>
              <w:b/>
              <w:sz w:val="24"/>
              <w:lang w:val="tr-TR" w:eastAsia="tr-TR"/>
            </w:rPr>
            <w:t>9</w:t>
          </w:r>
        </w:p>
      </w:tc>
    </w:tr>
    <w:tr w:rsidR="00F20C00" w:rsidRPr="007A5A35" w14:paraId="6350BFA7" w14:textId="77777777" w:rsidTr="00FA464D">
      <w:trPr>
        <w:trHeight w:val="261"/>
      </w:trPr>
      <w:tc>
        <w:tcPr>
          <w:tcW w:w="1676" w:type="dxa"/>
          <w:vMerge/>
          <w:vAlign w:val="center"/>
        </w:tcPr>
        <w:p w14:paraId="1A0E8E0C" w14:textId="77777777" w:rsidR="00F20C00" w:rsidRPr="007A5A35" w:rsidRDefault="00F20C00" w:rsidP="00F20C00">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3B6C1277" w14:textId="77777777" w:rsidR="00F20C00" w:rsidRPr="007A5A35" w:rsidRDefault="00F20C00" w:rsidP="00F20C00">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3C0D2A3C" w14:textId="77777777" w:rsidR="00F20C00" w:rsidRPr="007A5A35" w:rsidRDefault="00F20C00" w:rsidP="00F20C00">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İlk Yayın Tarihi</w:t>
          </w:r>
        </w:p>
      </w:tc>
      <w:tc>
        <w:tcPr>
          <w:tcW w:w="1474" w:type="dxa"/>
          <w:vAlign w:val="center"/>
        </w:tcPr>
        <w:p w14:paraId="601A12D1" w14:textId="77777777" w:rsidR="00F20C00" w:rsidRPr="007A5A35" w:rsidRDefault="00F20C00" w:rsidP="00F20C00">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t>0</w:t>
          </w:r>
          <w:r>
            <w:rPr>
              <w:rFonts w:ascii="Times New Roman" w:eastAsia="Calibri" w:hAnsi="Times New Roman" w:cs="Times New Roman"/>
              <w:b/>
              <w:sz w:val="24"/>
              <w:lang w:val="tr-TR" w:eastAsia="tr-TR"/>
            </w:rPr>
            <w:t>3</w:t>
          </w:r>
          <w:r w:rsidRPr="007A5A35">
            <w:rPr>
              <w:rFonts w:ascii="Times New Roman" w:eastAsia="Calibri" w:hAnsi="Times New Roman" w:cs="Times New Roman"/>
              <w:b/>
              <w:sz w:val="24"/>
              <w:lang w:val="tr-TR" w:eastAsia="tr-TR"/>
            </w:rPr>
            <w:t>.0</w:t>
          </w:r>
          <w:r>
            <w:rPr>
              <w:rFonts w:ascii="Times New Roman" w:eastAsia="Calibri" w:hAnsi="Times New Roman" w:cs="Times New Roman"/>
              <w:b/>
              <w:sz w:val="24"/>
              <w:lang w:val="tr-TR" w:eastAsia="tr-TR"/>
            </w:rPr>
            <w:t>8</w:t>
          </w:r>
          <w:r w:rsidRPr="007A5A35">
            <w:rPr>
              <w:rFonts w:ascii="Times New Roman" w:eastAsia="Calibri" w:hAnsi="Times New Roman" w:cs="Times New Roman"/>
              <w:b/>
              <w:sz w:val="24"/>
              <w:lang w:val="tr-TR" w:eastAsia="tr-TR"/>
            </w:rPr>
            <w:t>.202</w:t>
          </w:r>
          <w:r>
            <w:rPr>
              <w:rFonts w:ascii="Times New Roman" w:eastAsia="Calibri" w:hAnsi="Times New Roman" w:cs="Times New Roman"/>
              <w:b/>
              <w:sz w:val="24"/>
              <w:lang w:val="tr-TR" w:eastAsia="tr-TR"/>
            </w:rPr>
            <w:t>6</w:t>
          </w:r>
        </w:p>
      </w:tc>
    </w:tr>
    <w:tr w:rsidR="00F20C00" w:rsidRPr="007A5A35" w14:paraId="3882AB1C" w14:textId="77777777" w:rsidTr="00FA464D">
      <w:trPr>
        <w:trHeight w:val="261"/>
      </w:trPr>
      <w:tc>
        <w:tcPr>
          <w:tcW w:w="1676" w:type="dxa"/>
          <w:vMerge/>
          <w:vAlign w:val="center"/>
        </w:tcPr>
        <w:p w14:paraId="2BD560CE" w14:textId="77777777" w:rsidR="00F20C00" w:rsidRPr="007A5A35" w:rsidRDefault="00F20C00" w:rsidP="00F20C00">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33EF9155" w14:textId="77777777" w:rsidR="00F20C00" w:rsidRPr="007A5A35" w:rsidRDefault="00F20C00" w:rsidP="00F20C00">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08A74332" w14:textId="77777777" w:rsidR="00F20C00" w:rsidRPr="007A5A35" w:rsidRDefault="00F20C00" w:rsidP="00F20C00">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Revizyon Tarihi</w:t>
          </w:r>
        </w:p>
      </w:tc>
      <w:tc>
        <w:tcPr>
          <w:tcW w:w="1474" w:type="dxa"/>
          <w:vAlign w:val="center"/>
        </w:tcPr>
        <w:p w14:paraId="13C99C6D" w14:textId="77777777" w:rsidR="00F20C00" w:rsidRPr="007A5A35" w:rsidRDefault="00F20C00" w:rsidP="00F20C00">
          <w:pPr>
            <w:tabs>
              <w:tab w:val="center" w:pos="4536"/>
              <w:tab w:val="right" w:pos="9072"/>
            </w:tabs>
            <w:spacing w:after="0" w:line="240" w:lineRule="auto"/>
            <w:rPr>
              <w:rFonts w:ascii="Times New Roman" w:eastAsia="Calibri" w:hAnsi="Times New Roman" w:cs="Times New Roman"/>
              <w:b/>
              <w:sz w:val="24"/>
              <w:lang w:val="tr-TR" w:eastAsia="tr-TR"/>
            </w:rPr>
          </w:pPr>
          <w:r>
            <w:rPr>
              <w:rFonts w:ascii="Times New Roman" w:eastAsia="Calibri" w:hAnsi="Times New Roman" w:cs="Times New Roman"/>
              <w:b/>
              <w:sz w:val="24"/>
              <w:lang w:val="tr-TR" w:eastAsia="tr-TR"/>
            </w:rPr>
            <w:t>-</w:t>
          </w:r>
        </w:p>
      </w:tc>
    </w:tr>
    <w:tr w:rsidR="00F20C00" w:rsidRPr="007A5A35" w14:paraId="7420C92F" w14:textId="77777777" w:rsidTr="00FA464D">
      <w:trPr>
        <w:trHeight w:val="261"/>
      </w:trPr>
      <w:tc>
        <w:tcPr>
          <w:tcW w:w="1676" w:type="dxa"/>
          <w:vMerge/>
          <w:vAlign w:val="center"/>
        </w:tcPr>
        <w:p w14:paraId="07EB1CC7" w14:textId="77777777" w:rsidR="00F20C00" w:rsidRPr="007A5A35" w:rsidRDefault="00F20C00" w:rsidP="00F20C00">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61BBBC55" w14:textId="77777777" w:rsidR="00F20C00" w:rsidRPr="007A5A35" w:rsidRDefault="00F20C00" w:rsidP="00F20C00">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7A34F200" w14:textId="77777777" w:rsidR="00F20C00" w:rsidRPr="007A5A35" w:rsidRDefault="00F20C00" w:rsidP="00F20C00">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Revizyon No</w:t>
          </w:r>
        </w:p>
      </w:tc>
      <w:tc>
        <w:tcPr>
          <w:tcW w:w="1474" w:type="dxa"/>
          <w:vAlign w:val="center"/>
        </w:tcPr>
        <w:p w14:paraId="5C34E422" w14:textId="77777777" w:rsidR="00F20C00" w:rsidRPr="007A5A35" w:rsidRDefault="00F20C00" w:rsidP="00F20C00">
          <w:pPr>
            <w:tabs>
              <w:tab w:val="center" w:pos="4536"/>
              <w:tab w:val="right" w:pos="9072"/>
            </w:tabs>
            <w:spacing w:after="0" w:line="240" w:lineRule="auto"/>
            <w:rPr>
              <w:rFonts w:ascii="Times New Roman" w:eastAsia="Calibri" w:hAnsi="Times New Roman" w:cs="Times New Roman"/>
              <w:b/>
              <w:sz w:val="24"/>
              <w:lang w:val="tr-TR" w:eastAsia="tr-TR"/>
            </w:rPr>
          </w:pPr>
          <w:r>
            <w:rPr>
              <w:rFonts w:ascii="Times New Roman" w:eastAsia="Calibri" w:hAnsi="Times New Roman" w:cs="Times New Roman"/>
              <w:b/>
              <w:sz w:val="24"/>
              <w:lang w:val="tr-TR" w:eastAsia="tr-TR"/>
            </w:rPr>
            <w:t>0</w:t>
          </w:r>
        </w:p>
      </w:tc>
    </w:tr>
    <w:tr w:rsidR="00F20C00" w:rsidRPr="007A5A35" w14:paraId="6E208107" w14:textId="77777777" w:rsidTr="00FA464D">
      <w:trPr>
        <w:trHeight w:val="261"/>
      </w:trPr>
      <w:tc>
        <w:tcPr>
          <w:tcW w:w="1676" w:type="dxa"/>
          <w:vMerge/>
          <w:vAlign w:val="center"/>
        </w:tcPr>
        <w:p w14:paraId="28D3124D" w14:textId="77777777" w:rsidR="00F20C00" w:rsidRPr="007A5A35" w:rsidRDefault="00F20C00" w:rsidP="00F20C00">
          <w:pPr>
            <w:tabs>
              <w:tab w:val="center" w:pos="4536"/>
              <w:tab w:val="right" w:pos="9072"/>
            </w:tabs>
            <w:spacing w:after="0" w:line="240" w:lineRule="auto"/>
            <w:jc w:val="center"/>
            <w:rPr>
              <w:rFonts w:ascii="Arial" w:eastAsia="Calibri" w:hAnsi="Arial" w:cs="Arial"/>
              <w:szCs w:val="20"/>
              <w:lang w:val="tr-TR" w:eastAsia="tr-TR"/>
            </w:rPr>
          </w:pPr>
        </w:p>
      </w:tc>
      <w:tc>
        <w:tcPr>
          <w:tcW w:w="5270" w:type="dxa"/>
          <w:vMerge/>
          <w:vAlign w:val="center"/>
        </w:tcPr>
        <w:p w14:paraId="4471E21F" w14:textId="77777777" w:rsidR="00F20C00" w:rsidRPr="007A5A35" w:rsidRDefault="00F20C00" w:rsidP="00F20C00">
          <w:pPr>
            <w:tabs>
              <w:tab w:val="center" w:pos="4536"/>
              <w:tab w:val="right" w:pos="9072"/>
            </w:tabs>
            <w:spacing w:after="0" w:line="240" w:lineRule="auto"/>
            <w:jc w:val="center"/>
            <w:rPr>
              <w:rFonts w:ascii="Arial" w:eastAsia="Calibri" w:hAnsi="Arial" w:cs="Arial"/>
              <w:szCs w:val="20"/>
              <w:lang w:val="tr-TR" w:eastAsia="tr-TR"/>
            </w:rPr>
          </w:pPr>
        </w:p>
      </w:tc>
      <w:tc>
        <w:tcPr>
          <w:tcW w:w="2126" w:type="dxa"/>
          <w:vAlign w:val="center"/>
        </w:tcPr>
        <w:p w14:paraId="5FFCAA68" w14:textId="77777777" w:rsidR="00F20C00" w:rsidRPr="007A5A35" w:rsidRDefault="00F20C00" w:rsidP="00F20C00">
          <w:pPr>
            <w:tabs>
              <w:tab w:val="center" w:pos="4536"/>
              <w:tab w:val="right" w:pos="9072"/>
            </w:tabs>
            <w:spacing w:after="0" w:line="240" w:lineRule="auto"/>
            <w:rPr>
              <w:rFonts w:ascii="Times New Roman" w:eastAsia="Calibri" w:hAnsi="Times New Roman" w:cs="Times New Roman"/>
              <w:sz w:val="24"/>
              <w:lang w:val="tr-TR" w:eastAsia="tr-TR"/>
            </w:rPr>
          </w:pPr>
          <w:r w:rsidRPr="007A5A35">
            <w:rPr>
              <w:rFonts w:ascii="Times New Roman" w:eastAsia="Calibri" w:hAnsi="Times New Roman" w:cs="Times New Roman"/>
              <w:sz w:val="24"/>
              <w:lang w:val="tr-TR" w:eastAsia="tr-TR"/>
            </w:rPr>
            <w:t>Sayfa</w:t>
          </w:r>
        </w:p>
      </w:tc>
      <w:tc>
        <w:tcPr>
          <w:tcW w:w="1474" w:type="dxa"/>
          <w:vAlign w:val="center"/>
        </w:tcPr>
        <w:p w14:paraId="7B224E3D" w14:textId="77777777" w:rsidR="00F20C00" w:rsidRPr="007A5A35" w:rsidRDefault="00F20C00" w:rsidP="00F20C00">
          <w:pPr>
            <w:tabs>
              <w:tab w:val="center" w:pos="4536"/>
              <w:tab w:val="right" w:pos="9072"/>
            </w:tabs>
            <w:spacing w:after="0" w:line="240" w:lineRule="auto"/>
            <w:rPr>
              <w:rFonts w:ascii="Times New Roman" w:eastAsia="Calibri" w:hAnsi="Times New Roman" w:cs="Times New Roman"/>
              <w:b/>
              <w:sz w:val="24"/>
              <w:lang w:val="tr-TR" w:eastAsia="tr-TR"/>
            </w:rPr>
          </w:pPr>
          <w:r w:rsidRPr="007A5A35">
            <w:rPr>
              <w:rFonts w:ascii="Times New Roman" w:eastAsia="Calibri" w:hAnsi="Times New Roman" w:cs="Times New Roman"/>
              <w:b/>
              <w:sz w:val="24"/>
              <w:lang w:val="tr-TR" w:eastAsia="tr-TR"/>
            </w:rPr>
            <w:fldChar w:fldCharType="begin"/>
          </w:r>
          <w:r w:rsidRPr="007A5A35">
            <w:rPr>
              <w:rFonts w:ascii="Times New Roman" w:eastAsia="Calibri" w:hAnsi="Times New Roman" w:cs="Times New Roman"/>
              <w:b/>
              <w:sz w:val="24"/>
              <w:lang w:val="tr-TR" w:eastAsia="tr-TR"/>
            </w:rPr>
            <w:instrText xml:space="preserve"> PAGE   \* MERGEFORMAT </w:instrText>
          </w:r>
          <w:r w:rsidRPr="007A5A35">
            <w:rPr>
              <w:rFonts w:ascii="Times New Roman" w:eastAsia="Calibri" w:hAnsi="Times New Roman" w:cs="Times New Roman"/>
              <w:b/>
              <w:sz w:val="24"/>
              <w:lang w:val="tr-TR" w:eastAsia="tr-TR"/>
            </w:rPr>
            <w:fldChar w:fldCharType="separate"/>
          </w:r>
          <w:r w:rsidRPr="007A5A35">
            <w:rPr>
              <w:rFonts w:ascii="Times New Roman" w:eastAsia="Calibri" w:hAnsi="Times New Roman" w:cs="Times New Roman"/>
              <w:b/>
              <w:noProof/>
              <w:sz w:val="24"/>
              <w:lang w:val="tr-TR" w:eastAsia="tr-TR"/>
            </w:rPr>
            <w:t>1</w:t>
          </w:r>
          <w:r w:rsidRPr="007A5A35">
            <w:rPr>
              <w:rFonts w:ascii="Times New Roman" w:eastAsia="Calibri" w:hAnsi="Times New Roman" w:cs="Times New Roman"/>
              <w:b/>
              <w:sz w:val="24"/>
              <w:lang w:val="tr-TR" w:eastAsia="tr-TR"/>
            </w:rPr>
            <w:fldChar w:fldCharType="end"/>
          </w:r>
          <w:r w:rsidRPr="007A5A35">
            <w:rPr>
              <w:rFonts w:ascii="Times New Roman" w:eastAsia="Calibri" w:hAnsi="Times New Roman" w:cs="Times New Roman"/>
              <w:b/>
              <w:sz w:val="24"/>
              <w:lang w:val="tr-TR" w:eastAsia="tr-TR"/>
            </w:rPr>
            <w:t>/</w:t>
          </w:r>
          <w:r w:rsidRPr="007A5A35">
            <w:rPr>
              <w:rFonts w:ascii="Times New Roman" w:eastAsia="Calibri" w:hAnsi="Times New Roman" w:cs="Times New Roman"/>
              <w:sz w:val="24"/>
              <w:lang w:val="tr-TR" w:eastAsia="tr-TR"/>
            </w:rPr>
            <w:fldChar w:fldCharType="begin"/>
          </w:r>
          <w:r w:rsidRPr="007A5A35">
            <w:rPr>
              <w:rFonts w:ascii="Times New Roman" w:eastAsia="Calibri" w:hAnsi="Times New Roman" w:cs="Times New Roman"/>
              <w:sz w:val="24"/>
              <w:lang w:val="tr-TR" w:eastAsia="tr-TR"/>
            </w:rPr>
            <w:instrText xml:space="preserve"> NUMPAGES   \* MERGEFORMAT </w:instrText>
          </w:r>
          <w:r w:rsidRPr="007A5A35">
            <w:rPr>
              <w:rFonts w:ascii="Times New Roman" w:eastAsia="Calibri" w:hAnsi="Times New Roman" w:cs="Times New Roman"/>
              <w:sz w:val="24"/>
              <w:lang w:val="tr-TR" w:eastAsia="tr-TR"/>
            </w:rPr>
            <w:fldChar w:fldCharType="separate"/>
          </w:r>
          <w:r w:rsidRPr="007A5A35">
            <w:rPr>
              <w:rFonts w:ascii="Times New Roman" w:eastAsia="Calibri" w:hAnsi="Times New Roman" w:cs="Times New Roman"/>
              <w:b/>
              <w:noProof/>
              <w:sz w:val="24"/>
              <w:lang w:val="tr-TR" w:eastAsia="tr-TR"/>
            </w:rPr>
            <w:t>1</w:t>
          </w:r>
          <w:r w:rsidRPr="007A5A35">
            <w:rPr>
              <w:rFonts w:ascii="Times New Roman" w:eastAsia="Calibri" w:hAnsi="Times New Roman" w:cs="Times New Roman"/>
              <w:b/>
              <w:noProof/>
              <w:sz w:val="24"/>
              <w:lang w:val="tr-TR" w:eastAsia="tr-TR"/>
            </w:rPr>
            <w:fldChar w:fldCharType="end"/>
          </w:r>
        </w:p>
      </w:tc>
    </w:tr>
  </w:tbl>
  <w:p w14:paraId="746A320A" w14:textId="110B20C1" w:rsidR="00F20C00" w:rsidRDefault="00F20C00">
    <w:pPr>
      <w:pStyle w:val="stBilgi"/>
    </w:pPr>
  </w:p>
  <w:p w14:paraId="68B44466" w14:textId="77777777" w:rsidR="00F20C00" w:rsidRDefault="00F20C0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7CB8DC" w14:textId="77777777" w:rsidR="00F20C00" w:rsidRDefault="00F20C0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ara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ara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Maddemi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Maddemi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ara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Maddemi"/>
      <w:lvlText w:val=""/>
      <w:lvlJc w:val="left"/>
      <w:pPr>
        <w:tabs>
          <w:tab w:val="num" w:pos="360"/>
        </w:tabs>
        <w:ind w:left="360" w:hanging="360"/>
      </w:pPr>
      <w:rPr>
        <w:rFonts w:ascii="Symbol" w:hAnsi="Symbol" w:hint="default"/>
      </w:rPr>
    </w:lvl>
  </w:abstractNum>
  <w:num w:numId="1" w16cid:durableId="554200028">
    <w:abstractNumId w:val="8"/>
  </w:num>
  <w:num w:numId="2" w16cid:durableId="723135967">
    <w:abstractNumId w:val="6"/>
  </w:num>
  <w:num w:numId="3" w16cid:durableId="1814758774">
    <w:abstractNumId w:val="5"/>
  </w:num>
  <w:num w:numId="4" w16cid:durableId="1241134221">
    <w:abstractNumId w:val="4"/>
  </w:num>
  <w:num w:numId="5" w16cid:durableId="965963797">
    <w:abstractNumId w:val="7"/>
  </w:num>
  <w:num w:numId="6" w16cid:durableId="2142383651">
    <w:abstractNumId w:val="3"/>
  </w:num>
  <w:num w:numId="7" w16cid:durableId="21052271">
    <w:abstractNumId w:val="2"/>
  </w:num>
  <w:num w:numId="8" w16cid:durableId="505708141">
    <w:abstractNumId w:val="1"/>
  </w:num>
  <w:num w:numId="9" w16cid:durableId="1369332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3BD3"/>
    <w:rsid w:val="0015074B"/>
    <w:rsid w:val="001567A3"/>
    <w:rsid w:val="001A668A"/>
    <w:rsid w:val="00214460"/>
    <w:rsid w:val="002377E3"/>
    <w:rsid w:val="0029639D"/>
    <w:rsid w:val="00326F90"/>
    <w:rsid w:val="00350BF0"/>
    <w:rsid w:val="003D678A"/>
    <w:rsid w:val="0049466B"/>
    <w:rsid w:val="005F1D5D"/>
    <w:rsid w:val="0061418F"/>
    <w:rsid w:val="006A3593"/>
    <w:rsid w:val="006C17B4"/>
    <w:rsid w:val="006E0F1E"/>
    <w:rsid w:val="00780547"/>
    <w:rsid w:val="008831BD"/>
    <w:rsid w:val="009A140A"/>
    <w:rsid w:val="00AA1D8D"/>
    <w:rsid w:val="00AE3A84"/>
    <w:rsid w:val="00B47730"/>
    <w:rsid w:val="00B71931"/>
    <w:rsid w:val="00C41FD5"/>
    <w:rsid w:val="00CB0664"/>
    <w:rsid w:val="00D07467"/>
    <w:rsid w:val="00DE3D0A"/>
    <w:rsid w:val="00EA4814"/>
    <w:rsid w:val="00F20C00"/>
    <w:rsid w:val="00F957E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9EA2FE"/>
  <w14:defaultImageDpi w14:val="300"/>
  <w15:docId w15:val="{C2847196-2C28-4146-8CD9-2BCEA6838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Balk1">
    <w:name w:val="heading 1"/>
    <w:basedOn w:val="Normal"/>
    <w:next w:val="Normal"/>
    <w:link w:val="Balk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alk3">
    <w:name w:val="heading 3"/>
    <w:basedOn w:val="Normal"/>
    <w:next w:val="Normal"/>
    <w:link w:val="Balk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alk4">
    <w:name w:val="heading 4"/>
    <w:basedOn w:val="Normal"/>
    <w:next w:val="Normal"/>
    <w:link w:val="Balk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alk5">
    <w:name w:val="heading 5"/>
    <w:basedOn w:val="Normal"/>
    <w:next w:val="Normal"/>
    <w:link w:val="Balk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alk6">
    <w:name w:val="heading 6"/>
    <w:basedOn w:val="Normal"/>
    <w:next w:val="Normal"/>
    <w:link w:val="Balk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alk7">
    <w:name w:val="heading 7"/>
    <w:basedOn w:val="Normal"/>
    <w:next w:val="Normal"/>
    <w:link w:val="Balk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alk8">
    <w:name w:val="heading 8"/>
    <w:basedOn w:val="Normal"/>
    <w:next w:val="Normal"/>
    <w:link w:val="Balk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alk9">
    <w:name w:val="heading 9"/>
    <w:basedOn w:val="Normal"/>
    <w:next w:val="Normal"/>
    <w:link w:val="Balk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E618BF"/>
    <w:pPr>
      <w:tabs>
        <w:tab w:val="center" w:pos="4680"/>
        <w:tab w:val="right" w:pos="9360"/>
      </w:tabs>
      <w:spacing w:after="0" w:line="240" w:lineRule="auto"/>
    </w:pPr>
  </w:style>
  <w:style w:type="character" w:customStyle="1" w:styleId="stBilgiChar">
    <w:name w:val="Üst Bilgi Char"/>
    <w:basedOn w:val="VarsaylanParagrafYazTipi"/>
    <w:link w:val="stBilgi"/>
    <w:uiPriority w:val="99"/>
    <w:rsid w:val="00E618BF"/>
  </w:style>
  <w:style w:type="paragraph" w:styleId="AltBilgi">
    <w:name w:val="footer"/>
    <w:basedOn w:val="Normal"/>
    <w:link w:val="AltBilgiChar"/>
    <w:uiPriority w:val="99"/>
    <w:unhideWhenUsed/>
    <w:rsid w:val="00E618BF"/>
    <w:pPr>
      <w:tabs>
        <w:tab w:val="center" w:pos="4680"/>
        <w:tab w:val="right" w:pos="9360"/>
      </w:tabs>
      <w:spacing w:after="0" w:line="240" w:lineRule="auto"/>
    </w:pPr>
  </w:style>
  <w:style w:type="character" w:customStyle="1" w:styleId="AltBilgiChar">
    <w:name w:val="Alt Bilgi Char"/>
    <w:basedOn w:val="VarsaylanParagrafYazTipi"/>
    <w:link w:val="AltBilgi"/>
    <w:uiPriority w:val="99"/>
    <w:rsid w:val="00E618BF"/>
  </w:style>
  <w:style w:type="paragraph" w:styleId="AralkYok">
    <w:name w:val="No Spacing"/>
    <w:uiPriority w:val="1"/>
    <w:qFormat/>
    <w:rsid w:val="00FC693F"/>
    <w:pPr>
      <w:spacing w:after="0" w:line="240" w:lineRule="auto"/>
    </w:pPr>
  </w:style>
  <w:style w:type="character" w:customStyle="1" w:styleId="Balk1Char">
    <w:name w:val="Başlık 1 Char"/>
    <w:basedOn w:val="VarsaylanParagrafYazTipi"/>
    <w:link w:val="Bal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rsid w:val="00FC693F"/>
    <w:rPr>
      <w:rFonts w:asciiTheme="majorHAnsi" w:eastAsiaTheme="majorEastAsia" w:hAnsiTheme="majorHAnsi" w:cstheme="majorBidi"/>
      <w:b/>
      <w:bCs/>
      <w:color w:val="4F81BD" w:themeColor="accent1"/>
      <w:sz w:val="26"/>
      <w:szCs w:val="26"/>
    </w:rPr>
  </w:style>
  <w:style w:type="character" w:customStyle="1" w:styleId="Balk3Char">
    <w:name w:val="Başlık 3 Char"/>
    <w:basedOn w:val="VarsaylanParagrafYazTipi"/>
    <w:link w:val="Balk3"/>
    <w:uiPriority w:val="9"/>
    <w:rsid w:val="00FC693F"/>
    <w:rPr>
      <w:rFonts w:asciiTheme="majorHAnsi" w:eastAsiaTheme="majorEastAsia" w:hAnsiTheme="majorHAnsi" w:cstheme="majorBidi"/>
      <w:b/>
      <w:bCs/>
      <w:color w:val="4F81BD" w:themeColor="accent1"/>
    </w:rPr>
  </w:style>
  <w:style w:type="paragraph" w:styleId="KonuBal">
    <w:name w:val="Title"/>
    <w:basedOn w:val="Normal"/>
    <w:next w:val="Normal"/>
    <w:link w:val="KonuBa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KonuBalChar">
    <w:name w:val="Konu Başlığı Char"/>
    <w:basedOn w:val="VarsaylanParagrafYazTipi"/>
    <w:link w:val="KonuBa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ltyaz">
    <w:name w:val="Subtitle"/>
    <w:basedOn w:val="Normal"/>
    <w:next w:val="Normal"/>
    <w:link w:val="Altyaz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tyazChar">
    <w:name w:val="Altyazı Char"/>
    <w:basedOn w:val="VarsaylanParagrafYazTipi"/>
    <w:link w:val="Altyaz"/>
    <w:uiPriority w:val="11"/>
    <w:rsid w:val="00FC693F"/>
    <w:rPr>
      <w:rFonts w:asciiTheme="majorHAnsi" w:eastAsiaTheme="majorEastAsia" w:hAnsiTheme="majorHAnsi" w:cstheme="majorBidi"/>
      <w:i/>
      <w:iCs/>
      <w:color w:val="4F81BD" w:themeColor="accent1"/>
      <w:spacing w:val="15"/>
      <w:sz w:val="24"/>
      <w:szCs w:val="24"/>
    </w:rPr>
  </w:style>
  <w:style w:type="paragraph" w:styleId="ListeParagraf">
    <w:name w:val="List Paragraph"/>
    <w:basedOn w:val="Normal"/>
    <w:uiPriority w:val="34"/>
    <w:qFormat/>
    <w:rsid w:val="00FC693F"/>
    <w:pPr>
      <w:ind w:left="720"/>
      <w:contextualSpacing/>
    </w:pPr>
  </w:style>
  <w:style w:type="paragraph" w:styleId="GvdeMetni">
    <w:name w:val="Body Text"/>
    <w:basedOn w:val="Normal"/>
    <w:link w:val="GvdeMetniChar"/>
    <w:uiPriority w:val="99"/>
    <w:unhideWhenUsed/>
    <w:rsid w:val="00AA1D8D"/>
    <w:pPr>
      <w:spacing w:after="120"/>
    </w:pPr>
  </w:style>
  <w:style w:type="character" w:customStyle="1" w:styleId="GvdeMetniChar">
    <w:name w:val="Gövde Metni Char"/>
    <w:basedOn w:val="VarsaylanParagrafYazTipi"/>
    <w:link w:val="GvdeMetni"/>
    <w:uiPriority w:val="99"/>
    <w:rsid w:val="00AA1D8D"/>
  </w:style>
  <w:style w:type="paragraph" w:styleId="GvdeMetni2">
    <w:name w:val="Body Text 2"/>
    <w:basedOn w:val="Normal"/>
    <w:link w:val="GvdeMetni2Char"/>
    <w:uiPriority w:val="99"/>
    <w:unhideWhenUsed/>
    <w:rsid w:val="00AA1D8D"/>
    <w:pPr>
      <w:spacing w:after="120" w:line="480" w:lineRule="auto"/>
    </w:pPr>
  </w:style>
  <w:style w:type="character" w:customStyle="1" w:styleId="GvdeMetni2Char">
    <w:name w:val="Gövde Metni 2 Char"/>
    <w:basedOn w:val="VarsaylanParagrafYazTipi"/>
    <w:link w:val="GvdeMetni2"/>
    <w:uiPriority w:val="99"/>
    <w:rsid w:val="00AA1D8D"/>
  </w:style>
  <w:style w:type="paragraph" w:styleId="GvdeMetni3">
    <w:name w:val="Body Text 3"/>
    <w:basedOn w:val="Normal"/>
    <w:link w:val="GvdeMetni3Char"/>
    <w:uiPriority w:val="99"/>
    <w:unhideWhenUsed/>
    <w:rsid w:val="00AA1D8D"/>
    <w:pPr>
      <w:spacing w:after="120"/>
    </w:pPr>
    <w:rPr>
      <w:sz w:val="16"/>
      <w:szCs w:val="16"/>
    </w:rPr>
  </w:style>
  <w:style w:type="character" w:customStyle="1" w:styleId="GvdeMetni3Char">
    <w:name w:val="Gövde Metni 3 Char"/>
    <w:basedOn w:val="VarsaylanParagrafYazTipi"/>
    <w:link w:val="GvdeMetni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Maddemi">
    <w:name w:val="List Bullet"/>
    <w:basedOn w:val="Normal"/>
    <w:uiPriority w:val="99"/>
    <w:unhideWhenUsed/>
    <w:rsid w:val="00326F90"/>
    <w:pPr>
      <w:numPr>
        <w:numId w:val="1"/>
      </w:numPr>
      <w:contextualSpacing/>
    </w:pPr>
  </w:style>
  <w:style w:type="paragraph" w:styleId="ListeMaddemi2">
    <w:name w:val="List Bullet 2"/>
    <w:basedOn w:val="Normal"/>
    <w:uiPriority w:val="99"/>
    <w:unhideWhenUsed/>
    <w:rsid w:val="00326F90"/>
    <w:pPr>
      <w:numPr>
        <w:numId w:val="2"/>
      </w:numPr>
      <w:contextualSpacing/>
    </w:pPr>
  </w:style>
  <w:style w:type="paragraph" w:styleId="ListeMaddemi3">
    <w:name w:val="List Bullet 3"/>
    <w:basedOn w:val="Normal"/>
    <w:uiPriority w:val="99"/>
    <w:unhideWhenUsed/>
    <w:rsid w:val="00326F90"/>
    <w:pPr>
      <w:numPr>
        <w:numId w:val="3"/>
      </w:numPr>
      <w:contextualSpacing/>
    </w:pPr>
  </w:style>
  <w:style w:type="paragraph" w:styleId="ListeNumaras">
    <w:name w:val="List Number"/>
    <w:basedOn w:val="Normal"/>
    <w:uiPriority w:val="99"/>
    <w:unhideWhenUsed/>
    <w:rsid w:val="00326F90"/>
    <w:pPr>
      <w:numPr>
        <w:numId w:val="5"/>
      </w:numPr>
      <w:contextualSpacing/>
    </w:pPr>
  </w:style>
  <w:style w:type="paragraph" w:styleId="ListeNumaras2">
    <w:name w:val="List Number 2"/>
    <w:basedOn w:val="Normal"/>
    <w:uiPriority w:val="99"/>
    <w:unhideWhenUsed/>
    <w:rsid w:val="0029639D"/>
    <w:pPr>
      <w:numPr>
        <w:numId w:val="6"/>
      </w:numPr>
      <w:contextualSpacing/>
    </w:pPr>
  </w:style>
  <w:style w:type="paragraph" w:styleId="ListeNumaras3">
    <w:name w:val="List Number 3"/>
    <w:basedOn w:val="Normal"/>
    <w:uiPriority w:val="99"/>
    <w:unhideWhenUsed/>
    <w:rsid w:val="0029639D"/>
    <w:pPr>
      <w:numPr>
        <w:numId w:val="7"/>
      </w:numPr>
      <w:contextualSpacing/>
    </w:pPr>
  </w:style>
  <w:style w:type="paragraph" w:styleId="ListeDevam">
    <w:name w:val="List Continue"/>
    <w:basedOn w:val="Normal"/>
    <w:uiPriority w:val="99"/>
    <w:unhideWhenUsed/>
    <w:rsid w:val="0029639D"/>
    <w:pPr>
      <w:spacing w:after="120"/>
      <w:ind w:left="360"/>
      <w:contextualSpacing/>
    </w:pPr>
  </w:style>
  <w:style w:type="paragraph" w:styleId="ListeDevam2">
    <w:name w:val="List Continue 2"/>
    <w:basedOn w:val="Normal"/>
    <w:uiPriority w:val="99"/>
    <w:unhideWhenUsed/>
    <w:rsid w:val="0029639D"/>
    <w:pPr>
      <w:spacing w:after="120"/>
      <w:ind w:left="720"/>
      <w:contextualSpacing/>
    </w:pPr>
  </w:style>
  <w:style w:type="paragraph" w:styleId="ListeDevam3">
    <w:name w:val="List Continue 3"/>
    <w:basedOn w:val="Normal"/>
    <w:uiPriority w:val="99"/>
    <w:unhideWhenUsed/>
    <w:rsid w:val="0029639D"/>
    <w:pPr>
      <w:spacing w:after="120"/>
      <w:ind w:left="1080"/>
      <w:contextualSpacing/>
    </w:pPr>
  </w:style>
  <w:style w:type="paragraph" w:styleId="MakroMetni">
    <w:name w:val="macro"/>
    <w:link w:val="MakroMetni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MetniChar">
    <w:name w:val="Makro Metni Char"/>
    <w:basedOn w:val="VarsaylanParagrafYazTipi"/>
    <w:link w:val="MakroMetni"/>
    <w:uiPriority w:val="99"/>
    <w:rsid w:val="0029639D"/>
    <w:rPr>
      <w:rFonts w:ascii="Courier" w:hAnsi="Courier"/>
      <w:sz w:val="20"/>
      <w:szCs w:val="20"/>
    </w:rPr>
  </w:style>
  <w:style w:type="paragraph" w:styleId="Alnt">
    <w:name w:val="Quote"/>
    <w:basedOn w:val="Normal"/>
    <w:next w:val="Normal"/>
    <w:link w:val="AlntChar"/>
    <w:uiPriority w:val="29"/>
    <w:qFormat/>
    <w:rsid w:val="00FC693F"/>
    <w:rPr>
      <w:i/>
      <w:iCs/>
      <w:color w:val="000000" w:themeColor="text1"/>
    </w:rPr>
  </w:style>
  <w:style w:type="character" w:customStyle="1" w:styleId="AlntChar">
    <w:name w:val="Alıntı Char"/>
    <w:basedOn w:val="VarsaylanParagrafYazTipi"/>
    <w:link w:val="Alnt"/>
    <w:uiPriority w:val="29"/>
    <w:rsid w:val="00FC693F"/>
    <w:rPr>
      <w:i/>
      <w:iCs/>
      <w:color w:val="000000" w:themeColor="text1"/>
    </w:rPr>
  </w:style>
  <w:style w:type="character" w:customStyle="1" w:styleId="Balk4Char">
    <w:name w:val="Başlık 4 Char"/>
    <w:basedOn w:val="VarsaylanParagrafYazTipi"/>
    <w:link w:val="Balk4"/>
    <w:uiPriority w:val="9"/>
    <w:semiHidden/>
    <w:rsid w:val="00FC693F"/>
    <w:rPr>
      <w:rFonts w:asciiTheme="majorHAnsi" w:eastAsiaTheme="majorEastAsia" w:hAnsiTheme="majorHAnsi" w:cstheme="majorBidi"/>
      <w:b/>
      <w:bCs/>
      <w:i/>
      <w:iCs/>
      <w:color w:val="4F81BD" w:themeColor="accent1"/>
    </w:rPr>
  </w:style>
  <w:style w:type="character" w:customStyle="1" w:styleId="Balk5Char">
    <w:name w:val="Başlık 5 Char"/>
    <w:basedOn w:val="VarsaylanParagrafYazTipi"/>
    <w:link w:val="Balk5"/>
    <w:uiPriority w:val="9"/>
    <w:semiHidden/>
    <w:rsid w:val="00FC693F"/>
    <w:rPr>
      <w:rFonts w:asciiTheme="majorHAnsi" w:eastAsiaTheme="majorEastAsia" w:hAnsiTheme="majorHAnsi" w:cstheme="majorBidi"/>
      <w:color w:val="243F60" w:themeColor="accent1" w:themeShade="7F"/>
    </w:rPr>
  </w:style>
  <w:style w:type="character" w:customStyle="1" w:styleId="Balk6Char">
    <w:name w:val="Başlık 6 Char"/>
    <w:basedOn w:val="VarsaylanParagrafYazTipi"/>
    <w:link w:val="Balk6"/>
    <w:uiPriority w:val="9"/>
    <w:semiHidden/>
    <w:rsid w:val="00FC693F"/>
    <w:rPr>
      <w:rFonts w:asciiTheme="majorHAnsi" w:eastAsiaTheme="majorEastAsia" w:hAnsiTheme="majorHAnsi" w:cstheme="majorBidi"/>
      <w:i/>
      <w:iCs/>
      <w:color w:val="243F60" w:themeColor="accent1" w:themeShade="7F"/>
    </w:rPr>
  </w:style>
  <w:style w:type="character" w:customStyle="1" w:styleId="Balk7Char">
    <w:name w:val="Başlık 7 Char"/>
    <w:basedOn w:val="VarsaylanParagrafYazTipi"/>
    <w:link w:val="Balk7"/>
    <w:uiPriority w:val="9"/>
    <w:semiHidden/>
    <w:rsid w:val="00FC693F"/>
    <w:rPr>
      <w:rFonts w:asciiTheme="majorHAnsi" w:eastAsiaTheme="majorEastAsia" w:hAnsiTheme="majorHAnsi" w:cstheme="majorBidi"/>
      <w:i/>
      <w:iCs/>
      <w:color w:val="404040" w:themeColor="text1" w:themeTint="BF"/>
    </w:rPr>
  </w:style>
  <w:style w:type="character" w:customStyle="1" w:styleId="Balk8Char">
    <w:name w:val="Başlık 8 Char"/>
    <w:basedOn w:val="VarsaylanParagrafYazTipi"/>
    <w:link w:val="Balk8"/>
    <w:uiPriority w:val="9"/>
    <w:semiHidden/>
    <w:rsid w:val="00FC693F"/>
    <w:rPr>
      <w:rFonts w:asciiTheme="majorHAnsi" w:eastAsiaTheme="majorEastAsia" w:hAnsiTheme="majorHAnsi" w:cstheme="majorBidi"/>
      <w:color w:val="4F81BD" w:themeColor="accent1"/>
      <w:sz w:val="20"/>
      <w:szCs w:val="20"/>
    </w:rPr>
  </w:style>
  <w:style w:type="character" w:customStyle="1" w:styleId="Balk9Char">
    <w:name w:val="Başlık 9 Char"/>
    <w:basedOn w:val="VarsaylanParagrafYazTipi"/>
    <w:link w:val="Balk9"/>
    <w:uiPriority w:val="9"/>
    <w:semiHidden/>
    <w:rsid w:val="00FC693F"/>
    <w:rPr>
      <w:rFonts w:asciiTheme="majorHAnsi" w:eastAsiaTheme="majorEastAsia" w:hAnsiTheme="majorHAnsi" w:cstheme="majorBidi"/>
      <w:i/>
      <w:iCs/>
      <w:color w:val="404040" w:themeColor="text1" w:themeTint="BF"/>
      <w:sz w:val="20"/>
      <w:szCs w:val="20"/>
    </w:rPr>
  </w:style>
  <w:style w:type="paragraph" w:styleId="ResimYazs">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Gl">
    <w:name w:val="Strong"/>
    <w:basedOn w:val="VarsaylanParagrafYazTipi"/>
    <w:uiPriority w:val="22"/>
    <w:qFormat/>
    <w:rsid w:val="00FC693F"/>
    <w:rPr>
      <w:b/>
      <w:bCs/>
    </w:rPr>
  </w:style>
  <w:style w:type="character" w:styleId="Vurgu">
    <w:name w:val="Emphasis"/>
    <w:basedOn w:val="VarsaylanParagrafYazTipi"/>
    <w:uiPriority w:val="20"/>
    <w:qFormat/>
    <w:rsid w:val="00FC693F"/>
    <w:rPr>
      <w:i/>
      <w:iCs/>
    </w:rPr>
  </w:style>
  <w:style w:type="paragraph" w:styleId="GlAlnt">
    <w:name w:val="Intense Quote"/>
    <w:basedOn w:val="Normal"/>
    <w:next w:val="Normal"/>
    <w:link w:val="GlAln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FC693F"/>
    <w:rPr>
      <w:b/>
      <w:bCs/>
      <w:i/>
      <w:iCs/>
      <w:color w:val="4F81BD" w:themeColor="accent1"/>
    </w:rPr>
  </w:style>
  <w:style w:type="character" w:styleId="HafifVurgulama">
    <w:name w:val="Subtle Emphasis"/>
    <w:basedOn w:val="VarsaylanParagrafYazTipi"/>
    <w:uiPriority w:val="19"/>
    <w:qFormat/>
    <w:rsid w:val="00FC693F"/>
    <w:rPr>
      <w:i/>
      <w:iCs/>
      <w:color w:val="808080" w:themeColor="text1" w:themeTint="7F"/>
    </w:rPr>
  </w:style>
  <w:style w:type="character" w:styleId="GlVurgulama">
    <w:name w:val="Intense Emphasis"/>
    <w:basedOn w:val="VarsaylanParagrafYazTipi"/>
    <w:uiPriority w:val="21"/>
    <w:qFormat/>
    <w:rsid w:val="00FC693F"/>
    <w:rPr>
      <w:b/>
      <w:bCs/>
      <w:i/>
      <w:iCs/>
      <w:color w:val="4F81BD" w:themeColor="accent1"/>
    </w:rPr>
  </w:style>
  <w:style w:type="character" w:styleId="HafifBavuru">
    <w:name w:val="Subtle Reference"/>
    <w:basedOn w:val="VarsaylanParagrafYazTipi"/>
    <w:uiPriority w:val="31"/>
    <w:qFormat/>
    <w:rsid w:val="00FC693F"/>
    <w:rPr>
      <w:smallCaps/>
      <w:color w:val="C0504D" w:themeColor="accent2"/>
      <w:u w:val="single"/>
    </w:rPr>
  </w:style>
  <w:style w:type="character" w:styleId="GlBavuru">
    <w:name w:val="Intense Reference"/>
    <w:basedOn w:val="VarsaylanParagrafYazTipi"/>
    <w:uiPriority w:val="32"/>
    <w:qFormat/>
    <w:rsid w:val="00FC693F"/>
    <w:rPr>
      <w:b/>
      <w:bCs/>
      <w:smallCaps/>
      <w:color w:val="C0504D" w:themeColor="accent2"/>
      <w:spacing w:val="5"/>
      <w:u w:val="single"/>
    </w:rPr>
  </w:style>
  <w:style w:type="character" w:styleId="KitapBal">
    <w:name w:val="Book Title"/>
    <w:basedOn w:val="VarsaylanParagrafYazTipi"/>
    <w:uiPriority w:val="33"/>
    <w:qFormat/>
    <w:rsid w:val="00FC693F"/>
    <w:rPr>
      <w:b/>
      <w:bCs/>
      <w:smallCaps/>
      <w:spacing w:val="5"/>
    </w:rPr>
  </w:style>
  <w:style w:type="paragraph" w:styleId="TBal">
    <w:name w:val="TOC Heading"/>
    <w:basedOn w:val="Balk1"/>
    <w:next w:val="Normal"/>
    <w:uiPriority w:val="39"/>
    <w:semiHidden/>
    <w:unhideWhenUsed/>
    <w:qFormat/>
    <w:rsid w:val="00FC693F"/>
    <w:pPr>
      <w:outlineLvl w:val="9"/>
    </w:pPr>
  </w:style>
  <w:style w:type="table" w:styleId="TabloKlavuzu">
    <w:name w:val="Table Grid"/>
    <w:basedOn w:val="NormalTablo"/>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kGlgeleme">
    <w:name w:val="Light Shading"/>
    <w:basedOn w:val="NormalTablo"/>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kListe">
    <w:name w:val="Light List"/>
    <w:basedOn w:val="NormalTablo"/>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kKlavuz">
    <w:name w:val="Light Grid"/>
    <w:basedOn w:val="NormalTablo"/>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OrtaGlgeleme1">
    <w:name w:val="Medium Shading 1"/>
    <w:basedOn w:val="NormalTablo"/>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Liste1">
    <w:name w:val="Medium List 1"/>
    <w:basedOn w:val="NormalTablo"/>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OrtaListe2">
    <w:name w:val="Medium Lis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2-Vurgu1">
    <w:name w:val="Medium List 2 Accent 1"/>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OrtaKlavuz1">
    <w:name w:val="Medium Grid 1"/>
    <w:basedOn w:val="NormalTablo"/>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OrtaKlavuz2">
    <w:name w:val="Medium Grid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OrtaKlavuz3">
    <w:name w:val="Medium Grid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KoyuListe">
    <w:name w:val="Dark List"/>
    <w:basedOn w:val="NormalTablo"/>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RenkliGlgeleme">
    <w:name w:val="Colorful Shading"/>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RenkliListe">
    <w:name w:val="Colorful List"/>
    <w:basedOn w:val="NormalTablo"/>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RenkliKlavuz">
    <w:name w:val="Colorful Grid"/>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241</Words>
  <Characters>1380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ACER</cp:lastModifiedBy>
  <cp:revision>7</cp:revision>
  <dcterms:created xsi:type="dcterms:W3CDTF">2026-07-27T07:23:00Z</dcterms:created>
  <dcterms:modified xsi:type="dcterms:W3CDTF">2026-08-03T11:26:00Z</dcterms:modified>
  <cp:category/>
</cp:coreProperties>
</file>