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B9623D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B9623D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C72095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C72095" w:rsidRDefault="00C72095" w:rsidP="00C72095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2E56C57" w:rsidR="00C72095" w:rsidRDefault="00C72095" w:rsidP="00C72095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detay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C72095" w:rsidRDefault="00C72095" w:rsidP="00C72095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7263BCD" w:rsidR="00C72095" w:rsidRDefault="00C72095" w:rsidP="00C72095">
            <w:proofErr w:type="spellStart"/>
            <w:r>
              <w:rPr>
                <w:rFonts w:ascii="Cambria" w:hAnsi="Cambria" w:cs="Segoe UI"/>
                <w:color w:val="000000"/>
              </w:rPr>
              <w:t>Çeşitli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memur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maaş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katsayısı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hesaplamaları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C72095" w:rsidRDefault="00C72095" w:rsidP="00C72095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50D0EFA1" w:rsidR="00C72095" w:rsidRDefault="00C72095" w:rsidP="00C72095">
            <w:proofErr w:type="spellStart"/>
            <w:r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Talimatı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/Onay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hukuki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gerekçesi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harcamanın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mahiyetine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C72095" w:rsidRDefault="00C72095" w:rsidP="00C72095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7A85CA41" w:rsidR="00C72095" w:rsidRDefault="00C72095" w:rsidP="00C72095">
            <w:proofErr w:type="spellStart"/>
            <w:r>
              <w:rPr>
                <w:rFonts w:ascii="Cambria" w:hAnsi="Cambria" w:cs="Segoe UI"/>
                <w:color w:val="000000"/>
              </w:rPr>
              <w:t>Eksik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maaş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dönemlerine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ait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maaş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son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terfi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C72095" w:rsidRDefault="00C72095" w:rsidP="00C72095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79AD067D" w:rsidR="00C72095" w:rsidRDefault="00C72095" w:rsidP="00C72095">
            <w:proofErr w:type="spellStart"/>
            <w:r>
              <w:rPr>
                <w:rFonts w:ascii="Cambria" w:hAnsi="Cambria" w:cs="Segoe UI"/>
                <w:color w:val="000000"/>
              </w:rPr>
              <w:t>Eksik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maaş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unsuruna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kanıtlayıcı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türüne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çocuk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yardımı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dil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tazminatı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akademik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teşvik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sendika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geliştirme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ödeneği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idari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vb.)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C72095" w:rsidRDefault="00C72095" w:rsidP="00C72095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7DDED262" w:rsidR="00C72095" w:rsidRDefault="00C72095" w:rsidP="00C72095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buna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C72095" w:rsidRDefault="00C72095" w:rsidP="00C72095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1C17A9EE" w:rsidR="00C72095" w:rsidRDefault="00C72095" w:rsidP="00C72095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C72095" w:rsidRDefault="00C72095" w:rsidP="00C72095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2119C8CA" w:rsidR="00C72095" w:rsidRDefault="00C72095" w:rsidP="00C72095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2095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C72095" w:rsidRDefault="00C72095" w:rsidP="00C72095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57E0ED82" w:rsidR="00C72095" w:rsidRDefault="00C72095" w:rsidP="00C72095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C72095" w:rsidRDefault="00C72095" w:rsidP="00C7209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752A" w14:textId="77777777" w:rsidR="00590D91" w:rsidRDefault="00590D91" w:rsidP="00B9623D">
      <w:pPr>
        <w:spacing w:after="0" w:line="240" w:lineRule="auto"/>
      </w:pPr>
      <w:r>
        <w:separator/>
      </w:r>
    </w:p>
  </w:endnote>
  <w:endnote w:type="continuationSeparator" w:id="0">
    <w:p w14:paraId="739AE83B" w14:textId="77777777" w:rsidR="00590D91" w:rsidRDefault="00590D91" w:rsidP="00B9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A21B" w14:textId="77777777" w:rsidR="00B9623D" w:rsidRDefault="00B962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B9623D" w:rsidRPr="007A5A35" w14:paraId="43484B59" w14:textId="77777777" w:rsidTr="001C34E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A1A9BF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9E1BF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75642A9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B9623D" w:rsidRPr="007A5A35" w14:paraId="39A74ABE" w14:textId="77777777" w:rsidTr="001C34E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7F7C35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CCE628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FA64B65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26E8236" w14:textId="3D5D12A9" w:rsidR="00B9623D" w:rsidRDefault="00B9623D">
    <w:pPr>
      <w:pStyle w:val="AltBilgi"/>
    </w:pPr>
  </w:p>
  <w:p w14:paraId="5C1ED7E0" w14:textId="77777777" w:rsidR="00B9623D" w:rsidRDefault="00B9623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17A1" w14:textId="77777777" w:rsidR="00B9623D" w:rsidRDefault="00B962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C8C34" w14:textId="77777777" w:rsidR="00590D91" w:rsidRDefault="00590D91" w:rsidP="00B9623D">
      <w:pPr>
        <w:spacing w:after="0" w:line="240" w:lineRule="auto"/>
      </w:pPr>
      <w:r>
        <w:separator/>
      </w:r>
    </w:p>
  </w:footnote>
  <w:footnote w:type="continuationSeparator" w:id="0">
    <w:p w14:paraId="3930578D" w14:textId="77777777" w:rsidR="00590D91" w:rsidRDefault="00590D91" w:rsidP="00B9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6864" w14:textId="77777777" w:rsidR="00B9623D" w:rsidRDefault="00B9623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B9623D" w:rsidRPr="007A5A35" w14:paraId="7D5EF03D" w14:textId="77777777" w:rsidTr="001C34E0">
      <w:trPr>
        <w:trHeight w:val="261"/>
      </w:trPr>
      <w:tc>
        <w:tcPr>
          <w:tcW w:w="1676" w:type="dxa"/>
          <w:vMerge w:val="restart"/>
          <w:vAlign w:val="center"/>
        </w:tcPr>
        <w:p w14:paraId="17A26F31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207E66C5" wp14:editId="2C394F96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D905A4E" w14:textId="103A2869" w:rsidR="00B9623D" w:rsidRPr="00B9623D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B9623D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GERİYE DÖNÜK MAAŞ FARK ÖDEMELERİNE </w:t>
          </w:r>
          <w:r w:rsidRPr="00B9623D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35E54252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72E116A" w14:textId="7360D5E4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</w:p>
      </w:tc>
    </w:tr>
    <w:tr w:rsidR="00B9623D" w:rsidRPr="007A5A35" w14:paraId="606E0432" w14:textId="77777777" w:rsidTr="001C34E0">
      <w:trPr>
        <w:trHeight w:val="261"/>
      </w:trPr>
      <w:tc>
        <w:tcPr>
          <w:tcW w:w="1676" w:type="dxa"/>
          <w:vMerge/>
          <w:vAlign w:val="center"/>
        </w:tcPr>
        <w:p w14:paraId="3E33411B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F5586D8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F22E4BD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8ADD917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B9623D" w:rsidRPr="007A5A35" w14:paraId="2FA3176F" w14:textId="77777777" w:rsidTr="001C34E0">
      <w:trPr>
        <w:trHeight w:val="261"/>
      </w:trPr>
      <w:tc>
        <w:tcPr>
          <w:tcW w:w="1676" w:type="dxa"/>
          <w:vMerge/>
          <w:vAlign w:val="center"/>
        </w:tcPr>
        <w:p w14:paraId="77A3DEE2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4AA7371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A1BB341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3B8B276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B9623D" w:rsidRPr="007A5A35" w14:paraId="4B4DB0A0" w14:textId="77777777" w:rsidTr="001C34E0">
      <w:trPr>
        <w:trHeight w:val="261"/>
      </w:trPr>
      <w:tc>
        <w:tcPr>
          <w:tcW w:w="1676" w:type="dxa"/>
          <w:vMerge/>
          <w:vAlign w:val="center"/>
        </w:tcPr>
        <w:p w14:paraId="1EC6CA81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B536DC9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AA79754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A654D27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B9623D" w:rsidRPr="007A5A35" w14:paraId="112A57FE" w14:textId="77777777" w:rsidTr="001C34E0">
      <w:trPr>
        <w:trHeight w:val="261"/>
      </w:trPr>
      <w:tc>
        <w:tcPr>
          <w:tcW w:w="1676" w:type="dxa"/>
          <w:vMerge/>
          <w:vAlign w:val="center"/>
        </w:tcPr>
        <w:p w14:paraId="7E7DD3B2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C2F513F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E4CA1D8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5CE9D201" w14:textId="77777777" w:rsidR="00B9623D" w:rsidRPr="007A5A35" w:rsidRDefault="00B9623D" w:rsidP="00B9623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E5E0CC2" w14:textId="2C7B7774" w:rsidR="00B9623D" w:rsidRDefault="00B9623D">
    <w:pPr>
      <w:pStyle w:val="stBilgi"/>
    </w:pPr>
  </w:p>
  <w:p w14:paraId="1328BC20" w14:textId="77777777" w:rsidR="00B9623D" w:rsidRDefault="00B9623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A2776" w14:textId="77777777" w:rsidR="00B9623D" w:rsidRDefault="00B962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90D91"/>
    <w:rsid w:val="005B2152"/>
    <w:rsid w:val="006A3593"/>
    <w:rsid w:val="006C17B4"/>
    <w:rsid w:val="0073159B"/>
    <w:rsid w:val="00780547"/>
    <w:rsid w:val="008831BD"/>
    <w:rsid w:val="00920C53"/>
    <w:rsid w:val="009A140A"/>
    <w:rsid w:val="009E4BAD"/>
    <w:rsid w:val="00AA1D8D"/>
    <w:rsid w:val="00B47730"/>
    <w:rsid w:val="00B71931"/>
    <w:rsid w:val="00B9623D"/>
    <w:rsid w:val="00C6718A"/>
    <w:rsid w:val="00C72095"/>
    <w:rsid w:val="00CB0664"/>
    <w:rsid w:val="00D00C18"/>
    <w:rsid w:val="00D07467"/>
    <w:rsid w:val="00DE3D0A"/>
    <w:rsid w:val="00EA4814"/>
    <w:rsid w:val="00EB2BB1"/>
    <w:rsid w:val="00FC13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2026-08-03T12:51:00Z</dcterms:modified>
  <cp:category/>
</cp:coreProperties>
</file>