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123BD3" w14:paraId="0B11984C" w14:textId="77777777" w:rsidTr="00760AD2">
        <w:trPr>
          <w:trHeight w:val="424"/>
        </w:trPr>
        <w:tc>
          <w:tcPr>
            <w:tcW w:w="2092" w:type="dxa"/>
            <w:vAlign w:val="center"/>
          </w:tcPr>
          <w:p w14:paraId="03A26DFB" w14:textId="77777777" w:rsidR="00123BD3" w:rsidRDefault="00000000" w:rsidP="00D07467">
            <w:proofErr w:type="spellStart"/>
            <w:r>
              <w:t>Harcama</w:t>
            </w:r>
            <w:proofErr w:type="spellEnd"/>
            <w:r>
              <w:t xml:space="preserve"> </w:t>
            </w:r>
            <w:proofErr w:type="spellStart"/>
            <w:r>
              <w:t>Birimi</w:t>
            </w:r>
            <w:proofErr w:type="spellEnd"/>
          </w:p>
        </w:tc>
        <w:tc>
          <w:tcPr>
            <w:tcW w:w="8438" w:type="dxa"/>
            <w:vAlign w:val="center"/>
          </w:tcPr>
          <w:p w14:paraId="0961E16C" w14:textId="77777777" w:rsidR="00123BD3" w:rsidRDefault="00123BD3" w:rsidP="00D07467">
            <w:pPr>
              <w:jc w:val="center"/>
            </w:pPr>
          </w:p>
        </w:tc>
      </w:tr>
      <w:tr w:rsidR="00123BD3" w14:paraId="36CA8615" w14:textId="77777777" w:rsidTr="00760AD2">
        <w:trPr>
          <w:trHeight w:val="441"/>
        </w:trPr>
        <w:tc>
          <w:tcPr>
            <w:tcW w:w="2092" w:type="dxa"/>
            <w:vAlign w:val="center"/>
          </w:tcPr>
          <w:p w14:paraId="3D0C4798" w14:textId="77777777" w:rsidR="00123BD3" w:rsidRDefault="00000000">
            <w:r>
              <w:t>İşin Adı</w:t>
            </w:r>
          </w:p>
        </w:tc>
        <w:tc>
          <w:tcPr>
            <w:tcW w:w="8438" w:type="dxa"/>
            <w:vAlign w:val="center"/>
          </w:tcPr>
          <w:p w14:paraId="1B235D99" w14:textId="77777777" w:rsidR="00123BD3" w:rsidRDefault="00123BD3"/>
        </w:tc>
      </w:tr>
    </w:tbl>
    <w:p w14:paraId="375A049B" w14:textId="77777777" w:rsidR="001029FB" w:rsidRDefault="001029FB" w:rsidP="001029FB">
      <w:pPr>
        <w:rPr>
          <w:sz w:val="18"/>
          <w:szCs w:val="18"/>
        </w:rPr>
      </w:pPr>
    </w:p>
    <w:p w14:paraId="136F818F" w14:textId="400F2D6E" w:rsidR="001029FB" w:rsidRDefault="00000000" w:rsidP="001029FB">
      <w:pPr>
        <w:rPr>
          <w:lang w:val="tr-TR"/>
        </w:rPr>
      </w:pPr>
      <w:sdt>
        <w:sdtPr>
          <w:rPr>
            <w:sz w:val="18"/>
            <w:szCs w:val="18"/>
          </w:rPr>
          <w:id w:val="-1370602610"/>
          <w14:checkbox>
            <w14:checked w14:val="0"/>
            <w14:checkedState w14:val="2612" w14:font="MS Gothic"/>
            <w14:uncheckedState w14:val="2610" w14:font="MS Gothic"/>
          </w14:checkbox>
        </w:sdtPr>
        <w:sdtContent>
          <w:r w:rsidR="001029FB">
            <w:rPr>
              <w:rFonts w:ascii="MS Gothic" w:eastAsia="MS Gothic" w:hAnsi="MS Gothic" w:hint="eastAsia"/>
              <w:sz w:val="18"/>
              <w:szCs w:val="18"/>
            </w:rPr>
            <w:t>☐</w:t>
          </w:r>
        </w:sdtContent>
      </w:sdt>
      <w:r w:rsidR="001029FB" w:rsidRPr="00D00C18">
        <w:rPr>
          <w:lang w:val="tr-TR"/>
        </w:rPr>
        <w:t xml:space="preserve"> </w:t>
      </w:r>
      <w:r w:rsidR="001029FB">
        <w:rPr>
          <w:lang w:val="tr-TR"/>
        </w:rPr>
        <w:t>Mal Alımı İhalesi</w:t>
      </w:r>
      <w:r w:rsidR="001029FB">
        <w:rPr>
          <w:lang w:val="tr-TR"/>
        </w:rPr>
        <w:tab/>
      </w:r>
      <w:r w:rsidR="001029FB">
        <w:rPr>
          <w:lang w:val="tr-TR"/>
        </w:rPr>
        <w:tab/>
      </w:r>
      <w:sdt>
        <w:sdtPr>
          <w:rPr>
            <w:sz w:val="18"/>
            <w:szCs w:val="18"/>
          </w:rPr>
          <w:id w:val="-2083749883"/>
          <w14:checkbox>
            <w14:checked w14:val="0"/>
            <w14:checkedState w14:val="2612" w14:font="MS Gothic"/>
            <w14:uncheckedState w14:val="2610" w14:font="MS Gothic"/>
          </w14:checkbox>
        </w:sdtPr>
        <w:sdtContent>
          <w:r w:rsidR="001029FB">
            <w:rPr>
              <w:rFonts w:ascii="MS Gothic" w:eastAsia="MS Gothic" w:hAnsi="MS Gothic" w:hint="eastAsia"/>
              <w:sz w:val="18"/>
              <w:szCs w:val="18"/>
            </w:rPr>
            <w:t>☐</w:t>
          </w:r>
        </w:sdtContent>
      </w:sdt>
      <w:r w:rsidR="001029FB" w:rsidRPr="00D00C18">
        <w:rPr>
          <w:lang w:val="tr-TR"/>
        </w:rPr>
        <w:t xml:space="preserve"> </w:t>
      </w:r>
      <w:r w:rsidR="001029FB">
        <w:rPr>
          <w:lang w:val="tr-TR"/>
        </w:rPr>
        <w:t>Hizmet Alımı İhalesi</w:t>
      </w:r>
      <w:r w:rsidR="001029FB">
        <w:rPr>
          <w:lang w:val="tr-TR"/>
        </w:rPr>
        <w:tab/>
      </w:r>
      <w:r w:rsidR="001029FB">
        <w:rPr>
          <w:lang w:val="tr-TR"/>
        </w:rPr>
        <w:tab/>
      </w:r>
      <w:r w:rsidR="001029FB">
        <w:rPr>
          <w:lang w:val="tr-TR"/>
        </w:rPr>
        <w:tab/>
      </w:r>
      <w:sdt>
        <w:sdtPr>
          <w:rPr>
            <w:sz w:val="18"/>
            <w:szCs w:val="18"/>
          </w:rPr>
          <w:id w:val="-1838138570"/>
          <w14:checkbox>
            <w14:checked w14:val="0"/>
            <w14:checkedState w14:val="2612" w14:font="MS Gothic"/>
            <w14:uncheckedState w14:val="2610" w14:font="MS Gothic"/>
          </w14:checkbox>
        </w:sdtPr>
        <w:sdtContent>
          <w:r w:rsidR="001029FB">
            <w:rPr>
              <w:rFonts w:ascii="MS Gothic" w:eastAsia="MS Gothic" w:hAnsi="MS Gothic" w:hint="eastAsia"/>
              <w:sz w:val="18"/>
              <w:szCs w:val="18"/>
            </w:rPr>
            <w:t>☐</w:t>
          </w:r>
        </w:sdtContent>
      </w:sdt>
      <w:r w:rsidR="001029FB" w:rsidRPr="00D00C18">
        <w:rPr>
          <w:lang w:val="tr-TR"/>
        </w:rPr>
        <w:t xml:space="preserve"> </w:t>
      </w:r>
      <w:r w:rsidR="001029FB">
        <w:rPr>
          <w:lang w:val="tr-TR"/>
        </w:rPr>
        <w:t>Yapım İşi İhalesi</w:t>
      </w:r>
    </w:p>
    <w:p w14:paraId="5F840373" w14:textId="77777777" w:rsidR="001029FB" w:rsidRPr="00D00C18" w:rsidRDefault="001029FB" w:rsidP="001029FB">
      <w:pPr>
        <w:rPr>
          <w:lang w:val="tr-TR"/>
        </w:rPr>
      </w:pPr>
    </w:p>
    <w:tbl>
      <w:tblPr>
        <w:tblStyle w:val="TabloKlavuzu"/>
        <w:tblW w:w="0" w:type="auto"/>
        <w:jc w:val="center"/>
        <w:tblLook w:val="04A0" w:firstRow="1" w:lastRow="0" w:firstColumn="1" w:lastColumn="0" w:noHBand="0" w:noVBand="1"/>
      </w:tblPr>
      <w:tblGrid>
        <w:gridCol w:w="810"/>
        <w:gridCol w:w="6608"/>
        <w:gridCol w:w="1268"/>
        <w:gridCol w:w="980"/>
        <w:gridCol w:w="864"/>
      </w:tblGrid>
      <w:tr w:rsidR="00123BD3" w14:paraId="54F28CC4" w14:textId="77777777" w:rsidTr="008831BD">
        <w:trPr>
          <w:jc w:val="center"/>
        </w:trPr>
        <w:tc>
          <w:tcPr>
            <w:tcW w:w="810" w:type="dxa"/>
            <w:vAlign w:val="center"/>
          </w:tcPr>
          <w:p w14:paraId="521E98C2" w14:textId="77777777" w:rsidR="00123BD3" w:rsidRDefault="00000000">
            <w:pPr>
              <w:jc w:val="center"/>
            </w:pPr>
            <w:r>
              <w:rPr>
                <w:b/>
              </w:rPr>
              <w:t>Sıra No</w:t>
            </w:r>
          </w:p>
        </w:tc>
        <w:tc>
          <w:tcPr>
            <w:tcW w:w="6608" w:type="dxa"/>
            <w:vAlign w:val="center"/>
          </w:tcPr>
          <w:p w14:paraId="7AD731B9" w14:textId="77777777" w:rsidR="00123BD3" w:rsidRDefault="00000000">
            <w:pPr>
              <w:jc w:val="center"/>
            </w:pPr>
            <w:r>
              <w:rPr>
                <w:b/>
              </w:rPr>
              <w:t>Kontrol Edilecek Hususlar</w:t>
            </w:r>
          </w:p>
        </w:tc>
        <w:tc>
          <w:tcPr>
            <w:tcW w:w="1268"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02295F" w14:paraId="6048EF0C" w14:textId="77777777" w:rsidTr="00D00C18">
        <w:trPr>
          <w:jc w:val="center"/>
        </w:trPr>
        <w:tc>
          <w:tcPr>
            <w:tcW w:w="810" w:type="dxa"/>
            <w:vAlign w:val="center"/>
          </w:tcPr>
          <w:p w14:paraId="780F2872" w14:textId="77777777" w:rsidR="0002295F" w:rsidRDefault="0002295F" w:rsidP="0002295F">
            <w:pPr>
              <w:jc w:val="center"/>
            </w:pPr>
            <w:r>
              <w:t>1</w:t>
            </w:r>
          </w:p>
        </w:tc>
        <w:tc>
          <w:tcPr>
            <w:tcW w:w="6608" w:type="dxa"/>
          </w:tcPr>
          <w:p w14:paraId="788F972B" w14:textId="7A67B82A" w:rsidR="0002295F" w:rsidRDefault="0002295F" w:rsidP="0002295F">
            <w:r>
              <w:rPr>
                <w:rFonts w:ascii="Cambria" w:hAnsi="Cambria" w:cs="Segoe UI"/>
                <w:color w:val="000000"/>
              </w:rPr>
              <w:t>Yaklaşık maliyet; dayanak belgeleri, hesap yöntemi ve KDV hariç hazırlanması yönünden kontrol edilerek uygun bulunmuş mu?</w:t>
            </w:r>
          </w:p>
        </w:tc>
        <w:sdt>
          <w:sdtPr>
            <w:rPr>
              <w:sz w:val="18"/>
              <w:szCs w:val="18"/>
            </w:rPr>
            <w:id w:val="-1177335088"/>
            <w14:checkbox>
              <w14:checked w14:val="0"/>
              <w14:checkedState w14:val="2612" w14:font="MS Gothic"/>
              <w14:uncheckedState w14:val="2610" w14:font="MS Gothic"/>
            </w14:checkbox>
          </w:sdtPr>
          <w:sdtContent>
            <w:tc>
              <w:tcPr>
                <w:tcW w:w="1268" w:type="dxa"/>
                <w:vAlign w:val="center"/>
              </w:tcPr>
              <w:p w14:paraId="37A75345" w14:textId="7C85D55A" w:rsidR="0002295F" w:rsidRDefault="0002295F" w:rsidP="0002295F">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0A046D4C" w:rsidR="0002295F" w:rsidRDefault="0002295F" w:rsidP="0002295F">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7C3E2160" w:rsidR="0002295F" w:rsidRDefault="0002295F" w:rsidP="0002295F">
                <w:pPr>
                  <w:jc w:val="center"/>
                </w:pPr>
                <w:r>
                  <w:rPr>
                    <w:rFonts w:ascii="MS Gothic" w:eastAsia="MS Gothic" w:hAnsi="MS Gothic" w:hint="eastAsia"/>
                    <w:sz w:val="18"/>
                    <w:szCs w:val="18"/>
                  </w:rPr>
                  <w:t>☐</w:t>
                </w:r>
              </w:p>
            </w:tc>
          </w:sdtContent>
        </w:sdt>
      </w:tr>
      <w:tr w:rsidR="0002295F" w14:paraId="3AF0B689" w14:textId="77777777" w:rsidTr="009E32B9">
        <w:trPr>
          <w:jc w:val="center"/>
        </w:trPr>
        <w:tc>
          <w:tcPr>
            <w:tcW w:w="810" w:type="dxa"/>
            <w:vAlign w:val="center"/>
          </w:tcPr>
          <w:p w14:paraId="690795E5" w14:textId="77777777" w:rsidR="0002295F" w:rsidRDefault="0002295F" w:rsidP="0002295F">
            <w:pPr>
              <w:jc w:val="center"/>
            </w:pPr>
            <w:r>
              <w:t>2</w:t>
            </w:r>
          </w:p>
        </w:tc>
        <w:tc>
          <w:tcPr>
            <w:tcW w:w="6608" w:type="dxa"/>
          </w:tcPr>
          <w:p w14:paraId="630E59AA" w14:textId="78112C26" w:rsidR="0002295F" w:rsidRDefault="0002295F" w:rsidP="0002295F">
            <w:r>
              <w:rPr>
                <w:rFonts w:ascii="Cambria" w:hAnsi="Cambria" w:cs="Segoe UI"/>
                <w:color w:val="000000"/>
              </w:rPr>
              <w:t>İhale Onay Belgesi; bütçe tertibi, kullanılabilir ödenek, yatırım proje numarası ve ihale usulü yönünden uygun mu?</w:t>
            </w:r>
          </w:p>
        </w:tc>
        <w:sdt>
          <w:sdtPr>
            <w:rPr>
              <w:sz w:val="18"/>
              <w:szCs w:val="18"/>
            </w:rPr>
            <w:id w:val="-1279245494"/>
            <w14:checkbox>
              <w14:checked w14:val="0"/>
              <w14:checkedState w14:val="2612" w14:font="MS Gothic"/>
              <w14:uncheckedState w14:val="2610" w14:font="MS Gothic"/>
            </w14:checkbox>
          </w:sdtPr>
          <w:sdtContent>
            <w:tc>
              <w:tcPr>
                <w:tcW w:w="1268" w:type="dxa"/>
                <w:vAlign w:val="center"/>
              </w:tcPr>
              <w:p w14:paraId="3892C90B" w14:textId="34380EA2" w:rsidR="0002295F" w:rsidRDefault="0002295F" w:rsidP="0002295F">
                <w:pPr>
                  <w:jc w:val="center"/>
                </w:pPr>
                <w:r>
                  <w:rPr>
                    <w:rFonts w:ascii="MS Gothic" w:eastAsia="MS Gothic" w:hAnsi="MS Gothic" w:hint="eastAsia"/>
                    <w:sz w:val="18"/>
                    <w:szCs w:val="18"/>
                  </w:rPr>
                  <w:t>☐</w:t>
                </w:r>
              </w:p>
            </w:tc>
          </w:sdtContent>
        </w:sdt>
        <w:sdt>
          <w:sdtPr>
            <w:rPr>
              <w:sz w:val="18"/>
              <w:szCs w:val="18"/>
            </w:rPr>
            <w:id w:val="-1010680474"/>
            <w14:checkbox>
              <w14:checked w14:val="0"/>
              <w14:checkedState w14:val="2612" w14:font="MS Gothic"/>
              <w14:uncheckedState w14:val="2610" w14:font="MS Gothic"/>
            </w14:checkbox>
          </w:sdtPr>
          <w:sdtContent>
            <w:tc>
              <w:tcPr>
                <w:tcW w:w="980" w:type="dxa"/>
                <w:vAlign w:val="center"/>
              </w:tcPr>
              <w:p w14:paraId="72376F41" w14:textId="4B7E3B59" w:rsidR="0002295F" w:rsidRDefault="0002295F" w:rsidP="0002295F">
                <w:pPr>
                  <w:jc w:val="center"/>
                </w:pPr>
                <w:r>
                  <w:rPr>
                    <w:rFonts w:ascii="MS Gothic" w:eastAsia="MS Gothic" w:hAnsi="MS Gothic" w:hint="eastAsia"/>
                    <w:sz w:val="18"/>
                    <w:szCs w:val="18"/>
                  </w:rPr>
                  <w:t>☐</w:t>
                </w:r>
              </w:p>
            </w:tc>
          </w:sdtContent>
        </w:sdt>
        <w:sdt>
          <w:sdtPr>
            <w:rPr>
              <w:sz w:val="18"/>
              <w:szCs w:val="18"/>
            </w:rPr>
            <w:id w:val="-902215924"/>
            <w14:checkbox>
              <w14:checked w14:val="0"/>
              <w14:checkedState w14:val="2612" w14:font="MS Gothic"/>
              <w14:uncheckedState w14:val="2610" w14:font="MS Gothic"/>
            </w14:checkbox>
          </w:sdtPr>
          <w:sdtContent>
            <w:tc>
              <w:tcPr>
                <w:tcW w:w="864" w:type="dxa"/>
                <w:vAlign w:val="center"/>
              </w:tcPr>
              <w:p w14:paraId="53B3FCA9" w14:textId="53930A75" w:rsidR="0002295F" w:rsidRDefault="0002295F" w:rsidP="0002295F">
                <w:pPr>
                  <w:jc w:val="center"/>
                </w:pPr>
                <w:r>
                  <w:rPr>
                    <w:rFonts w:ascii="MS Gothic" w:eastAsia="MS Gothic" w:hAnsi="MS Gothic" w:hint="eastAsia"/>
                    <w:sz w:val="18"/>
                    <w:szCs w:val="18"/>
                  </w:rPr>
                  <w:t>☐</w:t>
                </w:r>
              </w:p>
            </w:tc>
          </w:sdtContent>
        </w:sdt>
      </w:tr>
      <w:tr w:rsidR="0002295F" w14:paraId="4116D98B" w14:textId="77777777" w:rsidTr="009E32B9">
        <w:trPr>
          <w:jc w:val="center"/>
        </w:trPr>
        <w:tc>
          <w:tcPr>
            <w:tcW w:w="810" w:type="dxa"/>
            <w:vAlign w:val="center"/>
          </w:tcPr>
          <w:p w14:paraId="3F978920" w14:textId="77777777" w:rsidR="0002295F" w:rsidRDefault="0002295F" w:rsidP="0002295F">
            <w:pPr>
              <w:jc w:val="center"/>
            </w:pPr>
            <w:r>
              <w:t>3</w:t>
            </w:r>
          </w:p>
        </w:tc>
        <w:tc>
          <w:tcPr>
            <w:tcW w:w="6608" w:type="dxa"/>
          </w:tcPr>
          <w:p w14:paraId="337464EC" w14:textId="45D7A89D" w:rsidR="0002295F" w:rsidRDefault="0002295F" w:rsidP="0002295F">
            <w:r>
              <w:rPr>
                <w:rFonts w:ascii="Cambria" w:hAnsi="Cambria" w:cs="Segoe UI"/>
                <w:color w:val="000000"/>
              </w:rPr>
              <w:t>İlan işlemleri, ilan tutanakları ve EKAP işlemleri mevzuata uygun olarak tamamlanmış mı?</w:t>
            </w:r>
          </w:p>
        </w:tc>
        <w:sdt>
          <w:sdtPr>
            <w:rPr>
              <w:sz w:val="18"/>
              <w:szCs w:val="18"/>
            </w:rPr>
            <w:id w:val="920997612"/>
            <w14:checkbox>
              <w14:checked w14:val="0"/>
              <w14:checkedState w14:val="2612" w14:font="MS Gothic"/>
              <w14:uncheckedState w14:val="2610" w14:font="MS Gothic"/>
            </w14:checkbox>
          </w:sdtPr>
          <w:sdtContent>
            <w:tc>
              <w:tcPr>
                <w:tcW w:w="1268" w:type="dxa"/>
                <w:vAlign w:val="center"/>
              </w:tcPr>
              <w:p w14:paraId="1350727A" w14:textId="7EF11225" w:rsidR="0002295F" w:rsidRDefault="0002295F" w:rsidP="0002295F">
                <w:pPr>
                  <w:jc w:val="center"/>
                </w:pPr>
                <w:r>
                  <w:rPr>
                    <w:rFonts w:ascii="MS Gothic" w:eastAsia="MS Gothic" w:hAnsi="MS Gothic" w:hint="eastAsia"/>
                    <w:sz w:val="18"/>
                    <w:szCs w:val="18"/>
                  </w:rPr>
                  <w:t>☐</w:t>
                </w:r>
              </w:p>
            </w:tc>
          </w:sdtContent>
        </w:sdt>
        <w:sdt>
          <w:sdtPr>
            <w:rPr>
              <w:sz w:val="18"/>
              <w:szCs w:val="18"/>
            </w:rPr>
            <w:id w:val="-1974290273"/>
            <w14:checkbox>
              <w14:checked w14:val="0"/>
              <w14:checkedState w14:val="2612" w14:font="MS Gothic"/>
              <w14:uncheckedState w14:val="2610" w14:font="MS Gothic"/>
            </w14:checkbox>
          </w:sdtPr>
          <w:sdtContent>
            <w:tc>
              <w:tcPr>
                <w:tcW w:w="980" w:type="dxa"/>
                <w:vAlign w:val="center"/>
              </w:tcPr>
              <w:p w14:paraId="10446367" w14:textId="0452A07E" w:rsidR="0002295F" w:rsidRDefault="0002295F" w:rsidP="0002295F">
                <w:pPr>
                  <w:jc w:val="center"/>
                </w:pPr>
                <w:r>
                  <w:rPr>
                    <w:rFonts w:ascii="MS Gothic" w:eastAsia="MS Gothic" w:hAnsi="MS Gothic" w:hint="eastAsia"/>
                    <w:sz w:val="18"/>
                    <w:szCs w:val="18"/>
                  </w:rPr>
                  <w:t>☐</w:t>
                </w:r>
              </w:p>
            </w:tc>
          </w:sdtContent>
        </w:sdt>
        <w:sdt>
          <w:sdtPr>
            <w:rPr>
              <w:sz w:val="18"/>
              <w:szCs w:val="18"/>
            </w:rPr>
            <w:id w:val="-753975233"/>
            <w14:checkbox>
              <w14:checked w14:val="0"/>
              <w14:checkedState w14:val="2612" w14:font="MS Gothic"/>
              <w14:uncheckedState w14:val="2610" w14:font="MS Gothic"/>
            </w14:checkbox>
          </w:sdtPr>
          <w:sdtContent>
            <w:tc>
              <w:tcPr>
                <w:tcW w:w="864" w:type="dxa"/>
                <w:vAlign w:val="center"/>
              </w:tcPr>
              <w:p w14:paraId="2AA618EC" w14:textId="0391D12C" w:rsidR="0002295F" w:rsidRDefault="0002295F" w:rsidP="0002295F">
                <w:pPr>
                  <w:jc w:val="center"/>
                </w:pPr>
                <w:r>
                  <w:rPr>
                    <w:rFonts w:ascii="MS Gothic" w:eastAsia="MS Gothic" w:hAnsi="MS Gothic" w:hint="eastAsia"/>
                    <w:sz w:val="18"/>
                    <w:szCs w:val="18"/>
                  </w:rPr>
                  <w:t>☐</w:t>
                </w:r>
              </w:p>
            </w:tc>
          </w:sdtContent>
        </w:sdt>
      </w:tr>
      <w:tr w:rsidR="0002295F" w14:paraId="6B423030" w14:textId="77777777" w:rsidTr="009E32B9">
        <w:trPr>
          <w:trHeight w:val="424"/>
          <w:jc w:val="center"/>
        </w:trPr>
        <w:tc>
          <w:tcPr>
            <w:tcW w:w="810" w:type="dxa"/>
            <w:vAlign w:val="center"/>
          </w:tcPr>
          <w:p w14:paraId="24A49219" w14:textId="77777777" w:rsidR="0002295F" w:rsidRDefault="0002295F" w:rsidP="0002295F">
            <w:pPr>
              <w:jc w:val="center"/>
            </w:pPr>
            <w:r>
              <w:t>4</w:t>
            </w:r>
          </w:p>
        </w:tc>
        <w:tc>
          <w:tcPr>
            <w:tcW w:w="6608" w:type="dxa"/>
          </w:tcPr>
          <w:p w14:paraId="58859270" w14:textId="7D6C5DC8" w:rsidR="0002295F" w:rsidRDefault="0002295F" w:rsidP="0002295F">
            <w:r>
              <w:rPr>
                <w:rFonts w:ascii="Cambria" w:hAnsi="Cambria" w:cs="Segoe UI"/>
                <w:color w:val="000000"/>
              </w:rPr>
              <w:t>İhale dokümanları (İdari Şartname, Teknik Şartname ve diğer ihale belgeleri) eksiksiz hazırlanmış mı?</w:t>
            </w:r>
          </w:p>
        </w:tc>
        <w:sdt>
          <w:sdtPr>
            <w:rPr>
              <w:sz w:val="18"/>
              <w:szCs w:val="18"/>
            </w:rPr>
            <w:id w:val="1678617245"/>
            <w14:checkbox>
              <w14:checked w14:val="0"/>
              <w14:checkedState w14:val="2612" w14:font="MS Gothic"/>
              <w14:uncheckedState w14:val="2610" w14:font="MS Gothic"/>
            </w14:checkbox>
          </w:sdtPr>
          <w:sdtContent>
            <w:tc>
              <w:tcPr>
                <w:tcW w:w="1268" w:type="dxa"/>
                <w:vAlign w:val="center"/>
              </w:tcPr>
              <w:p w14:paraId="174FA5DC" w14:textId="594DE580" w:rsidR="0002295F" w:rsidRDefault="0002295F" w:rsidP="0002295F">
                <w:pPr>
                  <w:jc w:val="center"/>
                </w:pPr>
                <w:r>
                  <w:rPr>
                    <w:rFonts w:ascii="MS Gothic" w:eastAsia="MS Gothic" w:hAnsi="MS Gothic" w:hint="eastAsia"/>
                    <w:sz w:val="18"/>
                    <w:szCs w:val="18"/>
                  </w:rPr>
                  <w:t>☐</w:t>
                </w:r>
              </w:p>
            </w:tc>
          </w:sdtContent>
        </w:sdt>
        <w:sdt>
          <w:sdtPr>
            <w:rPr>
              <w:sz w:val="18"/>
              <w:szCs w:val="18"/>
            </w:rPr>
            <w:id w:val="1647320381"/>
            <w14:checkbox>
              <w14:checked w14:val="0"/>
              <w14:checkedState w14:val="2612" w14:font="MS Gothic"/>
              <w14:uncheckedState w14:val="2610" w14:font="MS Gothic"/>
            </w14:checkbox>
          </w:sdtPr>
          <w:sdtContent>
            <w:tc>
              <w:tcPr>
                <w:tcW w:w="980" w:type="dxa"/>
                <w:vAlign w:val="center"/>
              </w:tcPr>
              <w:p w14:paraId="659AB439" w14:textId="01BBDF3E" w:rsidR="0002295F" w:rsidRDefault="0002295F" w:rsidP="0002295F">
                <w:pPr>
                  <w:jc w:val="center"/>
                </w:pPr>
                <w:r>
                  <w:rPr>
                    <w:rFonts w:ascii="MS Gothic" w:eastAsia="MS Gothic" w:hAnsi="MS Gothic" w:hint="eastAsia"/>
                    <w:sz w:val="18"/>
                    <w:szCs w:val="18"/>
                  </w:rPr>
                  <w:t>☐</w:t>
                </w:r>
              </w:p>
            </w:tc>
          </w:sdtContent>
        </w:sdt>
        <w:sdt>
          <w:sdtPr>
            <w:rPr>
              <w:sz w:val="18"/>
              <w:szCs w:val="18"/>
            </w:rPr>
            <w:id w:val="1355307707"/>
            <w14:checkbox>
              <w14:checked w14:val="0"/>
              <w14:checkedState w14:val="2612" w14:font="MS Gothic"/>
              <w14:uncheckedState w14:val="2610" w14:font="MS Gothic"/>
            </w14:checkbox>
          </w:sdtPr>
          <w:sdtContent>
            <w:tc>
              <w:tcPr>
                <w:tcW w:w="864" w:type="dxa"/>
                <w:vAlign w:val="center"/>
              </w:tcPr>
              <w:p w14:paraId="7B00DD99" w14:textId="0489B412" w:rsidR="0002295F" w:rsidRDefault="0002295F" w:rsidP="0002295F">
                <w:pPr>
                  <w:jc w:val="center"/>
                </w:pPr>
                <w:r>
                  <w:rPr>
                    <w:rFonts w:ascii="MS Gothic" w:eastAsia="MS Gothic" w:hAnsi="MS Gothic" w:hint="eastAsia"/>
                    <w:sz w:val="18"/>
                    <w:szCs w:val="18"/>
                  </w:rPr>
                  <w:t>☐</w:t>
                </w:r>
              </w:p>
            </w:tc>
          </w:sdtContent>
        </w:sdt>
      </w:tr>
      <w:tr w:rsidR="0002295F" w14:paraId="141FBE90" w14:textId="77777777" w:rsidTr="009E32B9">
        <w:trPr>
          <w:trHeight w:val="417"/>
          <w:jc w:val="center"/>
        </w:trPr>
        <w:tc>
          <w:tcPr>
            <w:tcW w:w="810" w:type="dxa"/>
            <w:vAlign w:val="center"/>
          </w:tcPr>
          <w:p w14:paraId="653F9A25" w14:textId="77777777" w:rsidR="0002295F" w:rsidRDefault="0002295F" w:rsidP="0002295F">
            <w:pPr>
              <w:jc w:val="center"/>
            </w:pPr>
            <w:r>
              <w:t>5</w:t>
            </w:r>
          </w:p>
        </w:tc>
        <w:tc>
          <w:tcPr>
            <w:tcW w:w="6608" w:type="dxa"/>
          </w:tcPr>
          <w:p w14:paraId="54096F42" w14:textId="4156BE30" w:rsidR="0002295F" w:rsidRDefault="0002295F" w:rsidP="0002295F">
            <w:r>
              <w:rPr>
                <w:rFonts w:ascii="Cambria" w:hAnsi="Cambria" w:cs="Segoe UI"/>
                <w:color w:val="000000"/>
              </w:rPr>
              <w:t>İhale komisyon kararı usulüne uygun alınmış, ihale yetkilisince onaylanmış ve gerekli yasaklılık sorguları yapılmış mı?</w:t>
            </w:r>
          </w:p>
        </w:tc>
        <w:sdt>
          <w:sdtPr>
            <w:rPr>
              <w:sz w:val="18"/>
              <w:szCs w:val="18"/>
            </w:rPr>
            <w:id w:val="-2119743837"/>
            <w14:checkbox>
              <w14:checked w14:val="0"/>
              <w14:checkedState w14:val="2612" w14:font="MS Gothic"/>
              <w14:uncheckedState w14:val="2610" w14:font="MS Gothic"/>
            </w14:checkbox>
          </w:sdtPr>
          <w:sdtContent>
            <w:tc>
              <w:tcPr>
                <w:tcW w:w="1268" w:type="dxa"/>
                <w:vAlign w:val="center"/>
              </w:tcPr>
              <w:p w14:paraId="08FE0D73" w14:textId="1B460262" w:rsidR="0002295F" w:rsidRDefault="0002295F" w:rsidP="0002295F">
                <w:pPr>
                  <w:jc w:val="center"/>
                </w:pPr>
                <w:r>
                  <w:rPr>
                    <w:rFonts w:ascii="MS Gothic" w:eastAsia="MS Gothic" w:hAnsi="MS Gothic" w:hint="eastAsia"/>
                    <w:sz w:val="18"/>
                    <w:szCs w:val="18"/>
                  </w:rPr>
                  <w:t>☐</w:t>
                </w:r>
              </w:p>
            </w:tc>
          </w:sdtContent>
        </w:sdt>
        <w:sdt>
          <w:sdtPr>
            <w:rPr>
              <w:sz w:val="18"/>
              <w:szCs w:val="18"/>
            </w:rPr>
            <w:id w:val="947965340"/>
            <w14:checkbox>
              <w14:checked w14:val="0"/>
              <w14:checkedState w14:val="2612" w14:font="MS Gothic"/>
              <w14:uncheckedState w14:val="2610" w14:font="MS Gothic"/>
            </w14:checkbox>
          </w:sdtPr>
          <w:sdtContent>
            <w:tc>
              <w:tcPr>
                <w:tcW w:w="980" w:type="dxa"/>
                <w:vAlign w:val="center"/>
              </w:tcPr>
              <w:p w14:paraId="1556996C" w14:textId="293E3ED1" w:rsidR="0002295F" w:rsidRDefault="0002295F" w:rsidP="0002295F">
                <w:pPr>
                  <w:jc w:val="center"/>
                </w:pPr>
                <w:r>
                  <w:rPr>
                    <w:rFonts w:ascii="MS Gothic" w:eastAsia="MS Gothic" w:hAnsi="MS Gothic" w:hint="eastAsia"/>
                    <w:sz w:val="18"/>
                    <w:szCs w:val="18"/>
                  </w:rPr>
                  <w:t>☐</w:t>
                </w:r>
              </w:p>
            </w:tc>
          </w:sdtContent>
        </w:sdt>
        <w:sdt>
          <w:sdtPr>
            <w:rPr>
              <w:sz w:val="18"/>
              <w:szCs w:val="18"/>
            </w:rPr>
            <w:id w:val="1044335861"/>
            <w14:checkbox>
              <w14:checked w14:val="0"/>
              <w14:checkedState w14:val="2612" w14:font="MS Gothic"/>
              <w14:uncheckedState w14:val="2610" w14:font="MS Gothic"/>
            </w14:checkbox>
          </w:sdtPr>
          <w:sdtContent>
            <w:tc>
              <w:tcPr>
                <w:tcW w:w="864" w:type="dxa"/>
                <w:vAlign w:val="center"/>
              </w:tcPr>
              <w:p w14:paraId="364870E4" w14:textId="5306D05B" w:rsidR="0002295F" w:rsidRDefault="0002295F" w:rsidP="0002295F">
                <w:pPr>
                  <w:jc w:val="center"/>
                </w:pPr>
                <w:r>
                  <w:rPr>
                    <w:rFonts w:ascii="MS Gothic" w:eastAsia="MS Gothic" w:hAnsi="MS Gothic" w:hint="eastAsia"/>
                    <w:sz w:val="18"/>
                    <w:szCs w:val="18"/>
                  </w:rPr>
                  <w:t>☐</w:t>
                </w:r>
              </w:p>
            </w:tc>
          </w:sdtContent>
        </w:sdt>
      </w:tr>
      <w:tr w:rsidR="0002295F" w14:paraId="7D40B154" w14:textId="77777777" w:rsidTr="009E32B9">
        <w:trPr>
          <w:jc w:val="center"/>
        </w:trPr>
        <w:tc>
          <w:tcPr>
            <w:tcW w:w="810" w:type="dxa"/>
            <w:vAlign w:val="center"/>
          </w:tcPr>
          <w:p w14:paraId="20DE44B9" w14:textId="77777777" w:rsidR="0002295F" w:rsidRDefault="0002295F" w:rsidP="0002295F">
            <w:pPr>
              <w:jc w:val="center"/>
            </w:pPr>
            <w:r>
              <w:t>6</w:t>
            </w:r>
          </w:p>
        </w:tc>
        <w:tc>
          <w:tcPr>
            <w:tcW w:w="6608" w:type="dxa"/>
          </w:tcPr>
          <w:p w14:paraId="09FF3FB5" w14:textId="37CB0D15" w:rsidR="0002295F" w:rsidRDefault="0002295F" w:rsidP="0002295F">
            <w:r>
              <w:rPr>
                <w:rFonts w:ascii="Cambria" w:hAnsi="Cambria" w:cs="Segoe UI"/>
                <w:color w:val="000000"/>
              </w:rPr>
              <w:t>Hizmet alımlarına ilişkin sınır değer hesabı ve sözleşme öncesi EKAP teyit işlemleri tamamlanmış mı?</w:t>
            </w:r>
          </w:p>
        </w:tc>
        <w:sdt>
          <w:sdtPr>
            <w:rPr>
              <w:sz w:val="18"/>
              <w:szCs w:val="18"/>
            </w:rPr>
            <w:id w:val="-1861729414"/>
            <w14:checkbox>
              <w14:checked w14:val="0"/>
              <w14:checkedState w14:val="2612" w14:font="MS Gothic"/>
              <w14:uncheckedState w14:val="2610" w14:font="MS Gothic"/>
            </w14:checkbox>
          </w:sdtPr>
          <w:sdtContent>
            <w:tc>
              <w:tcPr>
                <w:tcW w:w="1268" w:type="dxa"/>
                <w:vAlign w:val="center"/>
              </w:tcPr>
              <w:p w14:paraId="203BB5B5" w14:textId="77765F18" w:rsidR="0002295F" w:rsidRDefault="0002295F" w:rsidP="0002295F">
                <w:pPr>
                  <w:jc w:val="center"/>
                </w:pPr>
                <w:r>
                  <w:rPr>
                    <w:rFonts w:ascii="MS Gothic" w:eastAsia="MS Gothic" w:hAnsi="MS Gothic" w:hint="eastAsia"/>
                    <w:sz w:val="18"/>
                    <w:szCs w:val="18"/>
                  </w:rPr>
                  <w:t>☐</w:t>
                </w:r>
              </w:p>
            </w:tc>
          </w:sdtContent>
        </w:sdt>
        <w:sdt>
          <w:sdtPr>
            <w:rPr>
              <w:sz w:val="18"/>
              <w:szCs w:val="18"/>
            </w:rPr>
            <w:id w:val="-319727853"/>
            <w14:checkbox>
              <w14:checked w14:val="0"/>
              <w14:checkedState w14:val="2612" w14:font="MS Gothic"/>
              <w14:uncheckedState w14:val="2610" w14:font="MS Gothic"/>
            </w14:checkbox>
          </w:sdtPr>
          <w:sdtContent>
            <w:tc>
              <w:tcPr>
                <w:tcW w:w="980" w:type="dxa"/>
                <w:vAlign w:val="center"/>
              </w:tcPr>
              <w:p w14:paraId="2DB6A803" w14:textId="61AE9E6B" w:rsidR="0002295F" w:rsidRDefault="0002295F" w:rsidP="0002295F">
                <w:pPr>
                  <w:jc w:val="center"/>
                </w:pPr>
                <w:r>
                  <w:rPr>
                    <w:rFonts w:ascii="MS Gothic" w:eastAsia="MS Gothic" w:hAnsi="MS Gothic" w:hint="eastAsia"/>
                    <w:sz w:val="18"/>
                    <w:szCs w:val="18"/>
                  </w:rPr>
                  <w:t>☐</w:t>
                </w:r>
              </w:p>
            </w:tc>
          </w:sdtContent>
        </w:sdt>
        <w:sdt>
          <w:sdtPr>
            <w:rPr>
              <w:sz w:val="18"/>
              <w:szCs w:val="18"/>
            </w:rPr>
            <w:id w:val="2100366825"/>
            <w14:checkbox>
              <w14:checked w14:val="0"/>
              <w14:checkedState w14:val="2612" w14:font="MS Gothic"/>
              <w14:uncheckedState w14:val="2610" w14:font="MS Gothic"/>
            </w14:checkbox>
          </w:sdtPr>
          <w:sdtContent>
            <w:tc>
              <w:tcPr>
                <w:tcW w:w="864" w:type="dxa"/>
                <w:vAlign w:val="center"/>
              </w:tcPr>
              <w:p w14:paraId="53584AF6" w14:textId="78D0FBF6" w:rsidR="0002295F" w:rsidRDefault="0002295F" w:rsidP="0002295F">
                <w:pPr>
                  <w:jc w:val="center"/>
                </w:pPr>
                <w:r>
                  <w:rPr>
                    <w:rFonts w:ascii="MS Gothic" w:eastAsia="MS Gothic" w:hAnsi="MS Gothic" w:hint="eastAsia"/>
                    <w:sz w:val="18"/>
                    <w:szCs w:val="18"/>
                  </w:rPr>
                  <w:t>☐</w:t>
                </w:r>
              </w:p>
            </w:tc>
          </w:sdtContent>
        </w:sdt>
      </w:tr>
      <w:tr w:rsidR="0002295F" w14:paraId="64CC9416" w14:textId="77777777" w:rsidTr="009E32B9">
        <w:trPr>
          <w:jc w:val="center"/>
        </w:trPr>
        <w:tc>
          <w:tcPr>
            <w:tcW w:w="810" w:type="dxa"/>
            <w:vAlign w:val="center"/>
          </w:tcPr>
          <w:p w14:paraId="35DFEE49" w14:textId="77777777" w:rsidR="0002295F" w:rsidRDefault="0002295F" w:rsidP="0002295F">
            <w:pPr>
              <w:jc w:val="center"/>
            </w:pPr>
            <w:r>
              <w:t>7</w:t>
            </w:r>
          </w:p>
        </w:tc>
        <w:tc>
          <w:tcPr>
            <w:tcW w:w="6608" w:type="dxa"/>
          </w:tcPr>
          <w:p w14:paraId="6AC52947" w14:textId="03C1A9B6" w:rsidR="0002295F" w:rsidRDefault="0002295F" w:rsidP="0002295F">
            <w:r>
              <w:rPr>
                <w:rFonts w:ascii="Cambria" w:hAnsi="Cambria" w:cs="Segoe UI"/>
                <w:color w:val="000000"/>
              </w:rPr>
              <w:t>Sözleşmeye davet işlemi gerçekleştirilmiş, sözleşme usulüne uygun düzenlenmiş ve taraflarca imzalanmış mı?</w:t>
            </w:r>
          </w:p>
        </w:tc>
        <w:sdt>
          <w:sdtPr>
            <w:rPr>
              <w:sz w:val="18"/>
              <w:szCs w:val="18"/>
            </w:rPr>
            <w:id w:val="-1715190822"/>
            <w14:checkbox>
              <w14:checked w14:val="0"/>
              <w14:checkedState w14:val="2612" w14:font="MS Gothic"/>
              <w14:uncheckedState w14:val="2610" w14:font="MS Gothic"/>
            </w14:checkbox>
          </w:sdtPr>
          <w:sdtContent>
            <w:tc>
              <w:tcPr>
                <w:tcW w:w="1268" w:type="dxa"/>
                <w:vAlign w:val="center"/>
              </w:tcPr>
              <w:p w14:paraId="28CD82EE" w14:textId="2B8F4A35" w:rsidR="0002295F" w:rsidRDefault="0002295F" w:rsidP="0002295F">
                <w:pPr>
                  <w:jc w:val="center"/>
                </w:pPr>
                <w:r>
                  <w:rPr>
                    <w:rFonts w:ascii="MS Gothic" w:eastAsia="MS Gothic" w:hAnsi="MS Gothic" w:hint="eastAsia"/>
                    <w:sz w:val="18"/>
                    <w:szCs w:val="18"/>
                  </w:rPr>
                  <w:t>☐</w:t>
                </w:r>
              </w:p>
            </w:tc>
          </w:sdtContent>
        </w:sdt>
        <w:sdt>
          <w:sdtPr>
            <w:rPr>
              <w:sz w:val="18"/>
              <w:szCs w:val="18"/>
            </w:rPr>
            <w:id w:val="1827857160"/>
            <w14:checkbox>
              <w14:checked w14:val="0"/>
              <w14:checkedState w14:val="2612" w14:font="MS Gothic"/>
              <w14:uncheckedState w14:val="2610" w14:font="MS Gothic"/>
            </w14:checkbox>
          </w:sdtPr>
          <w:sdtContent>
            <w:tc>
              <w:tcPr>
                <w:tcW w:w="980" w:type="dxa"/>
                <w:vAlign w:val="center"/>
              </w:tcPr>
              <w:p w14:paraId="6F249AEE" w14:textId="07A23D63" w:rsidR="0002295F" w:rsidRDefault="0002295F" w:rsidP="0002295F">
                <w:pPr>
                  <w:jc w:val="center"/>
                </w:pPr>
                <w:r>
                  <w:rPr>
                    <w:rFonts w:ascii="MS Gothic" w:eastAsia="MS Gothic" w:hAnsi="MS Gothic" w:hint="eastAsia"/>
                    <w:sz w:val="18"/>
                    <w:szCs w:val="18"/>
                  </w:rPr>
                  <w:t>☐</w:t>
                </w:r>
              </w:p>
            </w:tc>
          </w:sdtContent>
        </w:sdt>
        <w:sdt>
          <w:sdtPr>
            <w:rPr>
              <w:sz w:val="18"/>
              <w:szCs w:val="18"/>
            </w:rPr>
            <w:id w:val="-1570029903"/>
            <w14:checkbox>
              <w14:checked w14:val="0"/>
              <w14:checkedState w14:val="2612" w14:font="MS Gothic"/>
              <w14:uncheckedState w14:val="2610" w14:font="MS Gothic"/>
            </w14:checkbox>
          </w:sdtPr>
          <w:sdtContent>
            <w:tc>
              <w:tcPr>
                <w:tcW w:w="864" w:type="dxa"/>
                <w:vAlign w:val="center"/>
              </w:tcPr>
              <w:p w14:paraId="6A589EAF" w14:textId="2F20618A" w:rsidR="0002295F" w:rsidRDefault="0002295F" w:rsidP="0002295F">
                <w:pPr>
                  <w:jc w:val="center"/>
                </w:pPr>
                <w:r>
                  <w:rPr>
                    <w:rFonts w:ascii="MS Gothic" w:eastAsia="MS Gothic" w:hAnsi="MS Gothic" w:hint="eastAsia"/>
                    <w:sz w:val="18"/>
                    <w:szCs w:val="18"/>
                  </w:rPr>
                  <w:t>☐</w:t>
                </w:r>
              </w:p>
            </w:tc>
          </w:sdtContent>
        </w:sdt>
      </w:tr>
      <w:tr w:rsidR="0002295F" w14:paraId="5B5E3A95" w14:textId="77777777" w:rsidTr="009E32B9">
        <w:trPr>
          <w:jc w:val="center"/>
        </w:trPr>
        <w:tc>
          <w:tcPr>
            <w:tcW w:w="810" w:type="dxa"/>
            <w:vAlign w:val="center"/>
          </w:tcPr>
          <w:p w14:paraId="1759FB24" w14:textId="77777777" w:rsidR="0002295F" w:rsidRDefault="0002295F" w:rsidP="0002295F">
            <w:pPr>
              <w:jc w:val="center"/>
            </w:pPr>
            <w:r>
              <w:t>8</w:t>
            </w:r>
          </w:p>
        </w:tc>
        <w:tc>
          <w:tcPr>
            <w:tcW w:w="6608" w:type="dxa"/>
          </w:tcPr>
          <w:p w14:paraId="7204642C" w14:textId="37985EBE" w:rsidR="0002295F" w:rsidRDefault="0002295F" w:rsidP="0002295F">
            <w:r>
              <w:rPr>
                <w:rFonts w:ascii="Cambria" w:hAnsi="Cambria" w:cs="Segoe UI"/>
                <w:color w:val="000000"/>
              </w:rPr>
              <w:t>Kesin teminat, damga vergisi, karar pulu, KİK payı ve 4734 sayılı Kanunun 10 uncu maddesi kapsamındaki belgeler eksiksiz tamamlanmış mı?</w:t>
            </w:r>
          </w:p>
        </w:tc>
        <w:sdt>
          <w:sdtPr>
            <w:rPr>
              <w:sz w:val="18"/>
              <w:szCs w:val="18"/>
            </w:rPr>
            <w:id w:val="1861318289"/>
            <w14:checkbox>
              <w14:checked w14:val="0"/>
              <w14:checkedState w14:val="2612" w14:font="MS Gothic"/>
              <w14:uncheckedState w14:val="2610" w14:font="MS Gothic"/>
            </w14:checkbox>
          </w:sdtPr>
          <w:sdtContent>
            <w:tc>
              <w:tcPr>
                <w:tcW w:w="1268" w:type="dxa"/>
                <w:vAlign w:val="center"/>
              </w:tcPr>
              <w:p w14:paraId="2D83F2DB" w14:textId="75593CDE" w:rsidR="0002295F" w:rsidRDefault="0002295F" w:rsidP="0002295F">
                <w:pPr>
                  <w:jc w:val="center"/>
                </w:pPr>
                <w:r>
                  <w:rPr>
                    <w:rFonts w:ascii="MS Gothic" w:eastAsia="MS Gothic" w:hAnsi="MS Gothic" w:hint="eastAsia"/>
                    <w:sz w:val="18"/>
                    <w:szCs w:val="18"/>
                  </w:rPr>
                  <w:t>☐</w:t>
                </w:r>
              </w:p>
            </w:tc>
          </w:sdtContent>
        </w:sdt>
        <w:sdt>
          <w:sdtPr>
            <w:rPr>
              <w:sz w:val="18"/>
              <w:szCs w:val="18"/>
            </w:rPr>
            <w:id w:val="1015801191"/>
            <w14:checkbox>
              <w14:checked w14:val="0"/>
              <w14:checkedState w14:val="2612" w14:font="MS Gothic"/>
              <w14:uncheckedState w14:val="2610" w14:font="MS Gothic"/>
            </w14:checkbox>
          </w:sdtPr>
          <w:sdtContent>
            <w:tc>
              <w:tcPr>
                <w:tcW w:w="980" w:type="dxa"/>
                <w:vAlign w:val="center"/>
              </w:tcPr>
              <w:p w14:paraId="3A08939A" w14:textId="7CC3D070" w:rsidR="0002295F" w:rsidRDefault="0002295F" w:rsidP="0002295F">
                <w:pPr>
                  <w:jc w:val="center"/>
                </w:pPr>
                <w:r>
                  <w:rPr>
                    <w:rFonts w:ascii="MS Gothic" w:eastAsia="MS Gothic" w:hAnsi="MS Gothic" w:hint="eastAsia"/>
                    <w:sz w:val="18"/>
                    <w:szCs w:val="18"/>
                  </w:rPr>
                  <w:t>☐</w:t>
                </w:r>
              </w:p>
            </w:tc>
          </w:sdtContent>
        </w:sdt>
        <w:sdt>
          <w:sdtPr>
            <w:rPr>
              <w:sz w:val="18"/>
              <w:szCs w:val="18"/>
            </w:rPr>
            <w:id w:val="660117789"/>
            <w14:checkbox>
              <w14:checked w14:val="0"/>
              <w14:checkedState w14:val="2612" w14:font="MS Gothic"/>
              <w14:uncheckedState w14:val="2610" w14:font="MS Gothic"/>
            </w14:checkbox>
          </w:sdtPr>
          <w:sdtContent>
            <w:tc>
              <w:tcPr>
                <w:tcW w:w="864" w:type="dxa"/>
                <w:vAlign w:val="center"/>
              </w:tcPr>
              <w:p w14:paraId="76133ED4" w14:textId="2939A5CC" w:rsidR="0002295F" w:rsidRDefault="0002295F" w:rsidP="0002295F">
                <w:pPr>
                  <w:jc w:val="center"/>
                </w:pPr>
                <w:r>
                  <w:rPr>
                    <w:rFonts w:ascii="MS Gothic" w:eastAsia="MS Gothic" w:hAnsi="MS Gothic" w:hint="eastAsia"/>
                    <w:sz w:val="18"/>
                    <w:szCs w:val="18"/>
                  </w:rPr>
                  <w:t>☐</w:t>
                </w:r>
              </w:p>
            </w:tc>
          </w:sdtContent>
        </w:sdt>
      </w:tr>
      <w:tr w:rsidR="0002295F" w14:paraId="75AB4112" w14:textId="77777777" w:rsidTr="009E32B9">
        <w:trPr>
          <w:trHeight w:val="480"/>
          <w:jc w:val="center"/>
        </w:trPr>
        <w:tc>
          <w:tcPr>
            <w:tcW w:w="810" w:type="dxa"/>
            <w:vAlign w:val="center"/>
          </w:tcPr>
          <w:p w14:paraId="48FA51CD" w14:textId="77777777" w:rsidR="0002295F" w:rsidRDefault="0002295F" w:rsidP="0002295F">
            <w:pPr>
              <w:jc w:val="center"/>
            </w:pPr>
            <w:r>
              <w:t>9</w:t>
            </w:r>
          </w:p>
        </w:tc>
        <w:tc>
          <w:tcPr>
            <w:tcW w:w="6608" w:type="dxa"/>
          </w:tcPr>
          <w:p w14:paraId="4620FFFC" w14:textId="6B777EA1" w:rsidR="0002295F" w:rsidRDefault="0002295F" w:rsidP="0002295F">
            <w:r>
              <w:rPr>
                <w:rFonts w:ascii="Cambria" w:hAnsi="Cambria" w:cs="Segoe UI"/>
                <w:color w:val="000000"/>
              </w:rPr>
              <w:t>Kamu İhale Bülteninde sözleşme sonucu ilan edilmiş ve Ön Mali Kontrol Formu dosyaya eklenmiş mi?</w:t>
            </w:r>
          </w:p>
        </w:tc>
        <w:sdt>
          <w:sdtPr>
            <w:rPr>
              <w:sz w:val="18"/>
              <w:szCs w:val="18"/>
            </w:rPr>
            <w:id w:val="-461736093"/>
            <w14:checkbox>
              <w14:checked w14:val="0"/>
              <w14:checkedState w14:val="2612" w14:font="MS Gothic"/>
              <w14:uncheckedState w14:val="2610" w14:font="MS Gothic"/>
            </w14:checkbox>
          </w:sdtPr>
          <w:sdtContent>
            <w:tc>
              <w:tcPr>
                <w:tcW w:w="1268" w:type="dxa"/>
                <w:vAlign w:val="center"/>
              </w:tcPr>
              <w:p w14:paraId="7B095091" w14:textId="3260E602" w:rsidR="0002295F" w:rsidRDefault="0002295F" w:rsidP="0002295F">
                <w:pPr>
                  <w:jc w:val="center"/>
                </w:pPr>
                <w:r>
                  <w:rPr>
                    <w:rFonts w:ascii="MS Gothic" w:eastAsia="MS Gothic" w:hAnsi="MS Gothic" w:hint="eastAsia"/>
                    <w:sz w:val="18"/>
                    <w:szCs w:val="18"/>
                  </w:rPr>
                  <w:t>☐</w:t>
                </w:r>
              </w:p>
            </w:tc>
          </w:sdtContent>
        </w:sdt>
        <w:sdt>
          <w:sdtPr>
            <w:rPr>
              <w:sz w:val="18"/>
              <w:szCs w:val="18"/>
            </w:rPr>
            <w:id w:val="605538715"/>
            <w14:checkbox>
              <w14:checked w14:val="0"/>
              <w14:checkedState w14:val="2612" w14:font="MS Gothic"/>
              <w14:uncheckedState w14:val="2610" w14:font="MS Gothic"/>
            </w14:checkbox>
          </w:sdtPr>
          <w:sdtContent>
            <w:tc>
              <w:tcPr>
                <w:tcW w:w="980" w:type="dxa"/>
                <w:vAlign w:val="center"/>
              </w:tcPr>
              <w:p w14:paraId="2F64CBB4" w14:textId="583A4F3E" w:rsidR="0002295F" w:rsidRDefault="0002295F" w:rsidP="0002295F">
                <w:pPr>
                  <w:jc w:val="center"/>
                </w:pPr>
                <w:r>
                  <w:rPr>
                    <w:rFonts w:ascii="MS Gothic" w:eastAsia="MS Gothic" w:hAnsi="MS Gothic" w:hint="eastAsia"/>
                    <w:sz w:val="18"/>
                    <w:szCs w:val="18"/>
                  </w:rPr>
                  <w:t>☐</w:t>
                </w:r>
              </w:p>
            </w:tc>
          </w:sdtContent>
        </w:sdt>
        <w:sdt>
          <w:sdtPr>
            <w:rPr>
              <w:sz w:val="18"/>
              <w:szCs w:val="18"/>
            </w:rPr>
            <w:id w:val="-11375906"/>
            <w14:checkbox>
              <w14:checked w14:val="0"/>
              <w14:checkedState w14:val="2612" w14:font="MS Gothic"/>
              <w14:uncheckedState w14:val="2610" w14:font="MS Gothic"/>
            </w14:checkbox>
          </w:sdtPr>
          <w:sdtContent>
            <w:tc>
              <w:tcPr>
                <w:tcW w:w="864" w:type="dxa"/>
                <w:vAlign w:val="center"/>
              </w:tcPr>
              <w:p w14:paraId="48E78A23" w14:textId="1560DBAF" w:rsidR="0002295F" w:rsidRDefault="0002295F" w:rsidP="0002295F">
                <w:pPr>
                  <w:jc w:val="center"/>
                </w:pPr>
                <w:r>
                  <w:rPr>
                    <w:rFonts w:ascii="MS Gothic" w:eastAsia="MS Gothic" w:hAnsi="MS Gothic" w:hint="eastAsia"/>
                    <w:sz w:val="18"/>
                    <w:szCs w:val="18"/>
                  </w:rPr>
                  <w:t>☐</w:t>
                </w:r>
              </w:p>
            </w:tc>
          </w:sdtContent>
        </w:sdt>
      </w:tr>
      <w:tr w:rsidR="0002295F" w14:paraId="379624CB" w14:textId="77777777" w:rsidTr="009E32B9">
        <w:trPr>
          <w:trHeight w:val="454"/>
          <w:jc w:val="center"/>
        </w:trPr>
        <w:tc>
          <w:tcPr>
            <w:tcW w:w="810" w:type="dxa"/>
            <w:vAlign w:val="center"/>
          </w:tcPr>
          <w:p w14:paraId="45EC4002" w14:textId="77777777" w:rsidR="0002295F" w:rsidRDefault="0002295F" w:rsidP="0002295F">
            <w:pPr>
              <w:jc w:val="center"/>
            </w:pPr>
            <w:r>
              <w:t>10</w:t>
            </w:r>
          </w:p>
        </w:tc>
        <w:tc>
          <w:tcPr>
            <w:tcW w:w="6608" w:type="dxa"/>
          </w:tcPr>
          <w:p w14:paraId="136058EF" w14:textId="6241DDFF" w:rsidR="0002295F" w:rsidRDefault="0002295F" w:rsidP="0002295F">
            <w:r>
              <w:rPr>
                <w:rFonts w:ascii="Cambria" w:hAnsi="Cambria" w:cs="Segoe UI"/>
                <w:color w:val="000000"/>
              </w:rPr>
              <w:t>Hizmet İşleri Kabul Tutanağı usulüne uygun düzenlenmiş ve ilgili komisyon ile yüklenici tarafından imzalanmış mı?</w:t>
            </w:r>
          </w:p>
        </w:tc>
        <w:sdt>
          <w:sdtPr>
            <w:rPr>
              <w:sz w:val="18"/>
              <w:szCs w:val="18"/>
            </w:rPr>
            <w:id w:val="-583766677"/>
            <w14:checkbox>
              <w14:checked w14:val="0"/>
              <w14:checkedState w14:val="2612" w14:font="MS Gothic"/>
              <w14:uncheckedState w14:val="2610" w14:font="MS Gothic"/>
            </w14:checkbox>
          </w:sdtPr>
          <w:sdtContent>
            <w:tc>
              <w:tcPr>
                <w:tcW w:w="1268" w:type="dxa"/>
                <w:vAlign w:val="center"/>
              </w:tcPr>
              <w:p w14:paraId="724071E2" w14:textId="7C9EB6BA" w:rsidR="0002295F" w:rsidRDefault="0002295F" w:rsidP="0002295F">
                <w:pPr>
                  <w:jc w:val="center"/>
                </w:pPr>
                <w:r>
                  <w:rPr>
                    <w:rFonts w:ascii="MS Gothic" w:eastAsia="MS Gothic" w:hAnsi="MS Gothic" w:hint="eastAsia"/>
                    <w:sz w:val="18"/>
                    <w:szCs w:val="18"/>
                  </w:rPr>
                  <w:t>☐</w:t>
                </w:r>
              </w:p>
            </w:tc>
          </w:sdtContent>
        </w:sdt>
        <w:sdt>
          <w:sdtPr>
            <w:rPr>
              <w:sz w:val="18"/>
              <w:szCs w:val="18"/>
            </w:rPr>
            <w:id w:val="-1351028284"/>
            <w14:checkbox>
              <w14:checked w14:val="0"/>
              <w14:checkedState w14:val="2612" w14:font="MS Gothic"/>
              <w14:uncheckedState w14:val="2610" w14:font="MS Gothic"/>
            </w14:checkbox>
          </w:sdtPr>
          <w:sdtContent>
            <w:tc>
              <w:tcPr>
                <w:tcW w:w="980" w:type="dxa"/>
                <w:vAlign w:val="center"/>
              </w:tcPr>
              <w:p w14:paraId="2D5DD99F" w14:textId="2B48AB96" w:rsidR="0002295F" w:rsidRDefault="0002295F" w:rsidP="0002295F">
                <w:pPr>
                  <w:jc w:val="center"/>
                </w:pPr>
                <w:r>
                  <w:rPr>
                    <w:rFonts w:ascii="MS Gothic" w:eastAsia="MS Gothic" w:hAnsi="MS Gothic" w:hint="eastAsia"/>
                    <w:sz w:val="18"/>
                    <w:szCs w:val="18"/>
                  </w:rPr>
                  <w:t>☐</w:t>
                </w:r>
              </w:p>
            </w:tc>
          </w:sdtContent>
        </w:sdt>
        <w:sdt>
          <w:sdtPr>
            <w:rPr>
              <w:sz w:val="18"/>
              <w:szCs w:val="18"/>
            </w:rPr>
            <w:id w:val="-713811532"/>
            <w14:checkbox>
              <w14:checked w14:val="0"/>
              <w14:checkedState w14:val="2612" w14:font="MS Gothic"/>
              <w14:uncheckedState w14:val="2610" w14:font="MS Gothic"/>
            </w14:checkbox>
          </w:sdtPr>
          <w:sdtContent>
            <w:tc>
              <w:tcPr>
                <w:tcW w:w="864" w:type="dxa"/>
                <w:vAlign w:val="center"/>
              </w:tcPr>
              <w:p w14:paraId="04727F9C" w14:textId="2478C093" w:rsidR="0002295F" w:rsidRDefault="0002295F" w:rsidP="0002295F">
                <w:pPr>
                  <w:jc w:val="center"/>
                </w:pPr>
                <w:r>
                  <w:rPr>
                    <w:rFonts w:ascii="MS Gothic" w:eastAsia="MS Gothic" w:hAnsi="MS Gothic" w:hint="eastAsia"/>
                    <w:sz w:val="18"/>
                    <w:szCs w:val="18"/>
                  </w:rPr>
                  <w:t>☐</w:t>
                </w:r>
              </w:p>
            </w:tc>
          </w:sdtContent>
        </w:sdt>
      </w:tr>
      <w:tr w:rsidR="0002295F" w14:paraId="4A2F651D" w14:textId="77777777" w:rsidTr="009E32B9">
        <w:trPr>
          <w:jc w:val="center"/>
        </w:trPr>
        <w:tc>
          <w:tcPr>
            <w:tcW w:w="810" w:type="dxa"/>
            <w:vAlign w:val="center"/>
          </w:tcPr>
          <w:p w14:paraId="160E3E2A" w14:textId="77777777" w:rsidR="0002295F" w:rsidRDefault="0002295F" w:rsidP="0002295F">
            <w:pPr>
              <w:jc w:val="center"/>
            </w:pPr>
            <w:r>
              <w:t>11</w:t>
            </w:r>
          </w:p>
        </w:tc>
        <w:tc>
          <w:tcPr>
            <w:tcW w:w="6608" w:type="dxa"/>
          </w:tcPr>
          <w:p w14:paraId="3B73907F" w14:textId="13EE750D" w:rsidR="0002295F" w:rsidRDefault="0002295F" w:rsidP="0002295F">
            <w:r>
              <w:rPr>
                <w:rFonts w:ascii="Cambria" w:hAnsi="Cambria" w:cs="Segoe UI"/>
                <w:color w:val="000000"/>
              </w:rPr>
              <w:t>Hakediş raporu ve ekleri (hakediş özeti, metraj icmali, hakediş icmali ve diğer belgeler) eksiksiz düzenlenmiş ve doğruluğu kontrol edilmiş mi?</w:t>
            </w:r>
          </w:p>
        </w:tc>
        <w:sdt>
          <w:sdtPr>
            <w:rPr>
              <w:sz w:val="18"/>
              <w:szCs w:val="18"/>
            </w:rPr>
            <w:id w:val="1459608789"/>
            <w14:checkbox>
              <w14:checked w14:val="0"/>
              <w14:checkedState w14:val="2612" w14:font="MS Gothic"/>
              <w14:uncheckedState w14:val="2610" w14:font="MS Gothic"/>
            </w14:checkbox>
          </w:sdtPr>
          <w:sdtContent>
            <w:tc>
              <w:tcPr>
                <w:tcW w:w="1268" w:type="dxa"/>
                <w:vAlign w:val="center"/>
              </w:tcPr>
              <w:p w14:paraId="5B7B3DAA" w14:textId="2390FBEA" w:rsidR="0002295F" w:rsidRDefault="0002295F" w:rsidP="0002295F">
                <w:pPr>
                  <w:jc w:val="center"/>
                </w:pPr>
                <w:r>
                  <w:rPr>
                    <w:rFonts w:ascii="MS Gothic" w:eastAsia="MS Gothic" w:hAnsi="MS Gothic" w:hint="eastAsia"/>
                    <w:sz w:val="18"/>
                    <w:szCs w:val="18"/>
                  </w:rPr>
                  <w:t>☐</w:t>
                </w:r>
              </w:p>
            </w:tc>
          </w:sdtContent>
        </w:sdt>
        <w:sdt>
          <w:sdtPr>
            <w:rPr>
              <w:sz w:val="18"/>
              <w:szCs w:val="18"/>
            </w:rPr>
            <w:id w:val="-1581984333"/>
            <w14:checkbox>
              <w14:checked w14:val="0"/>
              <w14:checkedState w14:val="2612" w14:font="MS Gothic"/>
              <w14:uncheckedState w14:val="2610" w14:font="MS Gothic"/>
            </w14:checkbox>
          </w:sdtPr>
          <w:sdtContent>
            <w:tc>
              <w:tcPr>
                <w:tcW w:w="980" w:type="dxa"/>
                <w:vAlign w:val="center"/>
              </w:tcPr>
              <w:p w14:paraId="21F98152" w14:textId="4BA295CC" w:rsidR="0002295F" w:rsidRDefault="0002295F" w:rsidP="0002295F">
                <w:pPr>
                  <w:jc w:val="center"/>
                </w:pPr>
                <w:r>
                  <w:rPr>
                    <w:rFonts w:ascii="MS Gothic" w:eastAsia="MS Gothic" w:hAnsi="MS Gothic" w:hint="eastAsia"/>
                    <w:sz w:val="18"/>
                    <w:szCs w:val="18"/>
                  </w:rPr>
                  <w:t>☐</w:t>
                </w:r>
              </w:p>
            </w:tc>
          </w:sdtContent>
        </w:sdt>
        <w:sdt>
          <w:sdtPr>
            <w:rPr>
              <w:sz w:val="18"/>
              <w:szCs w:val="18"/>
            </w:rPr>
            <w:id w:val="36937010"/>
            <w14:checkbox>
              <w14:checked w14:val="0"/>
              <w14:checkedState w14:val="2612" w14:font="MS Gothic"/>
              <w14:uncheckedState w14:val="2610" w14:font="MS Gothic"/>
            </w14:checkbox>
          </w:sdtPr>
          <w:sdtContent>
            <w:tc>
              <w:tcPr>
                <w:tcW w:w="864" w:type="dxa"/>
                <w:vAlign w:val="center"/>
              </w:tcPr>
              <w:p w14:paraId="7BE2E31A" w14:textId="7A988D0B" w:rsidR="0002295F" w:rsidRDefault="0002295F" w:rsidP="0002295F">
                <w:pPr>
                  <w:jc w:val="center"/>
                </w:pPr>
                <w:r>
                  <w:rPr>
                    <w:rFonts w:ascii="MS Gothic" w:eastAsia="MS Gothic" w:hAnsi="MS Gothic" w:hint="eastAsia"/>
                    <w:sz w:val="18"/>
                    <w:szCs w:val="18"/>
                  </w:rPr>
                  <w:t>☐</w:t>
                </w:r>
              </w:p>
            </w:tc>
          </w:sdtContent>
        </w:sdt>
      </w:tr>
      <w:tr w:rsidR="0002295F" w14:paraId="5DEC94BD" w14:textId="77777777" w:rsidTr="009E32B9">
        <w:trPr>
          <w:jc w:val="center"/>
        </w:trPr>
        <w:tc>
          <w:tcPr>
            <w:tcW w:w="810" w:type="dxa"/>
            <w:vAlign w:val="center"/>
          </w:tcPr>
          <w:p w14:paraId="6D37964E" w14:textId="530D77F8" w:rsidR="0002295F" w:rsidRDefault="0002295F" w:rsidP="0002295F">
            <w:pPr>
              <w:jc w:val="center"/>
            </w:pPr>
            <w:r>
              <w:t>12</w:t>
            </w:r>
          </w:p>
        </w:tc>
        <w:tc>
          <w:tcPr>
            <w:tcW w:w="6608" w:type="dxa"/>
          </w:tcPr>
          <w:p w14:paraId="088E2301" w14:textId="13D205A4" w:rsidR="0002295F" w:rsidRDefault="002613BA" w:rsidP="0002295F">
            <w:r>
              <w:t>H</w:t>
            </w:r>
            <w:r w:rsidRPr="002613BA">
              <w:t>izmet alımına ilişkin hakediş belgeleri (Hakediş Raporu, Hakediş Özeti, Metraj İcmali, Hakediş İcmali, Hizmet İşleri Kabul Tutanağı ve diğer zorunlu belgeler) usulüne uygun düzenlenmiş ve dosyasında mevcut mu?</w:t>
            </w:r>
          </w:p>
        </w:tc>
        <w:sdt>
          <w:sdtPr>
            <w:rPr>
              <w:sz w:val="18"/>
              <w:szCs w:val="18"/>
            </w:rPr>
            <w:id w:val="1686936320"/>
            <w14:checkbox>
              <w14:checked w14:val="0"/>
              <w14:checkedState w14:val="2612" w14:font="MS Gothic"/>
              <w14:uncheckedState w14:val="2610" w14:font="MS Gothic"/>
            </w14:checkbox>
          </w:sdtPr>
          <w:sdtContent>
            <w:tc>
              <w:tcPr>
                <w:tcW w:w="1268" w:type="dxa"/>
                <w:vAlign w:val="center"/>
              </w:tcPr>
              <w:p w14:paraId="4FE189CC" w14:textId="55AF5821" w:rsidR="0002295F" w:rsidRDefault="0002295F" w:rsidP="0002295F">
                <w:pPr>
                  <w:jc w:val="center"/>
                </w:pPr>
                <w:r>
                  <w:rPr>
                    <w:rFonts w:ascii="MS Gothic" w:eastAsia="MS Gothic" w:hAnsi="MS Gothic" w:hint="eastAsia"/>
                    <w:sz w:val="18"/>
                    <w:szCs w:val="18"/>
                  </w:rPr>
                  <w:t>☐</w:t>
                </w:r>
              </w:p>
            </w:tc>
          </w:sdtContent>
        </w:sdt>
        <w:sdt>
          <w:sdtPr>
            <w:rPr>
              <w:sz w:val="18"/>
              <w:szCs w:val="18"/>
            </w:rPr>
            <w:id w:val="-186907330"/>
            <w14:checkbox>
              <w14:checked w14:val="0"/>
              <w14:checkedState w14:val="2612" w14:font="MS Gothic"/>
              <w14:uncheckedState w14:val="2610" w14:font="MS Gothic"/>
            </w14:checkbox>
          </w:sdtPr>
          <w:sdtContent>
            <w:tc>
              <w:tcPr>
                <w:tcW w:w="980" w:type="dxa"/>
                <w:vAlign w:val="center"/>
              </w:tcPr>
              <w:p w14:paraId="1A7025F0" w14:textId="2C3EF570" w:rsidR="0002295F" w:rsidRDefault="0002295F" w:rsidP="0002295F">
                <w:pPr>
                  <w:jc w:val="center"/>
                </w:pPr>
                <w:r>
                  <w:rPr>
                    <w:rFonts w:ascii="MS Gothic" w:eastAsia="MS Gothic" w:hAnsi="MS Gothic" w:hint="eastAsia"/>
                    <w:sz w:val="18"/>
                    <w:szCs w:val="18"/>
                  </w:rPr>
                  <w:t>☐</w:t>
                </w:r>
              </w:p>
            </w:tc>
          </w:sdtContent>
        </w:sdt>
        <w:sdt>
          <w:sdtPr>
            <w:rPr>
              <w:sz w:val="18"/>
              <w:szCs w:val="18"/>
            </w:rPr>
            <w:id w:val="-1266992282"/>
            <w14:checkbox>
              <w14:checked w14:val="0"/>
              <w14:checkedState w14:val="2612" w14:font="MS Gothic"/>
              <w14:uncheckedState w14:val="2610" w14:font="MS Gothic"/>
            </w14:checkbox>
          </w:sdtPr>
          <w:sdtContent>
            <w:tc>
              <w:tcPr>
                <w:tcW w:w="864" w:type="dxa"/>
                <w:vAlign w:val="center"/>
              </w:tcPr>
              <w:p w14:paraId="5B6C1EF5" w14:textId="06FE0949" w:rsidR="0002295F" w:rsidRDefault="0002295F" w:rsidP="0002295F">
                <w:pPr>
                  <w:jc w:val="center"/>
                </w:pPr>
                <w:r>
                  <w:rPr>
                    <w:rFonts w:ascii="MS Gothic" w:eastAsia="MS Gothic" w:hAnsi="MS Gothic" w:hint="eastAsia"/>
                    <w:sz w:val="18"/>
                    <w:szCs w:val="18"/>
                  </w:rPr>
                  <w:t>☐</w:t>
                </w:r>
              </w:p>
            </w:tc>
          </w:sdtContent>
        </w:sdt>
      </w:tr>
      <w:tr w:rsidR="0002295F" w14:paraId="1A500ADC" w14:textId="77777777" w:rsidTr="009E32B9">
        <w:trPr>
          <w:jc w:val="center"/>
        </w:trPr>
        <w:tc>
          <w:tcPr>
            <w:tcW w:w="810" w:type="dxa"/>
            <w:vAlign w:val="center"/>
          </w:tcPr>
          <w:p w14:paraId="5812FA8A" w14:textId="7692C503" w:rsidR="0002295F" w:rsidRDefault="0002295F" w:rsidP="0002295F">
            <w:pPr>
              <w:jc w:val="center"/>
            </w:pPr>
            <w:r>
              <w:t>13</w:t>
            </w:r>
          </w:p>
        </w:tc>
        <w:tc>
          <w:tcPr>
            <w:tcW w:w="6608" w:type="dxa"/>
          </w:tcPr>
          <w:p w14:paraId="6B225ED7" w14:textId="5824EC8E" w:rsidR="0002295F" w:rsidRDefault="002613BA" w:rsidP="0002295F">
            <w:r>
              <w:t xml:space="preserve">Mal alımına ilişkin ihalelerde </w:t>
            </w:r>
            <w:r w:rsidRPr="002613BA">
              <w:t xml:space="preserve">Taşınır işlemleri (TKYS kayıtları, Taşınır İşlem Fişi, Varlık İşlem Fişi/HYS kayıtları ve muayene-kabul </w:t>
            </w:r>
            <w:r w:rsidRPr="002613BA">
              <w:lastRenderedPageBreak/>
              <w:t>işlemleri</w:t>
            </w:r>
            <w:r>
              <w:t>-teknik şartname</w:t>
            </w:r>
            <w:r w:rsidRPr="002613BA">
              <w:t>) usulüne uygun tamamlanmış ve birbirleriyle uyumlu mu?</w:t>
            </w:r>
          </w:p>
        </w:tc>
        <w:sdt>
          <w:sdtPr>
            <w:rPr>
              <w:sz w:val="18"/>
              <w:szCs w:val="18"/>
            </w:rPr>
            <w:id w:val="1892306623"/>
            <w14:checkbox>
              <w14:checked w14:val="0"/>
              <w14:checkedState w14:val="2612" w14:font="MS Gothic"/>
              <w14:uncheckedState w14:val="2610" w14:font="MS Gothic"/>
            </w14:checkbox>
          </w:sdtPr>
          <w:sdtContent>
            <w:tc>
              <w:tcPr>
                <w:tcW w:w="1268" w:type="dxa"/>
                <w:vAlign w:val="center"/>
              </w:tcPr>
              <w:p w14:paraId="209D4EBA" w14:textId="275C8A5A" w:rsidR="0002295F" w:rsidRDefault="0002295F" w:rsidP="0002295F">
                <w:pPr>
                  <w:jc w:val="center"/>
                </w:pPr>
                <w:r>
                  <w:rPr>
                    <w:rFonts w:ascii="MS Gothic" w:eastAsia="MS Gothic" w:hAnsi="MS Gothic" w:hint="eastAsia"/>
                    <w:sz w:val="18"/>
                    <w:szCs w:val="18"/>
                  </w:rPr>
                  <w:t>☐</w:t>
                </w:r>
              </w:p>
            </w:tc>
          </w:sdtContent>
        </w:sdt>
        <w:sdt>
          <w:sdtPr>
            <w:rPr>
              <w:sz w:val="18"/>
              <w:szCs w:val="18"/>
            </w:rPr>
            <w:id w:val="349298776"/>
            <w14:checkbox>
              <w14:checked w14:val="0"/>
              <w14:checkedState w14:val="2612" w14:font="MS Gothic"/>
              <w14:uncheckedState w14:val="2610" w14:font="MS Gothic"/>
            </w14:checkbox>
          </w:sdtPr>
          <w:sdtContent>
            <w:tc>
              <w:tcPr>
                <w:tcW w:w="980" w:type="dxa"/>
                <w:vAlign w:val="center"/>
              </w:tcPr>
              <w:p w14:paraId="4DE1E958" w14:textId="79F5217B" w:rsidR="0002295F" w:rsidRDefault="0002295F" w:rsidP="0002295F">
                <w:pPr>
                  <w:jc w:val="center"/>
                </w:pPr>
                <w:r>
                  <w:rPr>
                    <w:rFonts w:ascii="MS Gothic" w:eastAsia="MS Gothic" w:hAnsi="MS Gothic" w:hint="eastAsia"/>
                    <w:sz w:val="18"/>
                    <w:szCs w:val="18"/>
                  </w:rPr>
                  <w:t>☐</w:t>
                </w:r>
              </w:p>
            </w:tc>
          </w:sdtContent>
        </w:sdt>
        <w:sdt>
          <w:sdtPr>
            <w:rPr>
              <w:sz w:val="18"/>
              <w:szCs w:val="18"/>
            </w:rPr>
            <w:id w:val="-272862664"/>
            <w14:checkbox>
              <w14:checked w14:val="0"/>
              <w14:checkedState w14:val="2612" w14:font="MS Gothic"/>
              <w14:uncheckedState w14:val="2610" w14:font="MS Gothic"/>
            </w14:checkbox>
          </w:sdtPr>
          <w:sdtContent>
            <w:tc>
              <w:tcPr>
                <w:tcW w:w="864" w:type="dxa"/>
                <w:vAlign w:val="center"/>
              </w:tcPr>
              <w:p w14:paraId="6EC1C283" w14:textId="0B1D7703" w:rsidR="0002295F" w:rsidRDefault="0002295F" w:rsidP="0002295F">
                <w:pPr>
                  <w:jc w:val="center"/>
                </w:pPr>
                <w:r>
                  <w:rPr>
                    <w:rFonts w:ascii="MS Gothic" w:eastAsia="MS Gothic" w:hAnsi="MS Gothic" w:hint="eastAsia"/>
                    <w:sz w:val="18"/>
                    <w:szCs w:val="18"/>
                  </w:rPr>
                  <w:t>☐</w:t>
                </w:r>
              </w:p>
            </w:tc>
          </w:sdtContent>
        </w:sdt>
      </w:tr>
      <w:tr w:rsidR="0002295F" w14:paraId="170CB8F6" w14:textId="77777777" w:rsidTr="009E32B9">
        <w:trPr>
          <w:jc w:val="center"/>
        </w:trPr>
        <w:tc>
          <w:tcPr>
            <w:tcW w:w="810" w:type="dxa"/>
            <w:vAlign w:val="center"/>
          </w:tcPr>
          <w:p w14:paraId="0BBD69B9" w14:textId="5CDA4D14" w:rsidR="0002295F" w:rsidRDefault="0002295F" w:rsidP="0002295F">
            <w:pPr>
              <w:jc w:val="center"/>
            </w:pPr>
            <w:r>
              <w:t>14</w:t>
            </w:r>
          </w:p>
        </w:tc>
        <w:tc>
          <w:tcPr>
            <w:tcW w:w="6608" w:type="dxa"/>
          </w:tcPr>
          <w:p w14:paraId="7C8DA2D7" w14:textId="7F6C26A8" w:rsidR="0002295F" w:rsidRDefault="002613BA" w:rsidP="0002295F">
            <w:r w:rsidRPr="002613BA">
              <w:t>Yapım işine ilişkin hakediş ve kontrol belgeleri (Yapım İşleri Kabul Tutanağı, Yeşil Defter, Metraj, Ataşman, İş Programı, All Risk Sigortası ve diğer zorunlu belgeler) usulüne uygun düzenlenmiş ve dosyasında mevcut mu?</w:t>
            </w:r>
          </w:p>
        </w:tc>
        <w:sdt>
          <w:sdtPr>
            <w:rPr>
              <w:sz w:val="18"/>
              <w:szCs w:val="18"/>
            </w:rPr>
            <w:id w:val="1375737647"/>
            <w14:checkbox>
              <w14:checked w14:val="0"/>
              <w14:checkedState w14:val="2612" w14:font="MS Gothic"/>
              <w14:uncheckedState w14:val="2610" w14:font="MS Gothic"/>
            </w14:checkbox>
          </w:sdtPr>
          <w:sdtContent>
            <w:tc>
              <w:tcPr>
                <w:tcW w:w="1268" w:type="dxa"/>
                <w:vAlign w:val="center"/>
              </w:tcPr>
              <w:p w14:paraId="60ACFAA1" w14:textId="594B07D6" w:rsidR="0002295F" w:rsidRDefault="0002295F" w:rsidP="0002295F">
                <w:pPr>
                  <w:jc w:val="center"/>
                </w:pPr>
                <w:r>
                  <w:rPr>
                    <w:rFonts w:ascii="MS Gothic" w:eastAsia="MS Gothic" w:hAnsi="MS Gothic" w:hint="eastAsia"/>
                    <w:sz w:val="18"/>
                    <w:szCs w:val="18"/>
                  </w:rPr>
                  <w:t>☐</w:t>
                </w:r>
              </w:p>
            </w:tc>
          </w:sdtContent>
        </w:sdt>
        <w:sdt>
          <w:sdtPr>
            <w:rPr>
              <w:sz w:val="18"/>
              <w:szCs w:val="18"/>
            </w:rPr>
            <w:id w:val="-1024868012"/>
            <w14:checkbox>
              <w14:checked w14:val="0"/>
              <w14:checkedState w14:val="2612" w14:font="MS Gothic"/>
              <w14:uncheckedState w14:val="2610" w14:font="MS Gothic"/>
            </w14:checkbox>
          </w:sdtPr>
          <w:sdtContent>
            <w:tc>
              <w:tcPr>
                <w:tcW w:w="980" w:type="dxa"/>
                <w:vAlign w:val="center"/>
              </w:tcPr>
              <w:p w14:paraId="6717DB50" w14:textId="11C3DB77" w:rsidR="0002295F" w:rsidRDefault="0002295F" w:rsidP="0002295F">
                <w:pPr>
                  <w:jc w:val="center"/>
                </w:pPr>
                <w:r>
                  <w:rPr>
                    <w:rFonts w:ascii="MS Gothic" w:eastAsia="MS Gothic" w:hAnsi="MS Gothic" w:hint="eastAsia"/>
                    <w:sz w:val="18"/>
                    <w:szCs w:val="18"/>
                  </w:rPr>
                  <w:t>☐</w:t>
                </w:r>
              </w:p>
            </w:tc>
          </w:sdtContent>
        </w:sdt>
        <w:sdt>
          <w:sdtPr>
            <w:rPr>
              <w:sz w:val="18"/>
              <w:szCs w:val="18"/>
            </w:rPr>
            <w:id w:val="-654610273"/>
            <w14:checkbox>
              <w14:checked w14:val="0"/>
              <w14:checkedState w14:val="2612" w14:font="MS Gothic"/>
              <w14:uncheckedState w14:val="2610" w14:font="MS Gothic"/>
            </w14:checkbox>
          </w:sdtPr>
          <w:sdtContent>
            <w:tc>
              <w:tcPr>
                <w:tcW w:w="864" w:type="dxa"/>
                <w:vAlign w:val="center"/>
              </w:tcPr>
              <w:p w14:paraId="19456A53" w14:textId="7381F0C9" w:rsidR="0002295F" w:rsidRDefault="0002295F" w:rsidP="0002295F">
                <w:pPr>
                  <w:jc w:val="center"/>
                </w:pPr>
                <w:r>
                  <w:rPr>
                    <w:rFonts w:ascii="MS Gothic" w:eastAsia="MS Gothic" w:hAnsi="MS Gothic" w:hint="eastAsia"/>
                    <w:sz w:val="18"/>
                    <w:szCs w:val="18"/>
                  </w:rPr>
                  <w:t>☐</w:t>
                </w:r>
              </w:p>
            </w:tc>
          </w:sdtContent>
        </w:sdt>
      </w:tr>
      <w:tr w:rsidR="002613BA" w14:paraId="1630ACD2" w14:textId="77777777" w:rsidTr="009E32B9">
        <w:trPr>
          <w:jc w:val="center"/>
        </w:trPr>
        <w:tc>
          <w:tcPr>
            <w:tcW w:w="810" w:type="dxa"/>
            <w:vAlign w:val="center"/>
          </w:tcPr>
          <w:p w14:paraId="5E2081CB" w14:textId="599EC74E" w:rsidR="002613BA" w:rsidRDefault="002613BA" w:rsidP="002613BA">
            <w:pPr>
              <w:jc w:val="center"/>
            </w:pPr>
            <w:r>
              <w:t>15</w:t>
            </w:r>
          </w:p>
        </w:tc>
        <w:tc>
          <w:tcPr>
            <w:tcW w:w="6608" w:type="dxa"/>
          </w:tcPr>
          <w:p w14:paraId="20202D14" w14:textId="124FD278" w:rsidR="002613BA" w:rsidRDefault="002613BA" w:rsidP="002613BA">
            <w:r>
              <w:rPr>
                <w:rFonts w:ascii="Cambria" w:hAnsi="Cambria" w:cs="Segoe UI"/>
                <w:color w:val="000000"/>
              </w:rPr>
              <w:t xml:space="preserve">Fatura; şekil şartları, muhatabı, tutar hesaplamaları, e-Arşiv doğrulaması, IBAN bilgileri ve KDV tevkifatı yönünden kontrol edilerek uygun bulunmuş mu? </w:t>
            </w:r>
            <w:r w:rsidRPr="00DE7A27">
              <w:rPr>
                <w:rFonts w:ascii="Cambria" w:hAnsi="Cambria" w:cs="Segoe UI"/>
                <w:b/>
                <w:bCs/>
                <w:color w:val="000000"/>
              </w:rPr>
              <w:t>(hizmet ve yapım işlerinde tevkifatlı fatura Strateji adına olacaktır.)</w:t>
            </w:r>
            <w:r>
              <w:rPr>
                <w:rFonts w:ascii="Cambria" w:hAnsi="Cambria" w:cs="Segoe UI"/>
                <w:b/>
                <w:bCs/>
                <w:color w:val="000000"/>
              </w:rPr>
              <w:t>(Vn: 0480588801)</w:t>
            </w:r>
          </w:p>
        </w:tc>
        <w:sdt>
          <w:sdtPr>
            <w:rPr>
              <w:sz w:val="18"/>
              <w:szCs w:val="18"/>
            </w:rPr>
            <w:id w:val="542793448"/>
            <w14:checkbox>
              <w14:checked w14:val="0"/>
              <w14:checkedState w14:val="2612" w14:font="MS Gothic"/>
              <w14:uncheckedState w14:val="2610" w14:font="MS Gothic"/>
            </w14:checkbox>
          </w:sdtPr>
          <w:sdtContent>
            <w:tc>
              <w:tcPr>
                <w:tcW w:w="1268" w:type="dxa"/>
                <w:vAlign w:val="center"/>
              </w:tcPr>
              <w:p w14:paraId="0D6E1410" w14:textId="1CFB5EA6" w:rsidR="002613BA" w:rsidRDefault="002613BA" w:rsidP="002613BA">
                <w:pPr>
                  <w:jc w:val="center"/>
                </w:pPr>
                <w:r>
                  <w:rPr>
                    <w:rFonts w:ascii="MS Gothic" w:eastAsia="MS Gothic" w:hAnsi="MS Gothic" w:hint="eastAsia"/>
                    <w:sz w:val="18"/>
                    <w:szCs w:val="18"/>
                  </w:rPr>
                  <w:t>☐</w:t>
                </w:r>
              </w:p>
            </w:tc>
          </w:sdtContent>
        </w:sdt>
        <w:sdt>
          <w:sdtPr>
            <w:rPr>
              <w:sz w:val="18"/>
              <w:szCs w:val="18"/>
            </w:rPr>
            <w:id w:val="230435837"/>
            <w14:checkbox>
              <w14:checked w14:val="0"/>
              <w14:checkedState w14:val="2612" w14:font="MS Gothic"/>
              <w14:uncheckedState w14:val="2610" w14:font="MS Gothic"/>
            </w14:checkbox>
          </w:sdtPr>
          <w:sdtContent>
            <w:tc>
              <w:tcPr>
                <w:tcW w:w="980" w:type="dxa"/>
                <w:vAlign w:val="center"/>
              </w:tcPr>
              <w:p w14:paraId="53045B57" w14:textId="6E5ECB08" w:rsidR="002613BA" w:rsidRDefault="002613BA" w:rsidP="002613BA">
                <w:pPr>
                  <w:jc w:val="center"/>
                </w:pPr>
                <w:r>
                  <w:rPr>
                    <w:rFonts w:ascii="MS Gothic" w:eastAsia="MS Gothic" w:hAnsi="MS Gothic" w:hint="eastAsia"/>
                    <w:sz w:val="18"/>
                    <w:szCs w:val="18"/>
                  </w:rPr>
                  <w:t>☐</w:t>
                </w:r>
              </w:p>
            </w:tc>
          </w:sdtContent>
        </w:sdt>
        <w:sdt>
          <w:sdtPr>
            <w:rPr>
              <w:sz w:val="18"/>
              <w:szCs w:val="18"/>
            </w:rPr>
            <w:id w:val="1049040274"/>
            <w14:checkbox>
              <w14:checked w14:val="0"/>
              <w14:checkedState w14:val="2612" w14:font="MS Gothic"/>
              <w14:uncheckedState w14:val="2610" w14:font="MS Gothic"/>
            </w14:checkbox>
          </w:sdtPr>
          <w:sdtContent>
            <w:tc>
              <w:tcPr>
                <w:tcW w:w="864" w:type="dxa"/>
                <w:vAlign w:val="center"/>
              </w:tcPr>
              <w:p w14:paraId="6930F4EA" w14:textId="689E88D9" w:rsidR="002613BA" w:rsidRDefault="002613BA" w:rsidP="002613BA">
                <w:pPr>
                  <w:jc w:val="center"/>
                </w:pPr>
                <w:r>
                  <w:rPr>
                    <w:rFonts w:ascii="MS Gothic" w:eastAsia="MS Gothic" w:hAnsi="MS Gothic" w:hint="eastAsia"/>
                    <w:sz w:val="18"/>
                    <w:szCs w:val="18"/>
                  </w:rPr>
                  <w:t>☐</w:t>
                </w:r>
              </w:p>
            </w:tc>
          </w:sdtContent>
        </w:sdt>
      </w:tr>
      <w:tr w:rsidR="002613BA" w14:paraId="3DCA8938" w14:textId="77777777" w:rsidTr="00B17941">
        <w:trPr>
          <w:jc w:val="center"/>
        </w:trPr>
        <w:tc>
          <w:tcPr>
            <w:tcW w:w="810" w:type="dxa"/>
            <w:vAlign w:val="center"/>
          </w:tcPr>
          <w:p w14:paraId="6462B8C6" w14:textId="2B58FF9E" w:rsidR="002613BA" w:rsidRDefault="002613BA" w:rsidP="002613BA">
            <w:pPr>
              <w:jc w:val="center"/>
            </w:pPr>
            <w:r>
              <w:t>16</w:t>
            </w:r>
          </w:p>
        </w:tc>
        <w:tc>
          <w:tcPr>
            <w:tcW w:w="6608" w:type="dxa"/>
          </w:tcPr>
          <w:p w14:paraId="3A575E85" w14:textId="03C1CCBA" w:rsidR="002613BA" w:rsidRDefault="002613BA" w:rsidP="002613BA">
            <w:r>
              <w:rPr>
                <w:rFonts w:ascii="Cambria" w:hAnsi="Cambria" w:cs="Segoe UI"/>
                <w:color w:val="000000"/>
              </w:rPr>
              <w:t>SGK borç sorgusu ve vergi borcu sorgusu güncel olarak alınmış, gerekli kesintiler mevzuata uygun uygulanmış mı?</w:t>
            </w:r>
          </w:p>
        </w:tc>
        <w:sdt>
          <w:sdtPr>
            <w:rPr>
              <w:sz w:val="18"/>
              <w:szCs w:val="18"/>
            </w:rPr>
            <w:id w:val="-1136713089"/>
            <w14:checkbox>
              <w14:checked w14:val="0"/>
              <w14:checkedState w14:val="2612" w14:font="MS Gothic"/>
              <w14:uncheckedState w14:val="2610" w14:font="MS Gothic"/>
            </w14:checkbox>
          </w:sdtPr>
          <w:sdtContent>
            <w:tc>
              <w:tcPr>
                <w:tcW w:w="1268" w:type="dxa"/>
                <w:vAlign w:val="center"/>
              </w:tcPr>
              <w:p w14:paraId="44D1DEF2" w14:textId="5C85F8EC" w:rsidR="002613BA" w:rsidRDefault="002613BA" w:rsidP="002613BA">
                <w:pPr>
                  <w:jc w:val="center"/>
                </w:pPr>
                <w:r>
                  <w:rPr>
                    <w:rFonts w:ascii="MS Gothic" w:eastAsia="MS Gothic" w:hAnsi="MS Gothic" w:hint="eastAsia"/>
                    <w:sz w:val="18"/>
                    <w:szCs w:val="18"/>
                  </w:rPr>
                  <w:t>☐</w:t>
                </w:r>
              </w:p>
            </w:tc>
          </w:sdtContent>
        </w:sdt>
        <w:sdt>
          <w:sdtPr>
            <w:rPr>
              <w:sz w:val="18"/>
              <w:szCs w:val="18"/>
            </w:rPr>
            <w:id w:val="1957600404"/>
            <w14:checkbox>
              <w14:checked w14:val="0"/>
              <w14:checkedState w14:val="2612" w14:font="MS Gothic"/>
              <w14:uncheckedState w14:val="2610" w14:font="MS Gothic"/>
            </w14:checkbox>
          </w:sdtPr>
          <w:sdtContent>
            <w:tc>
              <w:tcPr>
                <w:tcW w:w="980" w:type="dxa"/>
                <w:vAlign w:val="center"/>
              </w:tcPr>
              <w:p w14:paraId="4262C075" w14:textId="19F067FB" w:rsidR="002613BA" w:rsidRDefault="002613BA" w:rsidP="002613BA">
                <w:pPr>
                  <w:jc w:val="center"/>
                </w:pPr>
                <w:r>
                  <w:rPr>
                    <w:rFonts w:ascii="MS Gothic" w:eastAsia="MS Gothic" w:hAnsi="MS Gothic" w:hint="eastAsia"/>
                    <w:sz w:val="18"/>
                    <w:szCs w:val="18"/>
                  </w:rPr>
                  <w:t>☐</w:t>
                </w:r>
              </w:p>
            </w:tc>
          </w:sdtContent>
        </w:sdt>
        <w:sdt>
          <w:sdtPr>
            <w:rPr>
              <w:sz w:val="18"/>
              <w:szCs w:val="18"/>
            </w:rPr>
            <w:id w:val="1397399846"/>
            <w14:checkbox>
              <w14:checked w14:val="0"/>
              <w14:checkedState w14:val="2612" w14:font="MS Gothic"/>
              <w14:uncheckedState w14:val="2610" w14:font="MS Gothic"/>
            </w14:checkbox>
          </w:sdtPr>
          <w:sdtContent>
            <w:tc>
              <w:tcPr>
                <w:tcW w:w="864" w:type="dxa"/>
                <w:vAlign w:val="center"/>
              </w:tcPr>
              <w:p w14:paraId="617E1A79" w14:textId="47D80BEE" w:rsidR="002613BA" w:rsidRDefault="002613BA" w:rsidP="002613BA">
                <w:pPr>
                  <w:jc w:val="center"/>
                </w:pPr>
                <w:r>
                  <w:rPr>
                    <w:rFonts w:ascii="MS Gothic" w:eastAsia="MS Gothic" w:hAnsi="MS Gothic" w:hint="eastAsia"/>
                    <w:sz w:val="18"/>
                    <w:szCs w:val="18"/>
                  </w:rPr>
                  <w:t>☐</w:t>
                </w:r>
              </w:p>
            </w:tc>
          </w:sdtContent>
        </w:sdt>
      </w:tr>
      <w:tr w:rsidR="002613BA" w14:paraId="40771992" w14:textId="77777777" w:rsidTr="00B17941">
        <w:trPr>
          <w:jc w:val="center"/>
        </w:trPr>
        <w:tc>
          <w:tcPr>
            <w:tcW w:w="810" w:type="dxa"/>
            <w:vAlign w:val="center"/>
          </w:tcPr>
          <w:p w14:paraId="1DFF0D73" w14:textId="61433AEF" w:rsidR="002613BA" w:rsidRDefault="002613BA" w:rsidP="002613BA">
            <w:pPr>
              <w:jc w:val="center"/>
            </w:pPr>
            <w:r>
              <w:t>17</w:t>
            </w:r>
          </w:p>
        </w:tc>
        <w:tc>
          <w:tcPr>
            <w:tcW w:w="6608" w:type="dxa"/>
          </w:tcPr>
          <w:p w14:paraId="5CB3C207" w14:textId="3996EEB4" w:rsidR="002613BA" w:rsidRDefault="002613BA" w:rsidP="002613BA">
            <w:r>
              <w:rPr>
                <w:rFonts w:ascii="Cambria" w:hAnsi="Cambria" w:cs="Segoe UI"/>
                <w:color w:val="000000"/>
              </w:rPr>
              <w:t>Kesin teminat alındı belgesi veya e-teminat ise muhasebe işlem fişi   dosyada mevcut mu?</w:t>
            </w:r>
          </w:p>
        </w:tc>
        <w:sdt>
          <w:sdtPr>
            <w:rPr>
              <w:sz w:val="18"/>
              <w:szCs w:val="18"/>
            </w:rPr>
            <w:id w:val="-1748796939"/>
            <w14:checkbox>
              <w14:checked w14:val="0"/>
              <w14:checkedState w14:val="2612" w14:font="MS Gothic"/>
              <w14:uncheckedState w14:val="2610" w14:font="MS Gothic"/>
            </w14:checkbox>
          </w:sdtPr>
          <w:sdtContent>
            <w:tc>
              <w:tcPr>
                <w:tcW w:w="1268" w:type="dxa"/>
                <w:vAlign w:val="center"/>
              </w:tcPr>
              <w:p w14:paraId="77276ACB" w14:textId="06740ED1" w:rsidR="002613BA" w:rsidRDefault="002613BA" w:rsidP="002613BA">
                <w:pPr>
                  <w:jc w:val="center"/>
                </w:pPr>
                <w:r>
                  <w:rPr>
                    <w:rFonts w:ascii="MS Gothic" w:eastAsia="MS Gothic" w:hAnsi="MS Gothic" w:hint="eastAsia"/>
                    <w:sz w:val="18"/>
                    <w:szCs w:val="18"/>
                  </w:rPr>
                  <w:t>☐</w:t>
                </w:r>
              </w:p>
            </w:tc>
          </w:sdtContent>
        </w:sdt>
        <w:sdt>
          <w:sdtPr>
            <w:rPr>
              <w:sz w:val="18"/>
              <w:szCs w:val="18"/>
            </w:rPr>
            <w:id w:val="1807275860"/>
            <w14:checkbox>
              <w14:checked w14:val="0"/>
              <w14:checkedState w14:val="2612" w14:font="MS Gothic"/>
              <w14:uncheckedState w14:val="2610" w14:font="MS Gothic"/>
            </w14:checkbox>
          </w:sdtPr>
          <w:sdtContent>
            <w:tc>
              <w:tcPr>
                <w:tcW w:w="980" w:type="dxa"/>
                <w:vAlign w:val="center"/>
              </w:tcPr>
              <w:p w14:paraId="3E38EF4C" w14:textId="0AF7C8CD" w:rsidR="002613BA" w:rsidRDefault="002613BA" w:rsidP="002613BA">
                <w:pPr>
                  <w:jc w:val="center"/>
                </w:pPr>
                <w:r>
                  <w:rPr>
                    <w:rFonts w:ascii="MS Gothic" w:eastAsia="MS Gothic" w:hAnsi="MS Gothic" w:hint="eastAsia"/>
                    <w:sz w:val="18"/>
                    <w:szCs w:val="18"/>
                  </w:rPr>
                  <w:t>☐</w:t>
                </w:r>
              </w:p>
            </w:tc>
          </w:sdtContent>
        </w:sdt>
        <w:sdt>
          <w:sdtPr>
            <w:rPr>
              <w:sz w:val="18"/>
              <w:szCs w:val="18"/>
            </w:rPr>
            <w:id w:val="1554589904"/>
            <w14:checkbox>
              <w14:checked w14:val="0"/>
              <w14:checkedState w14:val="2612" w14:font="MS Gothic"/>
              <w14:uncheckedState w14:val="2610" w14:font="MS Gothic"/>
            </w14:checkbox>
          </w:sdtPr>
          <w:sdtContent>
            <w:tc>
              <w:tcPr>
                <w:tcW w:w="864" w:type="dxa"/>
                <w:vAlign w:val="center"/>
              </w:tcPr>
              <w:p w14:paraId="294112B3" w14:textId="7A536A5E" w:rsidR="002613BA" w:rsidRDefault="002613BA" w:rsidP="002613BA">
                <w:pPr>
                  <w:jc w:val="center"/>
                </w:pPr>
                <w:r>
                  <w:rPr>
                    <w:rFonts w:ascii="MS Gothic" w:eastAsia="MS Gothic" w:hAnsi="MS Gothic" w:hint="eastAsia"/>
                    <w:sz w:val="18"/>
                    <w:szCs w:val="18"/>
                  </w:rPr>
                  <w:t>☐</w:t>
                </w:r>
              </w:p>
            </w:tc>
          </w:sdtContent>
        </w:sdt>
      </w:tr>
      <w:tr w:rsidR="002613BA" w14:paraId="40B04788" w14:textId="77777777" w:rsidTr="00B17941">
        <w:trPr>
          <w:jc w:val="center"/>
        </w:trPr>
        <w:tc>
          <w:tcPr>
            <w:tcW w:w="810" w:type="dxa"/>
            <w:vAlign w:val="center"/>
          </w:tcPr>
          <w:p w14:paraId="341CC6E3" w14:textId="7DEC31EC" w:rsidR="002613BA" w:rsidRDefault="002613BA" w:rsidP="002613BA">
            <w:pPr>
              <w:jc w:val="center"/>
            </w:pPr>
            <w:r>
              <w:t>18</w:t>
            </w:r>
          </w:p>
        </w:tc>
        <w:tc>
          <w:tcPr>
            <w:tcW w:w="6608" w:type="dxa"/>
          </w:tcPr>
          <w:p w14:paraId="4F06CBEE" w14:textId="1966AA7D" w:rsidR="002613BA" w:rsidRDefault="002613BA" w:rsidP="002613BA">
            <w:r>
              <w:rPr>
                <w:rFonts w:ascii="Cambria" w:hAnsi="Cambria" w:cs="Segoe UI"/>
                <w:color w:val="000000"/>
              </w:rPr>
              <w:t>Ödeme Emri Belgesindeki IBAN, bütçe tertibi, damga vergisi ve tevkifat bilgileri doğruluğu yönünden kontrol edilmiş mi?</w:t>
            </w:r>
          </w:p>
        </w:tc>
        <w:sdt>
          <w:sdtPr>
            <w:rPr>
              <w:sz w:val="18"/>
              <w:szCs w:val="18"/>
            </w:rPr>
            <w:id w:val="1514264517"/>
            <w14:checkbox>
              <w14:checked w14:val="0"/>
              <w14:checkedState w14:val="2612" w14:font="MS Gothic"/>
              <w14:uncheckedState w14:val="2610" w14:font="MS Gothic"/>
            </w14:checkbox>
          </w:sdtPr>
          <w:sdtContent>
            <w:tc>
              <w:tcPr>
                <w:tcW w:w="1268" w:type="dxa"/>
                <w:vAlign w:val="center"/>
              </w:tcPr>
              <w:p w14:paraId="52CA3EA7" w14:textId="0842DC07" w:rsidR="002613BA" w:rsidRDefault="002613BA" w:rsidP="002613BA">
                <w:pPr>
                  <w:jc w:val="center"/>
                </w:pPr>
                <w:r>
                  <w:rPr>
                    <w:rFonts w:ascii="MS Gothic" w:eastAsia="MS Gothic" w:hAnsi="MS Gothic" w:hint="eastAsia"/>
                    <w:sz w:val="18"/>
                    <w:szCs w:val="18"/>
                  </w:rPr>
                  <w:t>☐</w:t>
                </w:r>
              </w:p>
            </w:tc>
          </w:sdtContent>
        </w:sdt>
        <w:sdt>
          <w:sdtPr>
            <w:rPr>
              <w:sz w:val="18"/>
              <w:szCs w:val="18"/>
            </w:rPr>
            <w:id w:val="-383261650"/>
            <w14:checkbox>
              <w14:checked w14:val="0"/>
              <w14:checkedState w14:val="2612" w14:font="MS Gothic"/>
              <w14:uncheckedState w14:val="2610" w14:font="MS Gothic"/>
            </w14:checkbox>
          </w:sdtPr>
          <w:sdtContent>
            <w:tc>
              <w:tcPr>
                <w:tcW w:w="980" w:type="dxa"/>
                <w:vAlign w:val="center"/>
              </w:tcPr>
              <w:p w14:paraId="33D27AAA" w14:textId="1699DDB6" w:rsidR="002613BA" w:rsidRDefault="002613BA" w:rsidP="002613BA">
                <w:pPr>
                  <w:jc w:val="center"/>
                </w:pPr>
                <w:r>
                  <w:rPr>
                    <w:rFonts w:ascii="MS Gothic" w:eastAsia="MS Gothic" w:hAnsi="MS Gothic" w:hint="eastAsia"/>
                    <w:sz w:val="18"/>
                    <w:szCs w:val="18"/>
                  </w:rPr>
                  <w:t>☐</w:t>
                </w:r>
              </w:p>
            </w:tc>
          </w:sdtContent>
        </w:sdt>
        <w:sdt>
          <w:sdtPr>
            <w:rPr>
              <w:sz w:val="18"/>
              <w:szCs w:val="18"/>
            </w:rPr>
            <w:id w:val="1172991032"/>
            <w14:checkbox>
              <w14:checked w14:val="0"/>
              <w14:checkedState w14:val="2612" w14:font="MS Gothic"/>
              <w14:uncheckedState w14:val="2610" w14:font="MS Gothic"/>
            </w14:checkbox>
          </w:sdtPr>
          <w:sdtContent>
            <w:tc>
              <w:tcPr>
                <w:tcW w:w="864" w:type="dxa"/>
                <w:vAlign w:val="center"/>
              </w:tcPr>
              <w:p w14:paraId="2CB8981C" w14:textId="7F22814E" w:rsidR="002613BA" w:rsidRDefault="002613BA" w:rsidP="002613BA">
                <w:pPr>
                  <w:jc w:val="center"/>
                </w:pPr>
                <w:r>
                  <w:rPr>
                    <w:rFonts w:ascii="MS Gothic" w:eastAsia="MS Gothic" w:hAnsi="MS Gothic" w:hint="eastAsia"/>
                    <w:sz w:val="18"/>
                    <w:szCs w:val="18"/>
                  </w:rPr>
                  <w:t>☐</w:t>
                </w:r>
              </w:p>
            </w:tc>
          </w:sdtContent>
        </w:sdt>
      </w:tr>
      <w:tr w:rsidR="002613BA" w14:paraId="06AA63CD" w14:textId="77777777" w:rsidTr="00B17941">
        <w:trPr>
          <w:jc w:val="center"/>
        </w:trPr>
        <w:tc>
          <w:tcPr>
            <w:tcW w:w="810" w:type="dxa"/>
            <w:vAlign w:val="center"/>
          </w:tcPr>
          <w:p w14:paraId="45B512AF" w14:textId="763E95CB" w:rsidR="002613BA" w:rsidRDefault="002613BA" w:rsidP="002613BA">
            <w:pPr>
              <w:jc w:val="center"/>
            </w:pPr>
            <w:r>
              <w:t>19</w:t>
            </w:r>
          </w:p>
        </w:tc>
        <w:tc>
          <w:tcPr>
            <w:tcW w:w="6608" w:type="dxa"/>
          </w:tcPr>
          <w:p w14:paraId="4E9A9B17" w14:textId="12A7304A" w:rsidR="002613BA" w:rsidRDefault="002613BA" w:rsidP="002613BA">
            <w:r>
              <w:rPr>
                <w:rFonts w:ascii="Cambria" w:hAnsi="Cambria" w:cs="Segoe UI"/>
                <w:color w:val="000000"/>
              </w:rPr>
              <w:t>HYS üzerinde Taahhüt Kartı oluşturulmuş, hakediş ödemesi ilgili Taahhüt Kartına bağlanmış ve taahhüt gerçekleşmeleri güncellenmiş mi?</w:t>
            </w:r>
          </w:p>
        </w:tc>
        <w:sdt>
          <w:sdtPr>
            <w:rPr>
              <w:sz w:val="18"/>
              <w:szCs w:val="18"/>
            </w:rPr>
            <w:id w:val="1217867372"/>
            <w14:checkbox>
              <w14:checked w14:val="0"/>
              <w14:checkedState w14:val="2612" w14:font="MS Gothic"/>
              <w14:uncheckedState w14:val="2610" w14:font="MS Gothic"/>
            </w14:checkbox>
          </w:sdtPr>
          <w:sdtContent>
            <w:tc>
              <w:tcPr>
                <w:tcW w:w="1268" w:type="dxa"/>
                <w:vAlign w:val="center"/>
              </w:tcPr>
              <w:p w14:paraId="1C3CA131" w14:textId="20385E63" w:rsidR="002613BA" w:rsidRDefault="002613BA" w:rsidP="002613BA">
                <w:pPr>
                  <w:jc w:val="center"/>
                </w:pPr>
                <w:r>
                  <w:rPr>
                    <w:rFonts w:ascii="MS Gothic" w:eastAsia="MS Gothic" w:hAnsi="MS Gothic" w:hint="eastAsia"/>
                    <w:sz w:val="18"/>
                    <w:szCs w:val="18"/>
                  </w:rPr>
                  <w:t>☐</w:t>
                </w:r>
              </w:p>
            </w:tc>
          </w:sdtContent>
        </w:sdt>
        <w:sdt>
          <w:sdtPr>
            <w:rPr>
              <w:sz w:val="18"/>
              <w:szCs w:val="18"/>
            </w:rPr>
            <w:id w:val="792788428"/>
            <w14:checkbox>
              <w14:checked w14:val="0"/>
              <w14:checkedState w14:val="2612" w14:font="MS Gothic"/>
              <w14:uncheckedState w14:val="2610" w14:font="MS Gothic"/>
            </w14:checkbox>
          </w:sdtPr>
          <w:sdtContent>
            <w:tc>
              <w:tcPr>
                <w:tcW w:w="980" w:type="dxa"/>
                <w:vAlign w:val="center"/>
              </w:tcPr>
              <w:p w14:paraId="5D00947D" w14:textId="6E4F3C2E" w:rsidR="002613BA" w:rsidRDefault="002613BA" w:rsidP="002613BA">
                <w:pPr>
                  <w:jc w:val="center"/>
                </w:pPr>
                <w:r>
                  <w:rPr>
                    <w:rFonts w:ascii="MS Gothic" w:eastAsia="MS Gothic" w:hAnsi="MS Gothic" w:hint="eastAsia"/>
                    <w:sz w:val="18"/>
                    <w:szCs w:val="18"/>
                  </w:rPr>
                  <w:t>☐</w:t>
                </w:r>
              </w:p>
            </w:tc>
          </w:sdtContent>
        </w:sdt>
        <w:sdt>
          <w:sdtPr>
            <w:rPr>
              <w:sz w:val="18"/>
              <w:szCs w:val="18"/>
            </w:rPr>
            <w:id w:val="-2133849727"/>
            <w14:checkbox>
              <w14:checked w14:val="0"/>
              <w14:checkedState w14:val="2612" w14:font="MS Gothic"/>
              <w14:uncheckedState w14:val="2610" w14:font="MS Gothic"/>
            </w14:checkbox>
          </w:sdtPr>
          <w:sdtContent>
            <w:tc>
              <w:tcPr>
                <w:tcW w:w="864" w:type="dxa"/>
                <w:vAlign w:val="center"/>
              </w:tcPr>
              <w:p w14:paraId="7A4D6862" w14:textId="6BB93B42" w:rsidR="002613BA" w:rsidRDefault="002613BA" w:rsidP="002613BA">
                <w:pPr>
                  <w:jc w:val="center"/>
                </w:pPr>
                <w:r>
                  <w:rPr>
                    <w:rFonts w:ascii="MS Gothic" w:eastAsia="MS Gothic" w:hAnsi="MS Gothic" w:hint="eastAsia"/>
                    <w:sz w:val="18"/>
                    <w:szCs w:val="18"/>
                  </w:rPr>
                  <w:t>☐</w:t>
                </w:r>
              </w:p>
            </w:tc>
          </w:sdtContent>
        </w:sdt>
      </w:tr>
      <w:tr w:rsidR="002613BA" w14:paraId="5B31B232" w14:textId="77777777" w:rsidTr="00B17941">
        <w:trPr>
          <w:jc w:val="center"/>
        </w:trPr>
        <w:tc>
          <w:tcPr>
            <w:tcW w:w="810" w:type="dxa"/>
            <w:vAlign w:val="center"/>
          </w:tcPr>
          <w:p w14:paraId="51C36E09" w14:textId="2319AB4C" w:rsidR="002613BA" w:rsidRDefault="002613BA" w:rsidP="002613BA">
            <w:pPr>
              <w:jc w:val="center"/>
            </w:pPr>
            <w:r>
              <w:t>20</w:t>
            </w:r>
          </w:p>
        </w:tc>
        <w:tc>
          <w:tcPr>
            <w:tcW w:w="6608" w:type="dxa"/>
          </w:tcPr>
          <w:p w14:paraId="516142CF" w14:textId="32F4472C" w:rsidR="002613BA" w:rsidRDefault="002613BA" w:rsidP="002613BA">
            <w:r>
              <w:rPr>
                <w:rFonts w:ascii="Cambria" w:hAnsi="Cambria" w:cs="Segoe UI"/>
                <w:color w:val="000000"/>
              </w:rPr>
              <w:t>Ödeme Emri Belgesindeki imzalar yetki çizelgesine uygun mu? Yetki devri yapılmışsa buna ilişkin belgeler dosyaya eklenmiş mi?</w:t>
            </w:r>
          </w:p>
        </w:tc>
        <w:sdt>
          <w:sdtPr>
            <w:rPr>
              <w:sz w:val="18"/>
              <w:szCs w:val="18"/>
            </w:rPr>
            <w:id w:val="1521895390"/>
            <w14:checkbox>
              <w14:checked w14:val="0"/>
              <w14:checkedState w14:val="2612" w14:font="MS Gothic"/>
              <w14:uncheckedState w14:val="2610" w14:font="MS Gothic"/>
            </w14:checkbox>
          </w:sdtPr>
          <w:sdtContent>
            <w:tc>
              <w:tcPr>
                <w:tcW w:w="1268" w:type="dxa"/>
                <w:vAlign w:val="center"/>
              </w:tcPr>
              <w:p w14:paraId="1B4CDC7D" w14:textId="29AA3D64" w:rsidR="002613BA" w:rsidRDefault="002613BA" w:rsidP="002613BA">
                <w:pPr>
                  <w:jc w:val="center"/>
                </w:pPr>
                <w:r>
                  <w:rPr>
                    <w:rFonts w:ascii="MS Gothic" w:eastAsia="MS Gothic" w:hAnsi="MS Gothic" w:hint="eastAsia"/>
                    <w:sz w:val="18"/>
                    <w:szCs w:val="18"/>
                  </w:rPr>
                  <w:t>☐</w:t>
                </w:r>
              </w:p>
            </w:tc>
          </w:sdtContent>
        </w:sdt>
        <w:sdt>
          <w:sdtPr>
            <w:rPr>
              <w:sz w:val="18"/>
              <w:szCs w:val="18"/>
            </w:rPr>
            <w:id w:val="-145131021"/>
            <w14:checkbox>
              <w14:checked w14:val="0"/>
              <w14:checkedState w14:val="2612" w14:font="MS Gothic"/>
              <w14:uncheckedState w14:val="2610" w14:font="MS Gothic"/>
            </w14:checkbox>
          </w:sdtPr>
          <w:sdtContent>
            <w:tc>
              <w:tcPr>
                <w:tcW w:w="980" w:type="dxa"/>
                <w:vAlign w:val="center"/>
              </w:tcPr>
              <w:p w14:paraId="6EB3605A" w14:textId="5F02E0C9" w:rsidR="002613BA" w:rsidRDefault="002613BA" w:rsidP="002613BA">
                <w:pPr>
                  <w:jc w:val="center"/>
                </w:pPr>
                <w:r>
                  <w:rPr>
                    <w:rFonts w:ascii="MS Gothic" w:eastAsia="MS Gothic" w:hAnsi="MS Gothic" w:hint="eastAsia"/>
                    <w:sz w:val="18"/>
                    <w:szCs w:val="18"/>
                  </w:rPr>
                  <w:t>☐</w:t>
                </w:r>
              </w:p>
            </w:tc>
          </w:sdtContent>
        </w:sdt>
        <w:sdt>
          <w:sdtPr>
            <w:rPr>
              <w:sz w:val="18"/>
              <w:szCs w:val="18"/>
            </w:rPr>
            <w:id w:val="1700656647"/>
            <w14:checkbox>
              <w14:checked w14:val="0"/>
              <w14:checkedState w14:val="2612" w14:font="MS Gothic"/>
              <w14:uncheckedState w14:val="2610" w14:font="MS Gothic"/>
            </w14:checkbox>
          </w:sdtPr>
          <w:sdtContent>
            <w:tc>
              <w:tcPr>
                <w:tcW w:w="864" w:type="dxa"/>
                <w:vAlign w:val="center"/>
              </w:tcPr>
              <w:p w14:paraId="72845EB1" w14:textId="75A17DF5" w:rsidR="002613BA" w:rsidRDefault="002613BA" w:rsidP="002613BA">
                <w:pPr>
                  <w:jc w:val="center"/>
                </w:pPr>
                <w:r>
                  <w:rPr>
                    <w:rFonts w:ascii="MS Gothic" w:eastAsia="MS Gothic" w:hAnsi="MS Gothic" w:hint="eastAsia"/>
                    <w:sz w:val="18"/>
                    <w:szCs w:val="18"/>
                  </w:rPr>
                  <w:t>☐</w:t>
                </w:r>
              </w:p>
            </w:tc>
          </w:sdtContent>
        </w:sdt>
      </w:tr>
      <w:tr w:rsidR="002613BA" w14:paraId="2D69FF91" w14:textId="77777777" w:rsidTr="000236CD">
        <w:trPr>
          <w:jc w:val="center"/>
        </w:trPr>
        <w:tc>
          <w:tcPr>
            <w:tcW w:w="810" w:type="dxa"/>
            <w:vAlign w:val="center"/>
          </w:tcPr>
          <w:p w14:paraId="1C8E18C9" w14:textId="21BFAC34" w:rsidR="002613BA" w:rsidRDefault="002613BA" w:rsidP="002613BA">
            <w:pPr>
              <w:jc w:val="center"/>
            </w:pPr>
            <w:r>
              <w:t>21</w:t>
            </w:r>
          </w:p>
        </w:tc>
        <w:tc>
          <w:tcPr>
            <w:tcW w:w="6608" w:type="dxa"/>
          </w:tcPr>
          <w:p w14:paraId="12598AB9" w14:textId="605B36FA" w:rsidR="002613BA" w:rsidRDefault="002613BA" w:rsidP="002613BA">
            <w:r>
              <w:rPr>
                <w:rFonts w:ascii="Cambria" w:hAnsi="Cambria" w:cs="Segoe UI"/>
                <w:color w:val="000000"/>
              </w:rPr>
              <w:t>Ödeme emri belgesi ve eki belgeler, bütçe ilke ve esasları, ilgili mevzuat ve Kamu İç Kontrol Standartları yönünden kontrol edilerek ödeme için uygun bulunmuş mu</w:t>
            </w:r>
          </w:p>
        </w:tc>
        <w:sdt>
          <w:sdtPr>
            <w:rPr>
              <w:sz w:val="18"/>
              <w:szCs w:val="18"/>
            </w:rPr>
            <w:id w:val="1816906337"/>
            <w14:checkbox>
              <w14:checked w14:val="0"/>
              <w14:checkedState w14:val="2612" w14:font="MS Gothic"/>
              <w14:uncheckedState w14:val="2610" w14:font="MS Gothic"/>
            </w14:checkbox>
          </w:sdtPr>
          <w:sdtContent>
            <w:tc>
              <w:tcPr>
                <w:tcW w:w="1268" w:type="dxa"/>
                <w:vAlign w:val="center"/>
              </w:tcPr>
              <w:p w14:paraId="102B9B6C" w14:textId="22A3FC51" w:rsidR="002613BA" w:rsidRDefault="002613BA" w:rsidP="002613BA">
                <w:pPr>
                  <w:jc w:val="center"/>
                </w:pPr>
                <w:r>
                  <w:rPr>
                    <w:rFonts w:ascii="MS Gothic" w:eastAsia="MS Gothic" w:hAnsi="MS Gothic" w:hint="eastAsia"/>
                    <w:sz w:val="18"/>
                    <w:szCs w:val="18"/>
                  </w:rPr>
                  <w:t>☐</w:t>
                </w:r>
              </w:p>
            </w:tc>
          </w:sdtContent>
        </w:sdt>
        <w:sdt>
          <w:sdtPr>
            <w:rPr>
              <w:sz w:val="18"/>
              <w:szCs w:val="18"/>
            </w:rPr>
            <w:id w:val="-635096678"/>
            <w14:checkbox>
              <w14:checked w14:val="0"/>
              <w14:checkedState w14:val="2612" w14:font="MS Gothic"/>
              <w14:uncheckedState w14:val="2610" w14:font="MS Gothic"/>
            </w14:checkbox>
          </w:sdtPr>
          <w:sdtContent>
            <w:tc>
              <w:tcPr>
                <w:tcW w:w="980" w:type="dxa"/>
                <w:vAlign w:val="center"/>
              </w:tcPr>
              <w:p w14:paraId="73F64B42" w14:textId="2053DBD5" w:rsidR="002613BA" w:rsidRDefault="002613BA" w:rsidP="002613BA">
                <w:pPr>
                  <w:jc w:val="center"/>
                </w:pPr>
                <w:r>
                  <w:rPr>
                    <w:rFonts w:ascii="MS Gothic" w:eastAsia="MS Gothic" w:hAnsi="MS Gothic" w:hint="eastAsia"/>
                    <w:sz w:val="18"/>
                    <w:szCs w:val="18"/>
                  </w:rPr>
                  <w:t>☐</w:t>
                </w:r>
              </w:p>
            </w:tc>
          </w:sdtContent>
        </w:sdt>
        <w:sdt>
          <w:sdtPr>
            <w:rPr>
              <w:sz w:val="18"/>
              <w:szCs w:val="18"/>
            </w:rPr>
            <w:id w:val="-1799060327"/>
            <w14:checkbox>
              <w14:checked w14:val="0"/>
              <w14:checkedState w14:val="2612" w14:font="MS Gothic"/>
              <w14:uncheckedState w14:val="2610" w14:font="MS Gothic"/>
            </w14:checkbox>
          </w:sdtPr>
          <w:sdtContent>
            <w:tc>
              <w:tcPr>
                <w:tcW w:w="864" w:type="dxa"/>
                <w:vAlign w:val="center"/>
              </w:tcPr>
              <w:p w14:paraId="4AB218B0" w14:textId="1A5BBB55" w:rsidR="002613BA" w:rsidRDefault="002613BA" w:rsidP="002613BA">
                <w:pPr>
                  <w:jc w:val="center"/>
                </w:pPr>
                <w:r>
                  <w:rPr>
                    <w:rFonts w:ascii="MS Gothic" w:eastAsia="MS Gothic" w:hAnsi="MS Gothic" w:hint="eastAsia"/>
                    <w:sz w:val="18"/>
                    <w:szCs w:val="18"/>
                  </w:rPr>
                  <w:t>☐</w:t>
                </w:r>
              </w:p>
            </w:tc>
          </w:sdtContent>
        </w:sdt>
      </w:tr>
      <w:tr w:rsidR="00D00C18" w14:paraId="56ED50F8" w14:textId="77777777" w:rsidTr="008831BD">
        <w:trPr>
          <w:jc w:val="center"/>
        </w:trPr>
        <w:tc>
          <w:tcPr>
            <w:tcW w:w="810" w:type="dxa"/>
            <w:vAlign w:val="center"/>
          </w:tcPr>
          <w:p w14:paraId="567E192B" w14:textId="54F97472" w:rsidR="00D00C18" w:rsidRDefault="00D00C18" w:rsidP="00D00C18">
            <w:pPr>
              <w:jc w:val="center"/>
            </w:pPr>
            <w:r>
              <w:t>22</w:t>
            </w:r>
          </w:p>
        </w:tc>
        <w:tc>
          <w:tcPr>
            <w:tcW w:w="6608" w:type="dxa"/>
            <w:vAlign w:val="center"/>
          </w:tcPr>
          <w:p w14:paraId="3E986901" w14:textId="77777777" w:rsidR="00D00C18" w:rsidRDefault="00D00C18" w:rsidP="00D00C18"/>
        </w:tc>
        <w:sdt>
          <w:sdtPr>
            <w:rPr>
              <w:sz w:val="18"/>
              <w:szCs w:val="18"/>
            </w:rPr>
            <w:id w:val="1464848314"/>
            <w14:checkbox>
              <w14:checked w14:val="0"/>
              <w14:checkedState w14:val="2612" w14:font="MS Gothic"/>
              <w14:uncheckedState w14:val="2610" w14:font="MS Gothic"/>
            </w14:checkbox>
          </w:sdtPr>
          <w:sdtContent>
            <w:tc>
              <w:tcPr>
                <w:tcW w:w="1268" w:type="dxa"/>
                <w:vAlign w:val="center"/>
              </w:tcPr>
              <w:p w14:paraId="780111CB" w14:textId="4135FD60" w:rsidR="00D00C18" w:rsidRDefault="00D00C18" w:rsidP="00D00C18">
                <w:pPr>
                  <w:jc w:val="center"/>
                </w:pPr>
                <w:r>
                  <w:rPr>
                    <w:rFonts w:ascii="MS Gothic" w:eastAsia="MS Gothic" w:hAnsi="MS Gothic" w:hint="eastAsia"/>
                    <w:sz w:val="18"/>
                    <w:szCs w:val="18"/>
                  </w:rPr>
                  <w:t>☐</w:t>
                </w:r>
              </w:p>
            </w:tc>
          </w:sdtContent>
        </w:sdt>
        <w:sdt>
          <w:sdtPr>
            <w:rPr>
              <w:sz w:val="18"/>
              <w:szCs w:val="18"/>
            </w:rPr>
            <w:id w:val="-1668009627"/>
            <w14:checkbox>
              <w14:checked w14:val="0"/>
              <w14:checkedState w14:val="2612" w14:font="MS Gothic"/>
              <w14:uncheckedState w14:val="2610" w14:font="MS Gothic"/>
            </w14:checkbox>
          </w:sdtPr>
          <w:sdtContent>
            <w:tc>
              <w:tcPr>
                <w:tcW w:w="980" w:type="dxa"/>
                <w:vAlign w:val="center"/>
              </w:tcPr>
              <w:p w14:paraId="5C148F0E" w14:textId="176CACE1" w:rsidR="00D00C18" w:rsidRDefault="00D00C18" w:rsidP="00D00C18">
                <w:pPr>
                  <w:jc w:val="center"/>
                </w:pPr>
                <w:r>
                  <w:rPr>
                    <w:rFonts w:ascii="MS Gothic" w:eastAsia="MS Gothic" w:hAnsi="MS Gothic" w:hint="eastAsia"/>
                    <w:sz w:val="18"/>
                    <w:szCs w:val="18"/>
                  </w:rPr>
                  <w:t>☐</w:t>
                </w:r>
              </w:p>
            </w:tc>
          </w:sdtContent>
        </w:sdt>
        <w:sdt>
          <w:sdtPr>
            <w:rPr>
              <w:sz w:val="18"/>
              <w:szCs w:val="18"/>
            </w:rPr>
            <w:id w:val="-1566481980"/>
            <w14:checkbox>
              <w14:checked w14:val="0"/>
              <w14:checkedState w14:val="2612" w14:font="MS Gothic"/>
              <w14:uncheckedState w14:val="2610" w14:font="MS Gothic"/>
            </w14:checkbox>
          </w:sdtPr>
          <w:sdtContent>
            <w:tc>
              <w:tcPr>
                <w:tcW w:w="864" w:type="dxa"/>
                <w:vAlign w:val="center"/>
              </w:tcPr>
              <w:p w14:paraId="1BC10519" w14:textId="7C56D8DE" w:rsidR="00D00C18" w:rsidRDefault="00D00C18" w:rsidP="00D00C18">
                <w:pPr>
                  <w:jc w:val="center"/>
                </w:pPr>
                <w:r>
                  <w:rPr>
                    <w:rFonts w:ascii="MS Gothic" w:eastAsia="MS Gothic" w:hAnsi="MS Gothic" w:hint="eastAsia"/>
                    <w:sz w:val="18"/>
                    <w:szCs w:val="18"/>
                  </w:rPr>
                  <w:t>☐</w:t>
                </w:r>
              </w:p>
            </w:tc>
          </w:sdtContent>
        </w:sdt>
      </w:tr>
      <w:tr w:rsidR="00D00C18" w14:paraId="39EADFCF" w14:textId="77777777" w:rsidTr="008831BD">
        <w:trPr>
          <w:jc w:val="center"/>
        </w:trPr>
        <w:tc>
          <w:tcPr>
            <w:tcW w:w="810" w:type="dxa"/>
            <w:vAlign w:val="center"/>
          </w:tcPr>
          <w:p w14:paraId="0CB02CDD" w14:textId="549D1A09" w:rsidR="00D00C18" w:rsidRDefault="00D00C18" w:rsidP="00D00C18">
            <w:pPr>
              <w:jc w:val="center"/>
            </w:pPr>
            <w:r>
              <w:t>23</w:t>
            </w:r>
          </w:p>
        </w:tc>
        <w:tc>
          <w:tcPr>
            <w:tcW w:w="6608" w:type="dxa"/>
            <w:vAlign w:val="center"/>
          </w:tcPr>
          <w:p w14:paraId="5DB5C25F" w14:textId="77777777" w:rsidR="00D00C18" w:rsidRDefault="00D00C18" w:rsidP="00D00C18"/>
        </w:tc>
        <w:sdt>
          <w:sdtPr>
            <w:rPr>
              <w:sz w:val="18"/>
              <w:szCs w:val="18"/>
            </w:rPr>
            <w:id w:val="-2125538233"/>
            <w14:checkbox>
              <w14:checked w14:val="0"/>
              <w14:checkedState w14:val="2612" w14:font="MS Gothic"/>
              <w14:uncheckedState w14:val="2610" w14:font="MS Gothic"/>
            </w14:checkbox>
          </w:sdtPr>
          <w:sdtContent>
            <w:tc>
              <w:tcPr>
                <w:tcW w:w="1268" w:type="dxa"/>
                <w:vAlign w:val="center"/>
              </w:tcPr>
              <w:p w14:paraId="20EE972C" w14:textId="7FE1A24F" w:rsidR="00D00C18" w:rsidRDefault="00D00C18" w:rsidP="00D00C18">
                <w:pPr>
                  <w:jc w:val="center"/>
                </w:pPr>
                <w:r>
                  <w:rPr>
                    <w:rFonts w:ascii="MS Gothic" w:eastAsia="MS Gothic" w:hAnsi="MS Gothic" w:hint="eastAsia"/>
                    <w:sz w:val="18"/>
                    <w:szCs w:val="18"/>
                  </w:rPr>
                  <w:t>☐</w:t>
                </w:r>
              </w:p>
            </w:tc>
          </w:sdtContent>
        </w:sdt>
        <w:sdt>
          <w:sdtPr>
            <w:rPr>
              <w:sz w:val="18"/>
              <w:szCs w:val="18"/>
            </w:rPr>
            <w:id w:val="-84460407"/>
            <w14:checkbox>
              <w14:checked w14:val="0"/>
              <w14:checkedState w14:val="2612" w14:font="MS Gothic"/>
              <w14:uncheckedState w14:val="2610" w14:font="MS Gothic"/>
            </w14:checkbox>
          </w:sdtPr>
          <w:sdtContent>
            <w:tc>
              <w:tcPr>
                <w:tcW w:w="980" w:type="dxa"/>
                <w:vAlign w:val="center"/>
              </w:tcPr>
              <w:p w14:paraId="7C2A3298" w14:textId="4F0DAD8B" w:rsidR="00D00C18" w:rsidRDefault="00D00C18" w:rsidP="00D00C18">
                <w:pPr>
                  <w:jc w:val="center"/>
                </w:pPr>
                <w:r>
                  <w:rPr>
                    <w:rFonts w:ascii="MS Gothic" w:eastAsia="MS Gothic" w:hAnsi="MS Gothic" w:hint="eastAsia"/>
                    <w:sz w:val="18"/>
                    <w:szCs w:val="18"/>
                  </w:rPr>
                  <w:t>☐</w:t>
                </w:r>
              </w:p>
            </w:tc>
          </w:sdtContent>
        </w:sdt>
        <w:sdt>
          <w:sdtPr>
            <w:rPr>
              <w:sz w:val="18"/>
              <w:szCs w:val="18"/>
            </w:rPr>
            <w:id w:val="1666980345"/>
            <w14:checkbox>
              <w14:checked w14:val="0"/>
              <w14:checkedState w14:val="2612" w14:font="MS Gothic"/>
              <w14:uncheckedState w14:val="2610" w14:font="MS Gothic"/>
            </w14:checkbox>
          </w:sdtPr>
          <w:sdtContent>
            <w:tc>
              <w:tcPr>
                <w:tcW w:w="864" w:type="dxa"/>
                <w:vAlign w:val="center"/>
              </w:tcPr>
              <w:p w14:paraId="79E3F996" w14:textId="571DDD33" w:rsidR="00D00C18" w:rsidRDefault="00D00C18" w:rsidP="00D00C18">
                <w:pPr>
                  <w:jc w:val="center"/>
                </w:pPr>
                <w:r>
                  <w:rPr>
                    <w:rFonts w:ascii="MS Gothic" w:eastAsia="MS Gothic" w:hAnsi="MS Gothic" w:hint="eastAsia"/>
                    <w:sz w:val="18"/>
                    <w:szCs w:val="18"/>
                  </w:rPr>
                  <w:t>☐</w:t>
                </w:r>
              </w:p>
            </w:tc>
          </w:sdtContent>
        </w:sdt>
      </w:tr>
      <w:tr w:rsidR="00D00C18" w14:paraId="2FA72F60" w14:textId="77777777" w:rsidTr="008831BD">
        <w:trPr>
          <w:jc w:val="center"/>
        </w:trPr>
        <w:tc>
          <w:tcPr>
            <w:tcW w:w="810" w:type="dxa"/>
            <w:vAlign w:val="center"/>
          </w:tcPr>
          <w:p w14:paraId="0298ECD5" w14:textId="5CEF5974" w:rsidR="00D00C18" w:rsidRDefault="00D00C18" w:rsidP="00D00C18">
            <w:pPr>
              <w:jc w:val="center"/>
            </w:pPr>
            <w:r>
              <w:t>24</w:t>
            </w:r>
          </w:p>
        </w:tc>
        <w:tc>
          <w:tcPr>
            <w:tcW w:w="6608" w:type="dxa"/>
            <w:vAlign w:val="center"/>
          </w:tcPr>
          <w:p w14:paraId="3FC258AF" w14:textId="77777777" w:rsidR="00D00C18" w:rsidRDefault="00D00C18" w:rsidP="00D00C18"/>
        </w:tc>
        <w:sdt>
          <w:sdtPr>
            <w:rPr>
              <w:sz w:val="18"/>
              <w:szCs w:val="18"/>
            </w:rPr>
            <w:id w:val="-1449155623"/>
            <w14:checkbox>
              <w14:checked w14:val="0"/>
              <w14:checkedState w14:val="2612" w14:font="MS Gothic"/>
              <w14:uncheckedState w14:val="2610" w14:font="MS Gothic"/>
            </w14:checkbox>
          </w:sdtPr>
          <w:sdtContent>
            <w:tc>
              <w:tcPr>
                <w:tcW w:w="1268" w:type="dxa"/>
                <w:vAlign w:val="center"/>
              </w:tcPr>
              <w:p w14:paraId="1DD0F8FC" w14:textId="1679F5C4" w:rsidR="00D00C18" w:rsidRDefault="00D00C18" w:rsidP="00D00C18">
                <w:pPr>
                  <w:jc w:val="center"/>
                </w:pPr>
                <w:r>
                  <w:rPr>
                    <w:rFonts w:ascii="MS Gothic" w:eastAsia="MS Gothic" w:hAnsi="MS Gothic" w:hint="eastAsia"/>
                    <w:sz w:val="18"/>
                    <w:szCs w:val="18"/>
                  </w:rPr>
                  <w:t>☐</w:t>
                </w:r>
              </w:p>
            </w:tc>
          </w:sdtContent>
        </w:sdt>
        <w:sdt>
          <w:sdtPr>
            <w:rPr>
              <w:sz w:val="18"/>
              <w:szCs w:val="18"/>
            </w:rPr>
            <w:id w:val="1797171865"/>
            <w14:checkbox>
              <w14:checked w14:val="0"/>
              <w14:checkedState w14:val="2612" w14:font="MS Gothic"/>
              <w14:uncheckedState w14:val="2610" w14:font="MS Gothic"/>
            </w14:checkbox>
          </w:sdtPr>
          <w:sdtContent>
            <w:tc>
              <w:tcPr>
                <w:tcW w:w="980" w:type="dxa"/>
                <w:vAlign w:val="center"/>
              </w:tcPr>
              <w:p w14:paraId="74ECA9FE" w14:textId="10F830E5" w:rsidR="00D00C18" w:rsidRDefault="00D00C18" w:rsidP="00D00C18">
                <w:pPr>
                  <w:jc w:val="center"/>
                </w:pPr>
                <w:r>
                  <w:rPr>
                    <w:rFonts w:ascii="MS Gothic" w:eastAsia="MS Gothic" w:hAnsi="MS Gothic" w:hint="eastAsia"/>
                    <w:sz w:val="18"/>
                    <w:szCs w:val="18"/>
                  </w:rPr>
                  <w:t>☐</w:t>
                </w:r>
              </w:p>
            </w:tc>
          </w:sdtContent>
        </w:sdt>
        <w:sdt>
          <w:sdtPr>
            <w:rPr>
              <w:sz w:val="18"/>
              <w:szCs w:val="18"/>
            </w:rPr>
            <w:id w:val="-1358033683"/>
            <w14:checkbox>
              <w14:checked w14:val="0"/>
              <w14:checkedState w14:val="2612" w14:font="MS Gothic"/>
              <w14:uncheckedState w14:val="2610" w14:font="MS Gothic"/>
            </w14:checkbox>
          </w:sdtPr>
          <w:sdtContent>
            <w:tc>
              <w:tcPr>
                <w:tcW w:w="864" w:type="dxa"/>
                <w:vAlign w:val="center"/>
              </w:tcPr>
              <w:p w14:paraId="36427C4C" w14:textId="13F10862" w:rsidR="00D00C18" w:rsidRDefault="00D00C18" w:rsidP="00D00C18">
                <w:pPr>
                  <w:jc w:val="center"/>
                </w:pPr>
                <w:r>
                  <w:rPr>
                    <w:rFonts w:ascii="MS Gothic" w:eastAsia="MS Gothic" w:hAnsi="MS Gothic" w:hint="eastAsia"/>
                    <w:sz w:val="18"/>
                    <w:szCs w:val="18"/>
                  </w:rPr>
                  <w:t>☐</w:t>
                </w:r>
              </w:p>
            </w:tc>
          </w:sdtContent>
        </w:sdt>
      </w:tr>
    </w:tbl>
    <w:p w14:paraId="6FCA9316" w14:textId="77777777" w:rsidR="0049466B" w:rsidRDefault="00000000" w:rsidP="0049466B">
      <w:pPr>
        <w:jc w:val="both"/>
        <w:rPr>
          <w:rFonts w:ascii="Times New Roman" w:hAnsi="Times New Roman"/>
          <w:i/>
          <w:iCs/>
          <w:color w:val="000000"/>
          <w:sz w:val="24"/>
          <w:lang w:val="tr-TR" w:eastAsia="tr-TR"/>
        </w:rPr>
      </w:pPr>
      <w:r>
        <w:br/>
      </w:r>
      <w:r w:rsidR="0049466B">
        <w:rPr>
          <w:rFonts w:ascii="Times New Roman" w:hAnsi="Times New Roman"/>
          <w:i/>
          <w:iCs/>
          <w:color w:val="000000"/>
          <w:sz w:val="24"/>
          <w:lang w:val="tr-TR" w:eastAsia="tr-TR"/>
        </w:rPr>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…/…/20..</w:t>
      </w:r>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default" r:id="rId8"/>
      <w:footerReference w:type="default" r:id="rId9"/>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14316" w14:textId="77777777" w:rsidR="005977AC" w:rsidRDefault="005977AC" w:rsidP="003444FC">
      <w:pPr>
        <w:spacing w:after="0" w:line="240" w:lineRule="auto"/>
      </w:pPr>
      <w:r>
        <w:separator/>
      </w:r>
    </w:p>
  </w:endnote>
  <w:endnote w:type="continuationSeparator" w:id="0">
    <w:p w14:paraId="4F78C4E9" w14:textId="77777777" w:rsidR="005977AC" w:rsidRDefault="005977AC" w:rsidP="003444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760AD2" w:rsidRPr="007A5A35" w14:paraId="7DB76603" w14:textId="77777777" w:rsidTr="00007229">
      <w:trPr>
        <w:trHeight w:val="340"/>
        <w:jc w:val="center"/>
      </w:trPr>
      <w:tc>
        <w:tcPr>
          <w:tcW w:w="3808" w:type="dxa"/>
          <w:tcBorders>
            <w:top w:val="single" w:sz="4" w:space="0" w:color="auto"/>
            <w:bottom w:val="single" w:sz="4" w:space="0" w:color="auto"/>
            <w:right w:val="single" w:sz="4" w:space="0" w:color="auto"/>
          </w:tcBorders>
          <w:vAlign w:val="center"/>
        </w:tcPr>
        <w:p w14:paraId="35889728"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541BBC96"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471EA547"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760AD2" w:rsidRPr="007A5A35" w14:paraId="59E15948" w14:textId="77777777" w:rsidTr="00007229">
      <w:trPr>
        <w:trHeight w:val="340"/>
        <w:jc w:val="center"/>
      </w:trPr>
      <w:tc>
        <w:tcPr>
          <w:tcW w:w="3808" w:type="dxa"/>
          <w:tcBorders>
            <w:top w:val="single" w:sz="4" w:space="0" w:color="auto"/>
            <w:bottom w:val="single" w:sz="4" w:space="0" w:color="auto"/>
            <w:right w:val="single" w:sz="4" w:space="0" w:color="auto"/>
          </w:tcBorders>
          <w:vAlign w:val="center"/>
        </w:tcPr>
        <w:p w14:paraId="7FD17D64"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22C472B8"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6571CD64" w14:textId="77777777" w:rsidR="00760AD2" w:rsidRPr="007A5A35" w:rsidRDefault="00760AD2" w:rsidP="00760AD2">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003D24EB" w14:textId="300E7418" w:rsidR="00760AD2" w:rsidRDefault="00760AD2">
    <w:pPr>
      <w:pStyle w:val="AltBilgi"/>
    </w:pPr>
  </w:p>
  <w:p w14:paraId="4F6F46F8" w14:textId="77777777" w:rsidR="003444FC" w:rsidRDefault="003444FC">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A501DC" w14:textId="77777777" w:rsidR="005977AC" w:rsidRDefault="005977AC" w:rsidP="003444FC">
      <w:pPr>
        <w:spacing w:after="0" w:line="240" w:lineRule="auto"/>
      </w:pPr>
      <w:r>
        <w:separator/>
      </w:r>
    </w:p>
  </w:footnote>
  <w:footnote w:type="continuationSeparator" w:id="0">
    <w:p w14:paraId="16703CE5" w14:textId="77777777" w:rsidR="005977AC" w:rsidRDefault="005977AC" w:rsidP="003444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536EA" w14:textId="4A81D2C8" w:rsidR="003444FC" w:rsidRDefault="003444FC">
    <w:pPr>
      <w:pStyle w:val="stBilgi"/>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5181"/>
      <w:gridCol w:w="2100"/>
      <w:gridCol w:w="1469"/>
    </w:tblGrid>
    <w:tr w:rsidR="003444FC" w:rsidRPr="007A5A35" w14:paraId="118556C8" w14:textId="77777777" w:rsidTr="00007229">
      <w:trPr>
        <w:trHeight w:val="261"/>
      </w:trPr>
      <w:tc>
        <w:tcPr>
          <w:tcW w:w="1676" w:type="dxa"/>
          <w:vMerge w:val="restart"/>
          <w:vAlign w:val="center"/>
        </w:tcPr>
        <w:p w14:paraId="7180214A"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10E30789" wp14:editId="70A4C44B">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5B89FD88" w14:textId="7E655899" w:rsidR="003444FC" w:rsidRPr="00D80623" w:rsidRDefault="003444FC" w:rsidP="003444FC">
          <w:pPr>
            <w:tabs>
              <w:tab w:val="center" w:pos="4536"/>
              <w:tab w:val="right" w:pos="9072"/>
            </w:tabs>
            <w:spacing w:after="0" w:line="240" w:lineRule="auto"/>
            <w:jc w:val="center"/>
            <w:rPr>
              <w:rFonts w:ascii="Times New Roman" w:eastAsia="Calibri" w:hAnsi="Times New Roman" w:cs="Times New Roman"/>
              <w:b/>
              <w:sz w:val="24"/>
              <w:szCs w:val="24"/>
              <w:lang w:val="tr-TR" w:eastAsia="tr-TR"/>
            </w:rPr>
          </w:pPr>
          <w:r w:rsidRPr="0002295F">
            <w:rPr>
              <w:rFonts w:ascii="Times New Roman" w:hAnsi="Times New Roman"/>
              <w:b/>
              <w:bCs/>
              <w:color w:val="000000"/>
              <w:sz w:val="24"/>
              <w:szCs w:val="24"/>
              <w:lang w:val="tr-TR" w:eastAsia="tr-TR"/>
            </w:rPr>
            <w:t xml:space="preserve">İHALE İLE YAPILAN </w:t>
          </w:r>
          <w:r>
            <w:rPr>
              <w:rFonts w:ascii="Times New Roman" w:hAnsi="Times New Roman"/>
              <w:b/>
              <w:bCs/>
              <w:color w:val="000000"/>
              <w:sz w:val="24"/>
              <w:szCs w:val="24"/>
              <w:lang w:val="tr-TR" w:eastAsia="tr-TR"/>
            </w:rPr>
            <w:t xml:space="preserve">MAL, </w:t>
          </w:r>
          <w:r w:rsidRPr="0002295F">
            <w:rPr>
              <w:rFonts w:ascii="Times New Roman" w:hAnsi="Times New Roman"/>
              <w:b/>
              <w:bCs/>
              <w:color w:val="000000"/>
              <w:sz w:val="24"/>
              <w:szCs w:val="24"/>
              <w:lang w:val="tr-TR" w:eastAsia="tr-TR"/>
            </w:rPr>
            <w:t>HİZMET</w:t>
          </w:r>
          <w:r>
            <w:rPr>
              <w:rFonts w:ascii="Times New Roman" w:hAnsi="Times New Roman"/>
              <w:b/>
              <w:bCs/>
              <w:color w:val="000000"/>
              <w:sz w:val="24"/>
              <w:szCs w:val="24"/>
              <w:lang w:val="tr-TR" w:eastAsia="tr-TR"/>
            </w:rPr>
            <w:t xml:space="preserve"> VE YAPIM</w:t>
          </w:r>
          <w:r w:rsidRPr="0002295F">
            <w:rPr>
              <w:rFonts w:ascii="Times New Roman" w:hAnsi="Times New Roman"/>
              <w:b/>
              <w:bCs/>
              <w:color w:val="000000"/>
              <w:sz w:val="24"/>
              <w:szCs w:val="24"/>
              <w:lang w:val="tr-TR" w:eastAsia="tr-TR"/>
            </w:rPr>
            <w:t xml:space="preserve"> ALIMLARININ İLK HAK EDİŞ ÖDEMELERİNE </w:t>
          </w:r>
          <w:r w:rsidRPr="00D80623">
            <w:rPr>
              <w:rFonts w:ascii="Times New Roman" w:hAnsi="Times New Roman"/>
              <w:b/>
              <w:bCs/>
              <w:color w:val="000000"/>
              <w:sz w:val="24"/>
              <w:szCs w:val="24"/>
              <w:lang w:val="tr-TR" w:eastAsia="tr-TR"/>
            </w:rPr>
            <w:t>İLİŞKİN ÖN MALİ KONTROL LİSTE FORMU</w:t>
          </w:r>
        </w:p>
      </w:tc>
      <w:tc>
        <w:tcPr>
          <w:tcW w:w="2126" w:type="dxa"/>
          <w:vAlign w:val="center"/>
        </w:tcPr>
        <w:p w14:paraId="57D028BD"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67B7CECC" w14:textId="6C9DD32C" w:rsidR="003444FC" w:rsidRPr="007A5A35" w:rsidRDefault="003444FC" w:rsidP="003444FC">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65</w:t>
          </w:r>
          <w:r>
            <w:rPr>
              <w:rFonts w:ascii="Times New Roman" w:eastAsia="Calibri" w:hAnsi="Times New Roman" w:cs="Times New Roman"/>
              <w:b/>
              <w:sz w:val="24"/>
              <w:lang w:val="tr-TR" w:eastAsia="tr-TR"/>
            </w:rPr>
            <w:t>3</w:t>
          </w:r>
        </w:p>
      </w:tc>
    </w:tr>
    <w:tr w:rsidR="003444FC" w:rsidRPr="007A5A35" w14:paraId="175F1EF6" w14:textId="77777777" w:rsidTr="00007229">
      <w:trPr>
        <w:trHeight w:val="261"/>
      </w:trPr>
      <w:tc>
        <w:tcPr>
          <w:tcW w:w="1676" w:type="dxa"/>
          <w:vMerge/>
          <w:vAlign w:val="center"/>
        </w:tcPr>
        <w:p w14:paraId="435EF4FF"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2CE9B946"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1D7575B8"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3E31CBAA"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3444FC" w:rsidRPr="007A5A35" w14:paraId="78EFA835" w14:textId="77777777" w:rsidTr="00007229">
      <w:trPr>
        <w:trHeight w:val="261"/>
      </w:trPr>
      <w:tc>
        <w:tcPr>
          <w:tcW w:w="1676" w:type="dxa"/>
          <w:vMerge/>
          <w:vAlign w:val="center"/>
        </w:tcPr>
        <w:p w14:paraId="373393EA"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50BE5BF6"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31DAD20C"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32B8DC7E"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3444FC" w:rsidRPr="007A5A35" w14:paraId="65D22502" w14:textId="77777777" w:rsidTr="00007229">
      <w:trPr>
        <w:trHeight w:val="261"/>
      </w:trPr>
      <w:tc>
        <w:tcPr>
          <w:tcW w:w="1676" w:type="dxa"/>
          <w:vMerge/>
          <w:vAlign w:val="center"/>
        </w:tcPr>
        <w:p w14:paraId="1D1502AD"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4A145F6B"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0A9D6B09"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541FDF9B"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3444FC" w:rsidRPr="007A5A35" w14:paraId="1D95A4E1" w14:textId="77777777" w:rsidTr="00007229">
      <w:trPr>
        <w:trHeight w:val="261"/>
      </w:trPr>
      <w:tc>
        <w:tcPr>
          <w:tcW w:w="1676" w:type="dxa"/>
          <w:vMerge/>
          <w:vAlign w:val="center"/>
        </w:tcPr>
        <w:p w14:paraId="49E2A68D"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171C4D7C" w14:textId="77777777" w:rsidR="003444FC" w:rsidRPr="007A5A35" w:rsidRDefault="003444FC" w:rsidP="003444FC">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33D554DB"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1A2521FD" w14:textId="77777777" w:rsidR="003444FC" w:rsidRPr="007A5A35" w:rsidRDefault="003444FC" w:rsidP="003444FC">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752D4E42" w14:textId="77777777" w:rsidR="003444FC" w:rsidRDefault="003444FC">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95F"/>
    <w:rsid w:val="00034616"/>
    <w:rsid w:val="0006063C"/>
    <w:rsid w:val="001029FB"/>
    <w:rsid w:val="00123BD3"/>
    <w:rsid w:val="001406CB"/>
    <w:rsid w:val="0015074B"/>
    <w:rsid w:val="001567A3"/>
    <w:rsid w:val="001A668A"/>
    <w:rsid w:val="00214460"/>
    <w:rsid w:val="002377E3"/>
    <w:rsid w:val="002613BA"/>
    <w:rsid w:val="0029639D"/>
    <w:rsid w:val="00326F90"/>
    <w:rsid w:val="003444FC"/>
    <w:rsid w:val="00350BF0"/>
    <w:rsid w:val="003D678A"/>
    <w:rsid w:val="004710E6"/>
    <w:rsid w:val="0049466B"/>
    <w:rsid w:val="005977AC"/>
    <w:rsid w:val="005B2152"/>
    <w:rsid w:val="005D722E"/>
    <w:rsid w:val="006A3593"/>
    <w:rsid w:val="006C17B4"/>
    <w:rsid w:val="007215EF"/>
    <w:rsid w:val="0073159B"/>
    <w:rsid w:val="00760AD2"/>
    <w:rsid w:val="00780547"/>
    <w:rsid w:val="008831BD"/>
    <w:rsid w:val="00920C53"/>
    <w:rsid w:val="009A140A"/>
    <w:rsid w:val="00AA1D8D"/>
    <w:rsid w:val="00B47730"/>
    <w:rsid w:val="00B71931"/>
    <w:rsid w:val="00BE43B9"/>
    <w:rsid w:val="00C05645"/>
    <w:rsid w:val="00C6718A"/>
    <w:rsid w:val="00CB0664"/>
    <w:rsid w:val="00D00C18"/>
    <w:rsid w:val="00D07467"/>
    <w:rsid w:val="00DE3D0A"/>
    <w:rsid w:val="00EA4814"/>
    <w:rsid w:val="00EB2BB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555</Words>
  <Characters>3168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9</cp:revision>
  <dcterms:created xsi:type="dcterms:W3CDTF">2026-07-27T10:46:00Z</dcterms:created>
  <dcterms:modified xsi:type="dcterms:W3CDTF">2026-08-03T11:56:00Z</dcterms:modified>
  <cp:category/>
</cp:coreProperties>
</file>