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oKlavuzu"/>
        <w:tblW w:w="0" w:type="auto"/>
        <w:tblLook w:val="04A0" w:firstRow="1" w:lastRow="0" w:firstColumn="1" w:lastColumn="0" w:noHBand="0" w:noVBand="1"/>
      </w:tblPr>
      <w:tblGrid>
        <w:gridCol w:w="2092"/>
        <w:gridCol w:w="8438"/>
      </w:tblGrid>
      <w:tr w:rsidR="00123BD3" w14:paraId="0B11984C" w14:textId="77777777" w:rsidTr="007A5A35">
        <w:trPr>
          <w:trHeight w:val="424"/>
        </w:trPr>
        <w:tc>
          <w:tcPr>
            <w:tcW w:w="2092" w:type="dxa"/>
            <w:vAlign w:val="center"/>
          </w:tcPr>
          <w:p w14:paraId="03A26DFB" w14:textId="77777777" w:rsidR="00123BD3" w:rsidRDefault="00000000" w:rsidP="00D07467">
            <w:proofErr w:type="spellStart"/>
            <w:r>
              <w:t>Harcama</w:t>
            </w:r>
            <w:proofErr w:type="spellEnd"/>
            <w:r>
              <w:t xml:space="preserve"> </w:t>
            </w:r>
            <w:proofErr w:type="spellStart"/>
            <w:r>
              <w:t>Birimi</w:t>
            </w:r>
            <w:proofErr w:type="spellEnd"/>
          </w:p>
        </w:tc>
        <w:tc>
          <w:tcPr>
            <w:tcW w:w="8438" w:type="dxa"/>
            <w:vAlign w:val="center"/>
          </w:tcPr>
          <w:p w14:paraId="0961E16C" w14:textId="77777777" w:rsidR="00123BD3" w:rsidRDefault="00123BD3" w:rsidP="00D07467">
            <w:pPr>
              <w:jc w:val="center"/>
            </w:pPr>
          </w:p>
        </w:tc>
      </w:tr>
      <w:tr w:rsidR="00123BD3" w14:paraId="36CA8615" w14:textId="77777777" w:rsidTr="007A5A35">
        <w:trPr>
          <w:trHeight w:val="441"/>
        </w:trPr>
        <w:tc>
          <w:tcPr>
            <w:tcW w:w="2092" w:type="dxa"/>
            <w:vAlign w:val="center"/>
          </w:tcPr>
          <w:p w14:paraId="3D0C4798" w14:textId="77777777" w:rsidR="00123BD3" w:rsidRDefault="00000000">
            <w:r>
              <w:t>İşin Adı</w:t>
            </w:r>
          </w:p>
        </w:tc>
        <w:tc>
          <w:tcPr>
            <w:tcW w:w="8438" w:type="dxa"/>
            <w:vAlign w:val="center"/>
          </w:tcPr>
          <w:p w14:paraId="1B235D99" w14:textId="77777777" w:rsidR="00123BD3" w:rsidRDefault="00123BD3"/>
        </w:tc>
      </w:tr>
    </w:tbl>
    <w:p w14:paraId="1286A2C2" w14:textId="77777777" w:rsidR="00123BD3" w:rsidRDefault="00123BD3"/>
    <w:tbl>
      <w:tblPr>
        <w:tblStyle w:val="TabloKlavuzu"/>
        <w:tblW w:w="0" w:type="auto"/>
        <w:jc w:val="center"/>
        <w:tblLook w:val="04A0" w:firstRow="1" w:lastRow="0" w:firstColumn="1" w:lastColumn="0" w:noHBand="0" w:noVBand="1"/>
      </w:tblPr>
      <w:tblGrid>
        <w:gridCol w:w="809"/>
        <w:gridCol w:w="6610"/>
        <w:gridCol w:w="1267"/>
        <w:gridCol w:w="980"/>
        <w:gridCol w:w="864"/>
      </w:tblGrid>
      <w:tr w:rsidR="00123BD3" w14:paraId="54F28CC4" w14:textId="77777777" w:rsidTr="00B22B04">
        <w:trPr>
          <w:jc w:val="center"/>
        </w:trPr>
        <w:tc>
          <w:tcPr>
            <w:tcW w:w="809" w:type="dxa"/>
            <w:vAlign w:val="center"/>
          </w:tcPr>
          <w:p w14:paraId="521E98C2" w14:textId="77777777" w:rsidR="00123BD3" w:rsidRDefault="00000000">
            <w:pPr>
              <w:jc w:val="center"/>
            </w:pPr>
            <w:r>
              <w:rPr>
                <w:b/>
              </w:rPr>
              <w:t>Sıra No</w:t>
            </w:r>
          </w:p>
        </w:tc>
        <w:tc>
          <w:tcPr>
            <w:tcW w:w="6610" w:type="dxa"/>
            <w:vAlign w:val="center"/>
          </w:tcPr>
          <w:p w14:paraId="7AD731B9" w14:textId="77777777" w:rsidR="00123BD3" w:rsidRDefault="00000000">
            <w:pPr>
              <w:jc w:val="center"/>
            </w:pPr>
            <w:r>
              <w:rPr>
                <w:b/>
              </w:rPr>
              <w:t>Kontrol Edilecek Hususlar</w:t>
            </w:r>
          </w:p>
        </w:tc>
        <w:tc>
          <w:tcPr>
            <w:tcW w:w="1267" w:type="dxa"/>
            <w:vAlign w:val="center"/>
          </w:tcPr>
          <w:p w14:paraId="2C9B91F3" w14:textId="77777777" w:rsidR="00123BD3" w:rsidRDefault="00000000">
            <w:pPr>
              <w:jc w:val="center"/>
            </w:pPr>
            <w:r>
              <w:rPr>
                <w:b/>
              </w:rPr>
              <w:t>Zorunlu Değil</w:t>
            </w:r>
          </w:p>
        </w:tc>
        <w:tc>
          <w:tcPr>
            <w:tcW w:w="980" w:type="dxa"/>
            <w:vAlign w:val="center"/>
          </w:tcPr>
          <w:p w14:paraId="673AE7F9" w14:textId="77777777" w:rsidR="00123BD3" w:rsidRDefault="00000000">
            <w:pPr>
              <w:jc w:val="center"/>
            </w:pPr>
            <w:r>
              <w:rPr>
                <w:b/>
              </w:rPr>
              <w:t>Evet</w:t>
            </w:r>
          </w:p>
        </w:tc>
        <w:tc>
          <w:tcPr>
            <w:tcW w:w="864" w:type="dxa"/>
            <w:vAlign w:val="center"/>
          </w:tcPr>
          <w:p w14:paraId="59E22D59" w14:textId="77777777" w:rsidR="00123BD3" w:rsidRDefault="00000000">
            <w:pPr>
              <w:jc w:val="center"/>
            </w:pPr>
            <w:r>
              <w:rPr>
                <w:b/>
              </w:rPr>
              <w:t>Hayır</w:t>
            </w:r>
          </w:p>
        </w:tc>
      </w:tr>
      <w:tr w:rsidR="00B22B04" w14:paraId="6048EF0C" w14:textId="77777777" w:rsidTr="00B22B04">
        <w:trPr>
          <w:jc w:val="center"/>
        </w:trPr>
        <w:tc>
          <w:tcPr>
            <w:tcW w:w="809" w:type="dxa"/>
            <w:vAlign w:val="center"/>
          </w:tcPr>
          <w:p w14:paraId="780F2872" w14:textId="77777777" w:rsidR="00B22B04" w:rsidRDefault="00B22B04" w:rsidP="00B22B04">
            <w:pPr>
              <w:jc w:val="center"/>
            </w:pPr>
            <w:r>
              <w:t>1</w:t>
            </w:r>
          </w:p>
        </w:tc>
        <w:tc>
          <w:tcPr>
            <w:tcW w:w="6610" w:type="dxa"/>
            <w:vAlign w:val="center"/>
          </w:tcPr>
          <w:p w14:paraId="788F972B" w14:textId="77777777" w:rsidR="00B22B04" w:rsidRDefault="00B22B04" w:rsidP="00B22B04">
            <w:r>
              <w:t>Atamalarda Atama Onayı, diğer hallerde Harcama Talimatı mevcut mu?</w:t>
            </w:r>
          </w:p>
        </w:tc>
        <w:sdt>
          <w:sdtPr>
            <w:rPr>
              <w:sz w:val="18"/>
              <w:szCs w:val="18"/>
            </w:rPr>
            <w:id w:val="-1177335088"/>
            <w14:checkbox>
              <w14:checked w14:val="0"/>
              <w14:checkedState w14:val="2612" w14:font="MS Gothic"/>
              <w14:uncheckedState w14:val="2610" w14:font="MS Gothic"/>
            </w14:checkbox>
          </w:sdtPr>
          <w:sdtContent>
            <w:tc>
              <w:tcPr>
                <w:tcW w:w="1267" w:type="dxa"/>
                <w:vAlign w:val="center"/>
              </w:tcPr>
              <w:p w14:paraId="37A75345" w14:textId="5B4CA808" w:rsidR="00B22B04" w:rsidRDefault="00B22B04" w:rsidP="00B22B04">
                <w:pPr>
                  <w:jc w:val="center"/>
                </w:pPr>
                <w:r>
                  <w:rPr>
                    <w:rFonts w:ascii="MS Gothic" w:eastAsia="MS Gothic" w:hAnsi="MS Gothic" w:hint="eastAsia"/>
                    <w:sz w:val="18"/>
                    <w:szCs w:val="18"/>
                  </w:rPr>
                  <w:t>☐</w:t>
                </w:r>
              </w:p>
            </w:tc>
          </w:sdtContent>
        </w:sdt>
        <w:sdt>
          <w:sdtPr>
            <w:rPr>
              <w:sz w:val="18"/>
              <w:szCs w:val="18"/>
            </w:rPr>
            <w:id w:val="643316496"/>
            <w14:checkbox>
              <w14:checked w14:val="0"/>
              <w14:checkedState w14:val="2612" w14:font="MS Gothic"/>
              <w14:uncheckedState w14:val="2610" w14:font="MS Gothic"/>
            </w14:checkbox>
          </w:sdtPr>
          <w:sdtContent>
            <w:tc>
              <w:tcPr>
                <w:tcW w:w="980" w:type="dxa"/>
                <w:vAlign w:val="center"/>
              </w:tcPr>
              <w:p w14:paraId="29324147" w14:textId="29095E19" w:rsidR="00B22B04" w:rsidRDefault="00B22B04" w:rsidP="00B22B04">
                <w:pPr>
                  <w:jc w:val="center"/>
                </w:pPr>
                <w:r>
                  <w:rPr>
                    <w:rFonts w:ascii="MS Gothic" w:eastAsia="MS Gothic" w:hAnsi="MS Gothic" w:hint="eastAsia"/>
                    <w:sz w:val="18"/>
                    <w:szCs w:val="18"/>
                  </w:rPr>
                  <w:t>☐</w:t>
                </w:r>
              </w:p>
            </w:tc>
          </w:sdtContent>
        </w:sdt>
        <w:sdt>
          <w:sdtPr>
            <w:rPr>
              <w:sz w:val="18"/>
              <w:szCs w:val="18"/>
            </w:rPr>
            <w:id w:val="764885587"/>
            <w14:checkbox>
              <w14:checked w14:val="0"/>
              <w14:checkedState w14:val="2612" w14:font="MS Gothic"/>
              <w14:uncheckedState w14:val="2610" w14:font="MS Gothic"/>
            </w14:checkbox>
          </w:sdtPr>
          <w:sdtContent>
            <w:tc>
              <w:tcPr>
                <w:tcW w:w="864" w:type="dxa"/>
                <w:vAlign w:val="center"/>
              </w:tcPr>
              <w:p w14:paraId="07FF1803" w14:textId="27B40182" w:rsidR="00B22B04" w:rsidRDefault="00B22B04" w:rsidP="00B22B04">
                <w:pPr>
                  <w:jc w:val="center"/>
                </w:pPr>
                <w:r>
                  <w:rPr>
                    <w:rFonts w:ascii="MS Gothic" w:eastAsia="MS Gothic" w:hAnsi="MS Gothic" w:hint="eastAsia"/>
                    <w:sz w:val="18"/>
                    <w:szCs w:val="18"/>
                  </w:rPr>
                  <w:t>☐</w:t>
                </w:r>
              </w:p>
            </w:tc>
          </w:sdtContent>
        </w:sdt>
      </w:tr>
      <w:tr w:rsidR="00B22B04" w14:paraId="3AF0B689" w14:textId="77777777" w:rsidTr="00B22B04">
        <w:trPr>
          <w:jc w:val="center"/>
        </w:trPr>
        <w:tc>
          <w:tcPr>
            <w:tcW w:w="809" w:type="dxa"/>
            <w:vAlign w:val="center"/>
          </w:tcPr>
          <w:p w14:paraId="690795E5" w14:textId="77777777" w:rsidR="00B22B04" w:rsidRDefault="00B22B04" w:rsidP="00B22B04">
            <w:pPr>
              <w:jc w:val="center"/>
            </w:pPr>
            <w:r>
              <w:t>2</w:t>
            </w:r>
          </w:p>
        </w:tc>
        <w:tc>
          <w:tcPr>
            <w:tcW w:w="6610" w:type="dxa"/>
            <w:vAlign w:val="center"/>
          </w:tcPr>
          <w:p w14:paraId="630E59AA" w14:textId="77777777" w:rsidR="00B22B04" w:rsidRDefault="00B22B04" w:rsidP="00B22B04">
            <w:r>
              <w:t>Personel Nakil Bildirim Formu mevcut olup ayrıldığı kurumdan yolluk alıp almadığı belirtilmiş mi?</w:t>
            </w:r>
          </w:p>
        </w:tc>
        <w:sdt>
          <w:sdtPr>
            <w:rPr>
              <w:sz w:val="18"/>
              <w:szCs w:val="18"/>
            </w:rPr>
            <w:id w:val="-808011229"/>
            <w14:checkbox>
              <w14:checked w14:val="0"/>
              <w14:checkedState w14:val="2612" w14:font="MS Gothic"/>
              <w14:uncheckedState w14:val="2610" w14:font="MS Gothic"/>
            </w14:checkbox>
          </w:sdtPr>
          <w:sdtContent>
            <w:tc>
              <w:tcPr>
                <w:tcW w:w="1267" w:type="dxa"/>
                <w:vAlign w:val="center"/>
              </w:tcPr>
              <w:p w14:paraId="3892C90B" w14:textId="18258761" w:rsidR="00B22B04" w:rsidRDefault="00B22B04" w:rsidP="00B22B04">
                <w:pPr>
                  <w:jc w:val="center"/>
                </w:pPr>
                <w:r>
                  <w:rPr>
                    <w:rFonts w:ascii="MS Gothic" w:eastAsia="MS Gothic" w:hAnsi="MS Gothic" w:hint="eastAsia"/>
                    <w:sz w:val="18"/>
                    <w:szCs w:val="18"/>
                  </w:rPr>
                  <w:t>☐</w:t>
                </w:r>
              </w:p>
            </w:tc>
          </w:sdtContent>
        </w:sdt>
        <w:sdt>
          <w:sdtPr>
            <w:rPr>
              <w:sz w:val="18"/>
              <w:szCs w:val="18"/>
            </w:rPr>
            <w:id w:val="-876313731"/>
            <w14:checkbox>
              <w14:checked w14:val="0"/>
              <w14:checkedState w14:val="2612" w14:font="MS Gothic"/>
              <w14:uncheckedState w14:val="2610" w14:font="MS Gothic"/>
            </w14:checkbox>
          </w:sdtPr>
          <w:sdtContent>
            <w:tc>
              <w:tcPr>
                <w:tcW w:w="980" w:type="dxa"/>
                <w:vAlign w:val="center"/>
              </w:tcPr>
              <w:p w14:paraId="72376F41" w14:textId="4EAF7EB5" w:rsidR="00B22B04" w:rsidRDefault="00B22B04" w:rsidP="00B22B04">
                <w:pPr>
                  <w:jc w:val="center"/>
                </w:pPr>
                <w:r>
                  <w:rPr>
                    <w:rFonts w:ascii="MS Gothic" w:eastAsia="MS Gothic" w:hAnsi="MS Gothic" w:hint="eastAsia"/>
                    <w:sz w:val="18"/>
                    <w:szCs w:val="18"/>
                  </w:rPr>
                  <w:t>☐</w:t>
                </w:r>
              </w:p>
            </w:tc>
          </w:sdtContent>
        </w:sdt>
        <w:sdt>
          <w:sdtPr>
            <w:rPr>
              <w:sz w:val="18"/>
              <w:szCs w:val="18"/>
            </w:rPr>
            <w:id w:val="-1982609908"/>
            <w14:checkbox>
              <w14:checked w14:val="0"/>
              <w14:checkedState w14:val="2612" w14:font="MS Gothic"/>
              <w14:uncheckedState w14:val="2610" w14:font="MS Gothic"/>
            </w14:checkbox>
          </w:sdtPr>
          <w:sdtContent>
            <w:tc>
              <w:tcPr>
                <w:tcW w:w="864" w:type="dxa"/>
                <w:vAlign w:val="center"/>
              </w:tcPr>
              <w:p w14:paraId="53B3FCA9" w14:textId="089CD86E" w:rsidR="00B22B04" w:rsidRDefault="00B22B04" w:rsidP="00B22B04">
                <w:pPr>
                  <w:jc w:val="center"/>
                </w:pPr>
                <w:r>
                  <w:rPr>
                    <w:rFonts w:ascii="MS Gothic" w:eastAsia="MS Gothic" w:hAnsi="MS Gothic" w:hint="eastAsia"/>
                    <w:sz w:val="18"/>
                    <w:szCs w:val="18"/>
                  </w:rPr>
                  <w:t>☐</w:t>
                </w:r>
              </w:p>
            </w:tc>
          </w:sdtContent>
        </w:sdt>
      </w:tr>
      <w:tr w:rsidR="00B22B04" w14:paraId="4116D98B" w14:textId="77777777" w:rsidTr="00B22B04">
        <w:trPr>
          <w:jc w:val="center"/>
        </w:trPr>
        <w:tc>
          <w:tcPr>
            <w:tcW w:w="809" w:type="dxa"/>
            <w:vAlign w:val="center"/>
          </w:tcPr>
          <w:p w14:paraId="3F978920" w14:textId="77777777" w:rsidR="00B22B04" w:rsidRDefault="00B22B04" w:rsidP="00B22B04">
            <w:pPr>
              <w:jc w:val="center"/>
            </w:pPr>
            <w:r>
              <w:t>3</w:t>
            </w:r>
          </w:p>
        </w:tc>
        <w:tc>
          <w:tcPr>
            <w:tcW w:w="6610" w:type="dxa"/>
            <w:vAlign w:val="center"/>
          </w:tcPr>
          <w:p w14:paraId="337464EC" w14:textId="77777777" w:rsidR="00B22B04" w:rsidRDefault="00B22B04" w:rsidP="00B22B04">
            <w:r>
              <w:t>Yurt İçi Sürekli Görev Yolluğu talep dilekçesi mevcut mu?</w:t>
            </w:r>
          </w:p>
        </w:tc>
        <w:sdt>
          <w:sdtPr>
            <w:rPr>
              <w:sz w:val="18"/>
              <w:szCs w:val="18"/>
            </w:rPr>
            <w:id w:val="44270027"/>
            <w14:checkbox>
              <w14:checked w14:val="0"/>
              <w14:checkedState w14:val="2612" w14:font="MS Gothic"/>
              <w14:uncheckedState w14:val="2610" w14:font="MS Gothic"/>
            </w14:checkbox>
          </w:sdtPr>
          <w:sdtContent>
            <w:tc>
              <w:tcPr>
                <w:tcW w:w="1267" w:type="dxa"/>
                <w:vAlign w:val="center"/>
              </w:tcPr>
              <w:p w14:paraId="1350727A" w14:textId="4FE7330A" w:rsidR="00B22B04" w:rsidRDefault="00B22B04" w:rsidP="00B22B04">
                <w:pPr>
                  <w:jc w:val="center"/>
                </w:pPr>
                <w:r>
                  <w:rPr>
                    <w:rFonts w:ascii="MS Gothic" w:eastAsia="MS Gothic" w:hAnsi="MS Gothic" w:hint="eastAsia"/>
                    <w:sz w:val="18"/>
                    <w:szCs w:val="18"/>
                  </w:rPr>
                  <w:t>☐</w:t>
                </w:r>
              </w:p>
            </w:tc>
          </w:sdtContent>
        </w:sdt>
        <w:sdt>
          <w:sdtPr>
            <w:rPr>
              <w:sz w:val="18"/>
              <w:szCs w:val="18"/>
            </w:rPr>
            <w:id w:val="296184988"/>
            <w14:checkbox>
              <w14:checked w14:val="0"/>
              <w14:checkedState w14:val="2612" w14:font="MS Gothic"/>
              <w14:uncheckedState w14:val="2610" w14:font="MS Gothic"/>
            </w14:checkbox>
          </w:sdtPr>
          <w:sdtContent>
            <w:tc>
              <w:tcPr>
                <w:tcW w:w="980" w:type="dxa"/>
                <w:vAlign w:val="center"/>
              </w:tcPr>
              <w:p w14:paraId="10446367" w14:textId="71FE1390" w:rsidR="00B22B04" w:rsidRDefault="00B22B04" w:rsidP="00B22B04">
                <w:pPr>
                  <w:jc w:val="center"/>
                </w:pPr>
                <w:r>
                  <w:rPr>
                    <w:rFonts w:ascii="MS Gothic" w:eastAsia="MS Gothic" w:hAnsi="MS Gothic" w:hint="eastAsia"/>
                    <w:sz w:val="18"/>
                    <w:szCs w:val="18"/>
                  </w:rPr>
                  <w:t>☐</w:t>
                </w:r>
              </w:p>
            </w:tc>
          </w:sdtContent>
        </w:sdt>
        <w:sdt>
          <w:sdtPr>
            <w:rPr>
              <w:sz w:val="18"/>
              <w:szCs w:val="18"/>
            </w:rPr>
            <w:id w:val="-1261823268"/>
            <w14:checkbox>
              <w14:checked w14:val="0"/>
              <w14:checkedState w14:val="2612" w14:font="MS Gothic"/>
              <w14:uncheckedState w14:val="2610" w14:font="MS Gothic"/>
            </w14:checkbox>
          </w:sdtPr>
          <w:sdtContent>
            <w:tc>
              <w:tcPr>
                <w:tcW w:w="864" w:type="dxa"/>
                <w:vAlign w:val="center"/>
              </w:tcPr>
              <w:p w14:paraId="2AA618EC" w14:textId="54FC7320" w:rsidR="00B22B04" w:rsidRDefault="00B22B04" w:rsidP="00B22B04">
                <w:pPr>
                  <w:jc w:val="center"/>
                </w:pPr>
                <w:r>
                  <w:rPr>
                    <w:rFonts w:ascii="MS Gothic" w:eastAsia="MS Gothic" w:hAnsi="MS Gothic" w:hint="eastAsia"/>
                    <w:sz w:val="18"/>
                    <w:szCs w:val="18"/>
                  </w:rPr>
                  <w:t>☐</w:t>
                </w:r>
              </w:p>
            </w:tc>
          </w:sdtContent>
        </w:sdt>
      </w:tr>
      <w:tr w:rsidR="00B22B04" w14:paraId="6B423030" w14:textId="77777777" w:rsidTr="00B22B04">
        <w:trPr>
          <w:trHeight w:val="424"/>
          <w:jc w:val="center"/>
        </w:trPr>
        <w:tc>
          <w:tcPr>
            <w:tcW w:w="809" w:type="dxa"/>
            <w:vAlign w:val="center"/>
          </w:tcPr>
          <w:p w14:paraId="24A49219" w14:textId="77777777" w:rsidR="00B22B04" w:rsidRDefault="00B22B04" w:rsidP="00B22B04">
            <w:pPr>
              <w:jc w:val="center"/>
            </w:pPr>
            <w:r>
              <w:t>4</w:t>
            </w:r>
          </w:p>
        </w:tc>
        <w:tc>
          <w:tcPr>
            <w:tcW w:w="6610" w:type="dxa"/>
            <w:vAlign w:val="center"/>
          </w:tcPr>
          <w:p w14:paraId="58859270" w14:textId="77777777" w:rsidR="00B22B04" w:rsidRDefault="00B22B04" w:rsidP="00B22B04">
            <w:r>
              <w:t>İlgili harcama birimince göreve başlama yazısı düzenlenmiş mi?</w:t>
            </w:r>
          </w:p>
        </w:tc>
        <w:sdt>
          <w:sdtPr>
            <w:rPr>
              <w:sz w:val="18"/>
              <w:szCs w:val="18"/>
            </w:rPr>
            <w:id w:val="-334768552"/>
            <w14:checkbox>
              <w14:checked w14:val="0"/>
              <w14:checkedState w14:val="2612" w14:font="MS Gothic"/>
              <w14:uncheckedState w14:val="2610" w14:font="MS Gothic"/>
            </w14:checkbox>
          </w:sdtPr>
          <w:sdtContent>
            <w:tc>
              <w:tcPr>
                <w:tcW w:w="1267" w:type="dxa"/>
                <w:vAlign w:val="center"/>
              </w:tcPr>
              <w:p w14:paraId="174FA5DC" w14:textId="29BE2DCC" w:rsidR="00B22B04" w:rsidRDefault="00B22B04" w:rsidP="00B22B04">
                <w:pPr>
                  <w:jc w:val="center"/>
                </w:pPr>
                <w:r>
                  <w:rPr>
                    <w:rFonts w:ascii="MS Gothic" w:eastAsia="MS Gothic" w:hAnsi="MS Gothic" w:hint="eastAsia"/>
                    <w:sz w:val="18"/>
                    <w:szCs w:val="18"/>
                  </w:rPr>
                  <w:t>☐</w:t>
                </w:r>
              </w:p>
            </w:tc>
          </w:sdtContent>
        </w:sdt>
        <w:sdt>
          <w:sdtPr>
            <w:rPr>
              <w:sz w:val="18"/>
              <w:szCs w:val="18"/>
            </w:rPr>
            <w:id w:val="1450205790"/>
            <w14:checkbox>
              <w14:checked w14:val="0"/>
              <w14:checkedState w14:val="2612" w14:font="MS Gothic"/>
              <w14:uncheckedState w14:val="2610" w14:font="MS Gothic"/>
            </w14:checkbox>
          </w:sdtPr>
          <w:sdtContent>
            <w:tc>
              <w:tcPr>
                <w:tcW w:w="980" w:type="dxa"/>
                <w:vAlign w:val="center"/>
              </w:tcPr>
              <w:p w14:paraId="659AB439" w14:textId="09081701" w:rsidR="00B22B04" w:rsidRDefault="00B22B04" w:rsidP="00B22B04">
                <w:pPr>
                  <w:jc w:val="center"/>
                </w:pPr>
                <w:r>
                  <w:rPr>
                    <w:rFonts w:ascii="MS Gothic" w:eastAsia="MS Gothic" w:hAnsi="MS Gothic" w:hint="eastAsia"/>
                    <w:sz w:val="18"/>
                    <w:szCs w:val="18"/>
                  </w:rPr>
                  <w:t>☐</w:t>
                </w:r>
              </w:p>
            </w:tc>
          </w:sdtContent>
        </w:sdt>
        <w:sdt>
          <w:sdtPr>
            <w:rPr>
              <w:sz w:val="18"/>
              <w:szCs w:val="18"/>
            </w:rPr>
            <w:id w:val="543095465"/>
            <w14:checkbox>
              <w14:checked w14:val="0"/>
              <w14:checkedState w14:val="2612" w14:font="MS Gothic"/>
              <w14:uncheckedState w14:val="2610" w14:font="MS Gothic"/>
            </w14:checkbox>
          </w:sdtPr>
          <w:sdtContent>
            <w:tc>
              <w:tcPr>
                <w:tcW w:w="864" w:type="dxa"/>
                <w:vAlign w:val="center"/>
              </w:tcPr>
              <w:p w14:paraId="7B00DD99" w14:textId="4D509826" w:rsidR="00B22B04" w:rsidRDefault="00B22B04" w:rsidP="00B22B04">
                <w:pPr>
                  <w:jc w:val="center"/>
                </w:pPr>
                <w:r>
                  <w:rPr>
                    <w:rFonts w:ascii="MS Gothic" w:eastAsia="MS Gothic" w:hAnsi="MS Gothic" w:hint="eastAsia"/>
                    <w:sz w:val="18"/>
                    <w:szCs w:val="18"/>
                  </w:rPr>
                  <w:t>☐</w:t>
                </w:r>
              </w:p>
            </w:tc>
          </w:sdtContent>
        </w:sdt>
      </w:tr>
      <w:tr w:rsidR="00B22B04" w14:paraId="141FBE90" w14:textId="77777777" w:rsidTr="00B22B04">
        <w:trPr>
          <w:trHeight w:val="417"/>
          <w:jc w:val="center"/>
        </w:trPr>
        <w:tc>
          <w:tcPr>
            <w:tcW w:w="809" w:type="dxa"/>
            <w:vAlign w:val="center"/>
          </w:tcPr>
          <w:p w14:paraId="653F9A25" w14:textId="77777777" w:rsidR="00B22B04" w:rsidRDefault="00B22B04" w:rsidP="00B22B04">
            <w:pPr>
              <w:jc w:val="center"/>
            </w:pPr>
            <w:r>
              <w:t>5</w:t>
            </w:r>
          </w:p>
        </w:tc>
        <w:tc>
          <w:tcPr>
            <w:tcW w:w="6610" w:type="dxa"/>
            <w:vAlign w:val="center"/>
          </w:tcPr>
          <w:p w14:paraId="54096F42" w14:textId="77777777" w:rsidR="00B22B04" w:rsidRDefault="00B22B04" w:rsidP="00B22B04">
            <w:r>
              <w:t>Aile Yardım Bildirimi mevcut mu?</w:t>
            </w:r>
          </w:p>
        </w:tc>
        <w:sdt>
          <w:sdtPr>
            <w:rPr>
              <w:sz w:val="18"/>
              <w:szCs w:val="18"/>
            </w:rPr>
            <w:id w:val="-1621596353"/>
            <w14:checkbox>
              <w14:checked w14:val="0"/>
              <w14:checkedState w14:val="2612" w14:font="MS Gothic"/>
              <w14:uncheckedState w14:val="2610" w14:font="MS Gothic"/>
            </w14:checkbox>
          </w:sdtPr>
          <w:sdtContent>
            <w:tc>
              <w:tcPr>
                <w:tcW w:w="1267" w:type="dxa"/>
                <w:vAlign w:val="center"/>
              </w:tcPr>
              <w:p w14:paraId="08FE0D73" w14:textId="23B453D6" w:rsidR="00B22B04" w:rsidRDefault="00B22B04" w:rsidP="00B22B04">
                <w:pPr>
                  <w:jc w:val="center"/>
                </w:pPr>
                <w:r>
                  <w:rPr>
                    <w:rFonts w:ascii="MS Gothic" w:eastAsia="MS Gothic" w:hAnsi="MS Gothic" w:hint="eastAsia"/>
                    <w:sz w:val="18"/>
                    <w:szCs w:val="18"/>
                  </w:rPr>
                  <w:t>☐</w:t>
                </w:r>
              </w:p>
            </w:tc>
          </w:sdtContent>
        </w:sdt>
        <w:sdt>
          <w:sdtPr>
            <w:rPr>
              <w:sz w:val="18"/>
              <w:szCs w:val="18"/>
            </w:rPr>
            <w:id w:val="1836028586"/>
            <w14:checkbox>
              <w14:checked w14:val="0"/>
              <w14:checkedState w14:val="2612" w14:font="MS Gothic"/>
              <w14:uncheckedState w14:val="2610" w14:font="MS Gothic"/>
            </w14:checkbox>
          </w:sdtPr>
          <w:sdtContent>
            <w:tc>
              <w:tcPr>
                <w:tcW w:w="980" w:type="dxa"/>
                <w:vAlign w:val="center"/>
              </w:tcPr>
              <w:p w14:paraId="1556996C" w14:textId="680D1D8F" w:rsidR="00B22B04" w:rsidRDefault="00B22B04" w:rsidP="00B22B04">
                <w:pPr>
                  <w:jc w:val="center"/>
                </w:pPr>
                <w:r>
                  <w:rPr>
                    <w:rFonts w:ascii="MS Gothic" w:eastAsia="MS Gothic" w:hAnsi="MS Gothic" w:hint="eastAsia"/>
                    <w:sz w:val="18"/>
                    <w:szCs w:val="18"/>
                  </w:rPr>
                  <w:t>☐</w:t>
                </w:r>
              </w:p>
            </w:tc>
          </w:sdtContent>
        </w:sdt>
        <w:sdt>
          <w:sdtPr>
            <w:rPr>
              <w:sz w:val="18"/>
              <w:szCs w:val="18"/>
            </w:rPr>
            <w:id w:val="648793538"/>
            <w14:checkbox>
              <w14:checked w14:val="0"/>
              <w14:checkedState w14:val="2612" w14:font="MS Gothic"/>
              <w14:uncheckedState w14:val="2610" w14:font="MS Gothic"/>
            </w14:checkbox>
          </w:sdtPr>
          <w:sdtContent>
            <w:tc>
              <w:tcPr>
                <w:tcW w:w="864" w:type="dxa"/>
                <w:vAlign w:val="center"/>
              </w:tcPr>
              <w:p w14:paraId="364870E4" w14:textId="78610C27" w:rsidR="00B22B04" w:rsidRDefault="00B22B04" w:rsidP="00B22B04">
                <w:pPr>
                  <w:jc w:val="center"/>
                </w:pPr>
                <w:r>
                  <w:rPr>
                    <w:rFonts w:ascii="MS Gothic" w:eastAsia="MS Gothic" w:hAnsi="MS Gothic" w:hint="eastAsia"/>
                    <w:sz w:val="18"/>
                    <w:szCs w:val="18"/>
                  </w:rPr>
                  <w:t>☐</w:t>
                </w:r>
              </w:p>
            </w:tc>
          </w:sdtContent>
        </w:sdt>
      </w:tr>
      <w:tr w:rsidR="00B22B04" w14:paraId="7D40B154" w14:textId="77777777" w:rsidTr="00B22B04">
        <w:trPr>
          <w:jc w:val="center"/>
        </w:trPr>
        <w:tc>
          <w:tcPr>
            <w:tcW w:w="809" w:type="dxa"/>
            <w:vAlign w:val="center"/>
          </w:tcPr>
          <w:p w14:paraId="20DE44B9" w14:textId="77777777" w:rsidR="00B22B04" w:rsidRDefault="00B22B04" w:rsidP="00B22B04">
            <w:pPr>
              <w:jc w:val="center"/>
            </w:pPr>
            <w:r>
              <w:t>6</w:t>
            </w:r>
          </w:p>
        </w:tc>
        <w:tc>
          <w:tcPr>
            <w:tcW w:w="6610" w:type="dxa"/>
            <w:vAlign w:val="center"/>
          </w:tcPr>
          <w:p w14:paraId="09FF3FB5" w14:textId="77777777" w:rsidR="00B22B04" w:rsidRDefault="00B22B04" w:rsidP="00B22B04">
            <w:r>
              <w:t>Yurt İçi Sürekli Görev Yolluğu Bildirimi; kişisel bilgiler, kadro derecesi, ek gösterge, gündelik tutarı, bütçe yılı ve sabit unsur yönünden ilgili mevzuata uygun düzenlenmiş mi?</w:t>
            </w:r>
          </w:p>
        </w:tc>
        <w:sdt>
          <w:sdtPr>
            <w:rPr>
              <w:sz w:val="18"/>
              <w:szCs w:val="18"/>
            </w:rPr>
            <w:id w:val="-1347709280"/>
            <w14:checkbox>
              <w14:checked w14:val="0"/>
              <w14:checkedState w14:val="2612" w14:font="MS Gothic"/>
              <w14:uncheckedState w14:val="2610" w14:font="MS Gothic"/>
            </w14:checkbox>
          </w:sdtPr>
          <w:sdtContent>
            <w:tc>
              <w:tcPr>
                <w:tcW w:w="1267" w:type="dxa"/>
                <w:vAlign w:val="center"/>
              </w:tcPr>
              <w:p w14:paraId="203BB5B5" w14:textId="6C5DA8F2" w:rsidR="00B22B04" w:rsidRDefault="00B22B04" w:rsidP="00B22B04">
                <w:pPr>
                  <w:jc w:val="center"/>
                </w:pPr>
                <w:r>
                  <w:rPr>
                    <w:rFonts w:ascii="MS Gothic" w:eastAsia="MS Gothic" w:hAnsi="MS Gothic" w:hint="eastAsia"/>
                    <w:sz w:val="18"/>
                    <w:szCs w:val="18"/>
                  </w:rPr>
                  <w:t>☐</w:t>
                </w:r>
              </w:p>
            </w:tc>
          </w:sdtContent>
        </w:sdt>
        <w:sdt>
          <w:sdtPr>
            <w:rPr>
              <w:sz w:val="18"/>
              <w:szCs w:val="18"/>
            </w:rPr>
            <w:id w:val="-1104493804"/>
            <w14:checkbox>
              <w14:checked w14:val="0"/>
              <w14:checkedState w14:val="2612" w14:font="MS Gothic"/>
              <w14:uncheckedState w14:val="2610" w14:font="MS Gothic"/>
            </w14:checkbox>
          </w:sdtPr>
          <w:sdtContent>
            <w:tc>
              <w:tcPr>
                <w:tcW w:w="980" w:type="dxa"/>
                <w:vAlign w:val="center"/>
              </w:tcPr>
              <w:p w14:paraId="2DB6A803" w14:textId="165C0081" w:rsidR="00B22B04" w:rsidRDefault="00B22B04" w:rsidP="00B22B04">
                <w:pPr>
                  <w:jc w:val="center"/>
                </w:pPr>
                <w:r>
                  <w:rPr>
                    <w:rFonts w:ascii="MS Gothic" w:eastAsia="MS Gothic" w:hAnsi="MS Gothic" w:hint="eastAsia"/>
                    <w:sz w:val="18"/>
                    <w:szCs w:val="18"/>
                  </w:rPr>
                  <w:t>☐</w:t>
                </w:r>
              </w:p>
            </w:tc>
          </w:sdtContent>
        </w:sdt>
        <w:sdt>
          <w:sdtPr>
            <w:rPr>
              <w:sz w:val="18"/>
              <w:szCs w:val="18"/>
            </w:rPr>
            <w:id w:val="1624198868"/>
            <w14:checkbox>
              <w14:checked w14:val="0"/>
              <w14:checkedState w14:val="2612" w14:font="MS Gothic"/>
              <w14:uncheckedState w14:val="2610" w14:font="MS Gothic"/>
            </w14:checkbox>
          </w:sdtPr>
          <w:sdtContent>
            <w:tc>
              <w:tcPr>
                <w:tcW w:w="864" w:type="dxa"/>
                <w:vAlign w:val="center"/>
              </w:tcPr>
              <w:p w14:paraId="53584AF6" w14:textId="40295FB7" w:rsidR="00B22B04" w:rsidRDefault="00B22B04" w:rsidP="00B22B04">
                <w:pPr>
                  <w:jc w:val="center"/>
                </w:pPr>
                <w:r>
                  <w:rPr>
                    <w:rFonts w:ascii="MS Gothic" w:eastAsia="MS Gothic" w:hAnsi="MS Gothic" w:hint="eastAsia"/>
                    <w:sz w:val="18"/>
                    <w:szCs w:val="18"/>
                  </w:rPr>
                  <w:t>☐</w:t>
                </w:r>
              </w:p>
            </w:tc>
          </w:sdtContent>
        </w:sdt>
      </w:tr>
      <w:tr w:rsidR="00B22B04" w14:paraId="64CC9416" w14:textId="77777777" w:rsidTr="00B22B04">
        <w:trPr>
          <w:jc w:val="center"/>
        </w:trPr>
        <w:tc>
          <w:tcPr>
            <w:tcW w:w="809" w:type="dxa"/>
            <w:vAlign w:val="center"/>
          </w:tcPr>
          <w:p w14:paraId="35DFEE49" w14:textId="77777777" w:rsidR="00B22B04" w:rsidRDefault="00B22B04" w:rsidP="00B22B04">
            <w:pPr>
              <w:jc w:val="center"/>
            </w:pPr>
            <w:r>
              <w:t>7</w:t>
            </w:r>
          </w:p>
        </w:tc>
        <w:tc>
          <w:tcPr>
            <w:tcW w:w="6610" w:type="dxa"/>
            <w:vAlign w:val="center"/>
          </w:tcPr>
          <w:p w14:paraId="6AC52947" w14:textId="77777777" w:rsidR="00B22B04" w:rsidRDefault="00B22B04" w:rsidP="00B22B04">
            <w:r>
              <w:t>Yer değiştirme masrafı ödenmesi halinde Karayolları Genel Müdürlüğü mesafe sorgusu yapılmış ve değişken unsur doğru hesaplanmış mı?</w:t>
            </w:r>
          </w:p>
        </w:tc>
        <w:sdt>
          <w:sdtPr>
            <w:rPr>
              <w:sz w:val="18"/>
              <w:szCs w:val="18"/>
            </w:rPr>
            <w:id w:val="2096826902"/>
            <w14:checkbox>
              <w14:checked w14:val="0"/>
              <w14:checkedState w14:val="2612" w14:font="MS Gothic"/>
              <w14:uncheckedState w14:val="2610" w14:font="MS Gothic"/>
            </w14:checkbox>
          </w:sdtPr>
          <w:sdtContent>
            <w:tc>
              <w:tcPr>
                <w:tcW w:w="1267" w:type="dxa"/>
                <w:vAlign w:val="center"/>
              </w:tcPr>
              <w:p w14:paraId="28CD82EE" w14:textId="1B6573B2" w:rsidR="00B22B04" w:rsidRDefault="00B22B04" w:rsidP="00B22B04">
                <w:pPr>
                  <w:jc w:val="center"/>
                </w:pPr>
                <w:r>
                  <w:rPr>
                    <w:rFonts w:ascii="MS Gothic" w:eastAsia="MS Gothic" w:hAnsi="MS Gothic" w:hint="eastAsia"/>
                    <w:sz w:val="18"/>
                    <w:szCs w:val="18"/>
                  </w:rPr>
                  <w:t>☐</w:t>
                </w:r>
              </w:p>
            </w:tc>
          </w:sdtContent>
        </w:sdt>
        <w:sdt>
          <w:sdtPr>
            <w:rPr>
              <w:sz w:val="18"/>
              <w:szCs w:val="18"/>
            </w:rPr>
            <w:id w:val="366029929"/>
            <w14:checkbox>
              <w14:checked w14:val="0"/>
              <w14:checkedState w14:val="2612" w14:font="MS Gothic"/>
              <w14:uncheckedState w14:val="2610" w14:font="MS Gothic"/>
            </w14:checkbox>
          </w:sdtPr>
          <w:sdtContent>
            <w:tc>
              <w:tcPr>
                <w:tcW w:w="980" w:type="dxa"/>
                <w:vAlign w:val="center"/>
              </w:tcPr>
              <w:p w14:paraId="6F249AEE" w14:textId="0A5204AC" w:rsidR="00B22B04" w:rsidRDefault="00B22B04" w:rsidP="00B22B04">
                <w:pPr>
                  <w:jc w:val="center"/>
                </w:pPr>
                <w:r>
                  <w:rPr>
                    <w:rFonts w:ascii="MS Gothic" w:eastAsia="MS Gothic" w:hAnsi="MS Gothic" w:hint="eastAsia"/>
                    <w:sz w:val="18"/>
                    <w:szCs w:val="18"/>
                  </w:rPr>
                  <w:t>☐</w:t>
                </w:r>
              </w:p>
            </w:tc>
          </w:sdtContent>
        </w:sdt>
        <w:sdt>
          <w:sdtPr>
            <w:rPr>
              <w:sz w:val="18"/>
              <w:szCs w:val="18"/>
            </w:rPr>
            <w:id w:val="-1563634473"/>
            <w14:checkbox>
              <w14:checked w14:val="0"/>
              <w14:checkedState w14:val="2612" w14:font="MS Gothic"/>
              <w14:uncheckedState w14:val="2610" w14:font="MS Gothic"/>
            </w14:checkbox>
          </w:sdtPr>
          <w:sdtContent>
            <w:tc>
              <w:tcPr>
                <w:tcW w:w="864" w:type="dxa"/>
                <w:vAlign w:val="center"/>
              </w:tcPr>
              <w:p w14:paraId="6A589EAF" w14:textId="5072DFFC" w:rsidR="00B22B04" w:rsidRDefault="00B22B04" w:rsidP="00B22B04">
                <w:pPr>
                  <w:jc w:val="center"/>
                </w:pPr>
                <w:r>
                  <w:rPr>
                    <w:rFonts w:ascii="MS Gothic" w:eastAsia="MS Gothic" w:hAnsi="MS Gothic" w:hint="eastAsia"/>
                    <w:sz w:val="18"/>
                    <w:szCs w:val="18"/>
                  </w:rPr>
                  <w:t>☐</w:t>
                </w:r>
              </w:p>
            </w:tc>
          </w:sdtContent>
        </w:sdt>
      </w:tr>
      <w:tr w:rsidR="00B22B04" w14:paraId="5B5E3A95" w14:textId="77777777" w:rsidTr="00B22B04">
        <w:trPr>
          <w:jc w:val="center"/>
        </w:trPr>
        <w:tc>
          <w:tcPr>
            <w:tcW w:w="809" w:type="dxa"/>
            <w:vAlign w:val="center"/>
          </w:tcPr>
          <w:p w14:paraId="1759FB24" w14:textId="77777777" w:rsidR="00B22B04" w:rsidRDefault="00B22B04" w:rsidP="00B22B04">
            <w:pPr>
              <w:jc w:val="center"/>
            </w:pPr>
            <w:r>
              <w:t>8</w:t>
            </w:r>
          </w:p>
        </w:tc>
        <w:tc>
          <w:tcPr>
            <w:tcW w:w="6610" w:type="dxa"/>
            <w:vAlign w:val="center"/>
          </w:tcPr>
          <w:p w14:paraId="7204642C" w14:textId="5C67734D" w:rsidR="00B22B04" w:rsidRDefault="00B22B04" w:rsidP="00B22B04">
            <w:r>
              <w:t>Eşin memuriyet durumu ile aile fertlerine ilişkin gündelik, taşıt ücreti, sabit unsur ve yer değiştirme masrafı mevzuata uygun hesaplanmış mı? (</w:t>
            </w:r>
            <w:r w:rsidRPr="009A140A">
              <w:t>Aynı yerden aynı yere atanmış, başka bir ifadeyle her iki eşin de eski ve yeni memuriyet mahallerinin aynı olması halinde (atamalarının farklı zamanlarda olup olmadığına bakılmaksızın) bunlardan birisine yer değiştirme masrafının değişken unsurunun tamamını, diğer eşe ise yarısı</w:t>
            </w:r>
            <w:r>
              <w:t xml:space="preserve"> ödenir)</w:t>
            </w:r>
          </w:p>
        </w:tc>
        <w:sdt>
          <w:sdtPr>
            <w:rPr>
              <w:sz w:val="18"/>
              <w:szCs w:val="18"/>
            </w:rPr>
            <w:id w:val="-1234466369"/>
            <w14:checkbox>
              <w14:checked w14:val="0"/>
              <w14:checkedState w14:val="2612" w14:font="MS Gothic"/>
              <w14:uncheckedState w14:val="2610" w14:font="MS Gothic"/>
            </w14:checkbox>
          </w:sdtPr>
          <w:sdtContent>
            <w:tc>
              <w:tcPr>
                <w:tcW w:w="1267" w:type="dxa"/>
                <w:vAlign w:val="center"/>
              </w:tcPr>
              <w:p w14:paraId="2D83F2DB" w14:textId="5C41E21F" w:rsidR="00B22B04" w:rsidRDefault="00B22B04" w:rsidP="00B22B04">
                <w:pPr>
                  <w:jc w:val="center"/>
                </w:pPr>
                <w:r>
                  <w:rPr>
                    <w:rFonts w:ascii="MS Gothic" w:eastAsia="MS Gothic" w:hAnsi="MS Gothic" w:hint="eastAsia"/>
                    <w:sz w:val="18"/>
                    <w:szCs w:val="18"/>
                  </w:rPr>
                  <w:t>☐</w:t>
                </w:r>
              </w:p>
            </w:tc>
          </w:sdtContent>
        </w:sdt>
        <w:sdt>
          <w:sdtPr>
            <w:rPr>
              <w:sz w:val="18"/>
              <w:szCs w:val="18"/>
            </w:rPr>
            <w:id w:val="2107762045"/>
            <w14:checkbox>
              <w14:checked w14:val="0"/>
              <w14:checkedState w14:val="2612" w14:font="MS Gothic"/>
              <w14:uncheckedState w14:val="2610" w14:font="MS Gothic"/>
            </w14:checkbox>
          </w:sdtPr>
          <w:sdtContent>
            <w:tc>
              <w:tcPr>
                <w:tcW w:w="980" w:type="dxa"/>
                <w:vAlign w:val="center"/>
              </w:tcPr>
              <w:p w14:paraId="3A08939A" w14:textId="233120B0" w:rsidR="00B22B04" w:rsidRDefault="00B22B04" w:rsidP="00B22B04">
                <w:pPr>
                  <w:jc w:val="center"/>
                </w:pPr>
                <w:r>
                  <w:rPr>
                    <w:rFonts w:ascii="MS Gothic" w:eastAsia="MS Gothic" w:hAnsi="MS Gothic" w:hint="eastAsia"/>
                    <w:sz w:val="18"/>
                    <w:szCs w:val="18"/>
                  </w:rPr>
                  <w:t>☐</w:t>
                </w:r>
              </w:p>
            </w:tc>
          </w:sdtContent>
        </w:sdt>
        <w:sdt>
          <w:sdtPr>
            <w:rPr>
              <w:sz w:val="18"/>
              <w:szCs w:val="18"/>
            </w:rPr>
            <w:id w:val="424388784"/>
            <w14:checkbox>
              <w14:checked w14:val="0"/>
              <w14:checkedState w14:val="2612" w14:font="MS Gothic"/>
              <w14:uncheckedState w14:val="2610" w14:font="MS Gothic"/>
            </w14:checkbox>
          </w:sdtPr>
          <w:sdtContent>
            <w:tc>
              <w:tcPr>
                <w:tcW w:w="864" w:type="dxa"/>
                <w:vAlign w:val="center"/>
              </w:tcPr>
              <w:p w14:paraId="76133ED4" w14:textId="61A18498" w:rsidR="00B22B04" w:rsidRDefault="00B22B04" w:rsidP="00B22B04">
                <w:pPr>
                  <w:jc w:val="center"/>
                </w:pPr>
                <w:r>
                  <w:rPr>
                    <w:rFonts w:ascii="MS Gothic" w:eastAsia="MS Gothic" w:hAnsi="MS Gothic" w:hint="eastAsia"/>
                    <w:sz w:val="18"/>
                    <w:szCs w:val="18"/>
                  </w:rPr>
                  <w:t>☐</w:t>
                </w:r>
              </w:p>
            </w:tc>
          </w:sdtContent>
        </w:sdt>
      </w:tr>
      <w:tr w:rsidR="00B22B04" w14:paraId="75AB4112" w14:textId="77777777" w:rsidTr="00B22B04">
        <w:trPr>
          <w:trHeight w:val="480"/>
          <w:jc w:val="center"/>
        </w:trPr>
        <w:tc>
          <w:tcPr>
            <w:tcW w:w="809" w:type="dxa"/>
            <w:vAlign w:val="center"/>
          </w:tcPr>
          <w:p w14:paraId="48FA51CD" w14:textId="77777777" w:rsidR="00B22B04" w:rsidRDefault="00B22B04" w:rsidP="00B22B04">
            <w:pPr>
              <w:jc w:val="center"/>
            </w:pPr>
            <w:r>
              <w:t>9</w:t>
            </w:r>
          </w:p>
        </w:tc>
        <w:tc>
          <w:tcPr>
            <w:tcW w:w="6610" w:type="dxa"/>
            <w:vAlign w:val="center"/>
          </w:tcPr>
          <w:p w14:paraId="4620FFFC" w14:textId="64B1658C" w:rsidR="00B22B04" w:rsidRDefault="00B22B04" w:rsidP="00B22B04">
            <w:r>
              <w:t>Yurt İçi Sürekli Görev Yolluğu Bildirimi bildirim sahibi ile birim yetkilisi tarafından imzalandı mı?</w:t>
            </w:r>
          </w:p>
        </w:tc>
        <w:sdt>
          <w:sdtPr>
            <w:rPr>
              <w:sz w:val="18"/>
              <w:szCs w:val="18"/>
            </w:rPr>
            <w:id w:val="1334562791"/>
            <w14:checkbox>
              <w14:checked w14:val="0"/>
              <w14:checkedState w14:val="2612" w14:font="MS Gothic"/>
              <w14:uncheckedState w14:val="2610" w14:font="MS Gothic"/>
            </w14:checkbox>
          </w:sdtPr>
          <w:sdtContent>
            <w:tc>
              <w:tcPr>
                <w:tcW w:w="1267" w:type="dxa"/>
                <w:vAlign w:val="center"/>
              </w:tcPr>
              <w:p w14:paraId="7B095091" w14:textId="20415008" w:rsidR="00B22B04" w:rsidRDefault="00B22B04" w:rsidP="00B22B04">
                <w:pPr>
                  <w:jc w:val="center"/>
                </w:pPr>
                <w:r>
                  <w:rPr>
                    <w:rFonts w:ascii="MS Gothic" w:eastAsia="MS Gothic" w:hAnsi="MS Gothic" w:hint="eastAsia"/>
                    <w:sz w:val="18"/>
                    <w:szCs w:val="18"/>
                  </w:rPr>
                  <w:t>☐</w:t>
                </w:r>
              </w:p>
            </w:tc>
          </w:sdtContent>
        </w:sdt>
        <w:sdt>
          <w:sdtPr>
            <w:rPr>
              <w:sz w:val="18"/>
              <w:szCs w:val="18"/>
            </w:rPr>
            <w:id w:val="1966849624"/>
            <w14:checkbox>
              <w14:checked w14:val="0"/>
              <w14:checkedState w14:val="2612" w14:font="MS Gothic"/>
              <w14:uncheckedState w14:val="2610" w14:font="MS Gothic"/>
            </w14:checkbox>
          </w:sdtPr>
          <w:sdtContent>
            <w:tc>
              <w:tcPr>
                <w:tcW w:w="980" w:type="dxa"/>
                <w:vAlign w:val="center"/>
              </w:tcPr>
              <w:p w14:paraId="2F64CBB4" w14:textId="4A1EFB1C" w:rsidR="00B22B04" w:rsidRDefault="00B22B04" w:rsidP="00B22B04">
                <w:pPr>
                  <w:jc w:val="center"/>
                </w:pPr>
                <w:r>
                  <w:rPr>
                    <w:rFonts w:ascii="MS Gothic" w:eastAsia="MS Gothic" w:hAnsi="MS Gothic" w:hint="eastAsia"/>
                    <w:sz w:val="18"/>
                    <w:szCs w:val="18"/>
                  </w:rPr>
                  <w:t>☐</w:t>
                </w:r>
              </w:p>
            </w:tc>
          </w:sdtContent>
        </w:sdt>
        <w:sdt>
          <w:sdtPr>
            <w:rPr>
              <w:sz w:val="18"/>
              <w:szCs w:val="18"/>
            </w:rPr>
            <w:id w:val="-1691060653"/>
            <w14:checkbox>
              <w14:checked w14:val="0"/>
              <w14:checkedState w14:val="2612" w14:font="MS Gothic"/>
              <w14:uncheckedState w14:val="2610" w14:font="MS Gothic"/>
            </w14:checkbox>
          </w:sdtPr>
          <w:sdtContent>
            <w:tc>
              <w:tcPr>
                <w:tcW w:w="864" w:type="dxa"/>
                <w:vAlign w:val="center"/>
              </w:tcPr>
              <w:p w14:paraId="48E78A23" w14:textId="5DA04799" w:rsidR="00B22B04" w:rsidRDefault="00B22B04" w:rsidP="00B22B04">
                <w:pPr>
                  <w:jc w:val="center"/>
                </w:pPr>
                <w:r>
                  <w:rPr>
                    <w:rFonts w:ascii="MS Gothic" w:eastAsia="MS Gothic" w:hAnsi="MS Gothic" w:hint="eastAsia"/>
                    <w:sz w:val="18"/>
                    <w:szCs w:val="18"/>
                  </w:rPr>
                  <w:t>☐</w:t>
                </w:r>
              </w:p>
            </w:tc>
          </w:sdtContent>
        </w:sdt>
      </w:tr>
      <w:tr w:rsidR="00B22B04" w14:paraId="379624CB" w14:textId="77777777" w:rsidTr="00B22B04">
        <w:trPr>
          <w:trHeight w:val="454"/>
          <w:jc w:val="center"/>
        </w:trPr>
        <w:tc>
          <w:tcPr>
            <w:tcW w:w="809" w:type="dxa"/>
            <w:vAlign w:val="center"/>
          </w:tcPr>
          <w:p w14:paraId="45EC4002" w14:textId="77777777" w:rsidR="00B22B04" w:rsidRDefault="00B22B04" w:rsidP="00B22B04">
            <w:pPr>
              <w:jc w:val="center"/>
            </w:pPr>
            <w:r>
              <w:t>10</w:t>
            </w:r>
          </w:p>
        </w:tc>
        <w:tc>
          <w:tcPr>
            <w:tcW w:w="6610" w:type="dxa"/>
            <w:vAlign w:val="center"/>
          </w:tcPr>
          <w:p w14:paraId="136058EF" w14:textId="77777777" w:rsidR="00B22B04" w:rsidRDefault="00B22B04" w:rsidP="00B22B04">
            <w:r>
              <w:t>Ödeme Emri Belgesinde harcıraha ait damga vergisi, damga vergisi detay kodu ve bütçe tertibi doğru uygulanmış mı?</w:t>
            </w:r>
          </w:p>
        </w:tc>
        <w:sdt>
          <w:sdtPr>
            <w:rPr>
              <w:sz w:val="18"/>
              <w:szCs w:val="18"/>
            </w:rPr>
            <w:id w:val="819231838"/>
            <w14:checkbox>
              <w14:checked w14:val="0"/>
              <w14:checkedState w14:val="2612" w14:font="MS Gothic"/>
              <w14:uncheckedState w14:val="2610" w14:font="MS Gothic"/>
            </w14:checkbox>
          </w:sdtPr>
          <w:sdtContent>
            <w:tc>
              <w:tcPr>
                <w:tcW w:w="1267" w:type="dxa"/>
                <w:vAlign w:val="center"/>
              </w:tcPr>
              <w:p w14:paraId="724071E2" w14:textId="460D72E1" w:rsidR="00B22B04" w:rsidRDefault="00B22B04" w:rsidP="00B22B04">
                <w:pPr>
                  <w:jc w:val="center"/>
                </w:pPr>
                <w:r>
                  <w:rPr>
                    <w:rFonts w:ascii="MS Gothic" w:eastAsia="MS Gothic" w:hAnsi="MS Gothic" w:hint="eastAsia"/>
                    <w:sz w:val="18"/>
                    <w:szCs w:val="18"/>
                  </w:rPr>
                  <w:t>☐</w:t>
                </w:r>
              </w:p>
            </w:tc>
          </w:sdtContent>
        </w:sdt>
        <w:sdt>
          <w:sdtPr>
            <w:rPr>
              <w:sz w:val="18"/>
              <w:szCs w:val="18"/>
            </w:rPr>
            <w:id w:val="-999800639"/>
            <w14:checkbox>
              <w14:checked w14:val="0"/>
              <w14:checkedState w14:val="2612" w14:font="MS Gothic"/>
              <w14:uncheckedState w14:val="2610" w14:font="MS Gothic"/>
            </w14:checkbox>
          </w:sdtPr>
          <w:sdtContent>
            <w:tc>
              <w:tcPr>
                <w:tcW w:w="980" w:type="dxa"/>
                <w:vAlign w:val="center"/>
              </w:tcPr>
              <w:p w14:paraId="2D5DD99F" w14:textId="375307F6" w:rsidR="00B22B04" w:rsidRDefault="00B22B04" w:rsidP="00B22B04">
                <w:pPr>
                  <w:jc w:val="center"/>
                </w:pPr>
                <w:r>
                  <w:rPr>
                    <w:rFonts w:ascii="MS Gothic" w:eastAsia="MS Gothic" w:hAnsi="MS Gothic" w:hint="eastAsia"/>
                    <w:sz w:val="18"/>
                    <w:szCs w:val="18"/>
                  </w:rPr>
                  <w:t>☐</w:t>
                </w:r>
              </w:p>
            </w:tc>
          </w:sdtContent>
        </w:sdt>
        <w:sdt>
          <w:sdtPr>
            <w:rPr>
              <w:sz w:val="18"/>
              <w:szCs w:val="18"/>
            </w:rPr>
            <w:id w:val="-1515996874"/>
            <w14:checkbox>
              <w14:checked w14:val="0"/>
              <w14:checkedState w14:val="2612" w14:font="MS Gothic"/>
              <w14:uncheckedState w14:val="2610" w14:font="MS Gothic"/>
            </w14:checkbox>
          </w:sdtPr>
          <w:sdtContent>
            <w:tc>
              <w:tcPr>
                <w:tcW w:w="864" w:type="dxa"/>
                <w:vAlign w:val="center"/>
              </w:tcPr>
              <w:p w14:paraId="04727F9C" w14:textId="52BC5179" w:rsidR="00B22B04" w:rsidRDefault="00B22B04" w:rsidP="00B22B04">
                <w:pPr>
                  <w:jc w:val="center"/>
                </w:pPr>
                <w:r>
                  <w:rPr>
                    <w:rFonts w:ascii="MS Gothic" w:eastAsia="MS Gothic" w:hAnsi="MS Gothic" w:hint="eastAsia"/>
                    <w:sz w:val="18"/>
                    <w:szCs w:val="18"/>
                  </w:rPr>
                  <w:t>☐</w:t>
                </w:r>
              </w:p>
            </w:tc>
          </w:sdtContent>
        </w:sdt>
      </w:tr>
      <w:tr w:rsidR="00B22B04" w14:paraId="4A2F651D" w14:textId="77777777" w:rsidTr="00B22B04">
        <w:trPr>
          <w:jc w:val="center"/>
        </w:trPr>
        <w:tc>
          <w:tcPr>
            <w:tcW w:w="809" w:type="dxa"/>
            <w:vAlign w:val="center"/>
          </w:tcPr>
          <w:p w14:paraId="160E3E2A" w14:textId="77777777" w:rsidR="00B22B04" w:rsidRDefault="00B22B04" w:rsidP="00B22B04">
            <w:pPr>
              <w:jc w:val="center"/>
            </w:pPr>
            <w:r>
              <w:t>11</w:t>
            </w:r>
          </w:p>
        </w:tc>
        <w:tc>
          <w:tcPr>
            <w:tcW w:w="6610" w:type="dxa"/>
            <w:vAlign w:val="center"/>
          </w:tcPr>
          <w:p w14:paraId="3B73907F" w14:textId="77777777" w:rsidR="00B22B04" w:rsidRDefault="00B22B04" w:rsidP="00B22B04">
            <w:r>
              <w:t>Ödeme Emri Belgesi yetkili kişilerce imzalanmış; yetki devri yapılmışsa buna ilişkin belgeler dosyaya eklenmiş mi?</w:t>
            </w:r>
          </w:p>
        </w:tc>
        <w:sdt>
          <w:sdtPr>
            <w:rPr>
              <w:sz w:val="18"/>
              <w:szCs w:val="18"/>
            </w:rPr>
            <w:id w:val="-89387430"/>
            <w14:checkbox>
              <w14:checked w14:val="0"/>
              <w14:checkedState w14:val="2612" w14:font="MS Gothic"/>
              <w14:uncheckedState w14:val="2610" w14:font="MS Gothic"/>
            </w14:checkbox>
          </w:sdtPr>
          <w:sdtContent>
            <w:tc>
              <w:tcPr>
                <w:tcW w:w="1267" w:type="dxa"/>
                <w:vAlign w:val="center"/>
              </w:tcPr>
              <w:p w14:paraId="5B7B3DAA" w14:textId="67086BC0" w:rsidR="00B22B04" w:rsidRDefault="00B22B04" w:rsidP="00B22B04">
                <w:pPr>
                  <w:jc w:val="center"/>
                </w:pPr>
                <w:r>
                  <w:rPr>
                    <w:rFonts w:ascii="MS Gothic" w:eastAsia="MS Gothic" w:hAnsi="MS Gothic" w:hint="eastAsia"/>
                    <w:sz w:val="18"/>
                    <w:szCs w:val="18"/>
                  </w:rPr>
                  <w:t>☐</w:t>
                </w:r>
              </w:p>
            </w:tc>
          </w:sdtContent>
        </w:sdt>
        <w:sdt>
          <w:sdtPr>
            <w:rPr>
              <w:sz w:val="18"/>
              <w:szCs w:val="18"/>
            </w:rPr>
            <w:id w:val="912505645"/>
            <w14:checkbox>
              <w14:checked w14:val="0"/>
              <w14:checkedState w14:val="2612" w14:font="MS Gothic"/>
              <w14:uncheckedState w14:val="2610" w14:font="MS Gothic"/>
            </w14:checkbox>
          </w:sdtPr>
          <w:sdtContent>
            <w:tc>
              <w:tcPr>
                <w:tcW w:w="980" w:type="dxa"/>
                <w:vAlign w:val="center"/>
              </w:tcPr>
              <w:p w14:paraId="21F98152" w14:textId="027CCDD3" w:rsidR="00B22B04" w:rsidRDefault="00B22B04" w:rsidP="00B22B04">
                <w:pPr>
                  <w:jc w:val="center"/>
                </w:pPr>
                <w:r>
                  <w:rPr>
                    <w:rFonts w:ascii="MS Gothic" w:eastAsia="MS Gothic" w:hAnsi="MS Gothic" w:hint="eastAsia"/>
                    <w:sz w:val="18"/>
                    <w:szCs w:val="18"/>
                  </w:rPr>
                  <w:t>☐</w:t>
                </w:r>
              </w:p>
            </w:tc>
          </w:sdtContent>
        </w:sdt>
        <w:sdt>
          <w:sdtPr>
            <w:rPr>
              <w:sz w:val="18"/>
              <w:szCs w:val="18"/>
            </w:rPr>
            <w:id w:val="890930898"/>
            <w14:checkbox>
              <w14:checked w14:val="0"/>
              <w14:checkedState w14:val="2612" w14:font="MS Gothic"/>
              <w14:uncheckedState w14:val="2610" w14:font="MS Gothic"/>
            </w14:checkbox>
          </w:sdtPr>
          <w:sdtContent>
            <w:tc>
              <w:tcPr>
                <w:tcW w:w="864" w:type="dxa"/>
                <w:vAlign w:val="center"/>
              </w:tcPr>
              <w:p w14:paraId="7BE2E31A" w14:textId="4400696E" w:rsidR="00B22B04" w:rsidRDefault="00B22B04" w:rsidP="00B22B04">
                <w:pPr>
                  <w:jc w:val="center"/>
                </w:pPr>
                <w:r>
                  <w:rPr>
                    <w:rFonts w:ascii="MS Gothic" w:eastAsia="MS Gothic" w:hAnsi="MS Gothic" w:hint="eastAsia"/>
                    <w:sz w:val="18"/>
                    <w:szCs w:val="18"/>
                  </w:rPr>
                  <w:t>☐</w:t>
                </w:r>
              </w:p>
            </w:tc>
          </w:sdtContent>
        </w:sdt>
      </w:tr>
    </w:tbl>
    <w:p w14:paraId="649A02C6" w14:textId="77777777" w:rsidR="007A5A35" w:rsidRDefault="00000000" w:rsidP="0049466B">
      <w:pPr>
        <w:jc w:val="both"/>
        <w:rPr>
          <w:rFonts w:ascii="Times New Roman" w:hAnsi="Times New Roman"/>
          <w:i/>
          <w:iCs/>
          <w:color w:val="000000"/>
          <w:sz w:val="24"/>
          <w:lang w:val="tr-TR" w:eastAsia="tr-TR"/>
        </w:rPr>
      </w:pPr>
      <w:r>
        <w:br/>
      </w:r>
    </w:p>
    <w:p w14:paraId="784FF3C5" w14:textId="77777777" w:rsidR="007A5A35" w:rsidRDefault="007A5A35" w:rsidP="0049466B">
      <w:pPr>
        <w:jc w:val="both"/>
        <w:rPr>
          <w:rFonts w:ascii="Times New Roman" w:hAnsi="Times New Roman"/>
          <w:i/>
          <w:iCs/>
          <w:color w:val="000000"/>
          <w:sz w:val="24"/>
          <w:lang w:val="tr-TR" w:eastAsia="tr-TR"/>
        </w:rPr>
      </w:pPr>
    </w:p>
    <w:p w14:paraId="6FCA9316" w14:textId="03694385" w:rsidR="0049466B" w:rsidRDefault="0049466B" w:rsidP="0049466B">
      <w:pPr>
        <w:jc w:val="both"/>
        <w:rPr>
          <w:rFonts w:ascii="Times New Roman" w:hAnsi="Times New Roman"/>
          <w:i/>
          <w:iCs/>
          <w:color w:val="000000"/>
          <w:sz w:val="24"/>
          <w:lang w:val="tr-TR" w:eastAsia="tr-TR"/>
        </w:rPr>
      </w:pPr>
      <w:r>
        <w:rPr>
          <w:rFonts w:ascii="Times New Roman" w:hAnsi="Times New Roman"/>
          <w:i/>
          <w:iCs/>
          <w:color w:val="000000"/>
          <w:sz w:val="24"/>
          <w:lang w:val="tr-TR" w:eastAsia="tr-TR"/>
        </w:rPr>
        <w:lastRenderedPageBreak/>
        <w:t>Kamu Ön Malî Kontrol Yönetmeliği’nin 6’ncı maddesi kapsamında; ödeme emri belgesi ve eki belgeler bütçe ilke ve esasları, ilgili mevzuat ve kamu iç kontrol standartları yönünden kontrol edilmiş olup uygun görülmüştür.</w:t>
      </w:r>
    </w:p>
    <w:p w14:paraId="15E3E923" w14:textId="77777777" w:rsidR="00D07467" w:rsidRDefault="00000000" w:rsidP="00D07467">
      <w:pPr>
        <w:ind w:left="3600"/>
        <w:rPr>
          <w:b/>
          <w:bCs/>
        </w:rPr>
      </w:pPr>
      <w:r w:rsidRPr="0049466B">
        <w:rPr>
          <w:b/>
          <w:bCs/>
        </w:rPr>
        <w:t>Gerçekleştirme Görevlisi</w:t>
      </w:r>
    </w:p>
    <w:p w14:paraId="4F1B3897" w14:textId="77777777" w:rsidR="00D07467" w:rsidRDefault="00D07467" w:rsidP="00D07467">
      <w:pPr>
        <w:ind w:left="3600"/>
      </w:pPr>
      <w:r>
        <w:t xml:space="preserve">                   …/…/20..</w:t>
      </w:r>
    </w:p>
    <w:p w14:paraId="1CB787FB" w14:textId="6256DCE2" w:rsidR="00123BD3" w:rsidRDefault="00000000" w:rsidP="00D07467">
      <w:pPr>
        <w:ind w:left="3600"/>
      </w:pPr>
      <w:r>
        <w:t>Adı Soyadı</w:t>
      </w:r>
      <w:r w:rsidR="00D07467">
        <w:tab/>
      </w:r>
      <w:r>
        <w:t>:</w:t>
      </w:r>
      <w:r>
        <w:br/>
        <w:t xml:space="preserve">Unvanı: </w:t>
      </w:r>
      <w:r w:rsidR="00D07467">
        <w:tab/>
        <w:t>:</w:t>
      </w:r>
      <w:r>
        <w:br/>
        <w:t>İmza</w:t>
      </w:r>
      <w:r w:rsidR="00D07467">
        <w:tab/>
      </w:r>
      <w:r w:rsidR="00D07467">
        <w:tab/>
      </w:r>
      <w:r>
        <w:t>:</w:t>
      </w:r>
    </w:p>
    <w:sectPr w:rsidR="00123BD3" w:rsidSect="00034616">
      <w:headerReference w:type="even" r:id="rId8"/>
      <w:headerReference w:type="default" r:id="rId9"/>
      <w:footerReference w:type="even" r:id="rId10"/>
      <w:footerReference w:type="default" r:id="rId11"/>
      <w:headerReference w:type="first" r:id="rId12"/>
      <w:footerReference w:type="first" r:id="rId13"/>
      <w:pgSz w:w="12240" w:h="15840"/>
      <w:pgMar w:top="1440" w:right="850" w:bottom="1440" w:left="8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8710A" w14:textId="77777777" w:rsidR="00ED1153" w:rsidRDefault="00ED1153" w:rsidP="007A5A35">
      <w:pPr>
        <w:spacing w:after="0" w:line="240" w:lineRule="auto"/>
      </w:pPr>
      <w:r>
        <w:separator/>
      </w:r>
    </w:p>
  </w:endnote>
  <w:endnote w:type="continuationSeparator" w:id="0">
    <w:p w14:paraId="0650C371" w14:textId="77777777" w:rsidR="00ED1153" w:rsidRDefault="00ED1153" w:rsidP="007A5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25E53" w14:textId="77777777" w:rsidR="007A5A35" w:rsidRDefault="007A5A35">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2" w:type="dxa"/>
      <w:jc w:val="center"/>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3808"/>
      <w:gridCol w:w="3497"/>
      <w:gridCol w:w="3497"/>
    </w:tblGrid>
    <w:tr w:rsidR="007A5A35" w:rsidRPr="007A5A35" w14:paraId="553C8D60" w14:textId="77777777" w:rsidTr="00C0192B">
      <w:trPr>
        <w:trHeight w:val="340"/>
        <w:jc w:val="center"/>
      </w:trPr>
      <w:tc>
        <w:tcPr>
          <w:tcW w:w="3808" w:type="dxa"/>
          <w:tcBorders>
            <w:top w:val="single" w:sz="4" w:space="0" w:color="auto"/>
            <w:bottom w:val="single" w:sz="4" w:space="0" w:color="auto"/>
            <w:right w:val="single" w:sz="4" w:space="0" w:color="auto"/>
          </w:tcBorders>
          <w:vAlign w:val="center"/>
        </w:tcPr>
        <w:p w14:paraId="74D8791B" w14:textId="77777777" w:rsidR="007A5A35" w:rsidRPr="007A5A35" w:rsidRDefault="007A5A35" w:rsidP="007A5A35">
          <w:pPr>
            <w:tabs>
              <w:tab w:val="center" w:pos="4536"/>
              <w:tab w:val="right" w:pos="9072"/>
            </w:tabs>
            <w:spacing w:after="0" w:line="240" w:lineRule="auto"/>
            <w:jc w:val="center"/>
            <w:rPr>
              <w:rFonts w:ascii="Times New Roman" w:eastAsia="Calibri" w:hAnsi="Times New Roman" w:cs="Times New Roman"/>
              <w:sz w:val="24"/>
              <w:lang w:val="tr-TR" w:eastAsia="tr-TR"/>
            </w:rPr>
          </w:pPr>
          <w:bookmarkStart w:id="0" w:name="_Hlk85100968"/>
          <w:bookmarkStart w:id="1" w:name="_Hlk89957417"/>
          <w:bookmarkStart w:id="2" w:name="_Hlk89957418"/>
          <w:bookmarkStart w:id="3" w:name="_Hlk89957419"/>
          <w:bookmarkStart w:id="4" w:name="_Hlk89957420"/>
          <w:r w:rsidRPr="007A5A35">
            <w:rPr>
              <w:rFonts w:ascii="Times New Roman" w:eastAsia="Calibri" w:hAnsi="Times New Roman" w:cs="Times New Roman"/>
              <w:sz w:val="24"/>
              <w:lang w:val="tr-TR" w:eastAsia="tr-TR"/>
            </w:rPr>
            <w:t>Hazırlayan</w:t>
          </w:r>
        </w:p>
      </w:tc>
      <w:tc>
        <w:tcPr>
          <w:tcW w:w="3497" w:type="dxa"/>
          <w:tcBorders>
            <w:top w:val="single" w:sz="4" w:space="0" w:color="auto"/>
            <w:left w:val="single" w:sz="4" w:space="0" w:color="auto"/>
            <w:bottom w:val="single" w:sz="4" w:space="0" w:color="auto"/>
            <w:right w:val="single" w:sz="4" w:space="0" w:color="auto"/>
          </w:tcBorders>
          <w:vAlign w:val="center"/>
        </w:tcPr>
        <w:p w14:paraId="2FAAF9F8" w14:textId="77777777" w:rsidR="007A5A35" w:rsidRPr="007A5A35" w:rsidRDefault="007A5A35" w:rsidP="007A5A35">
          <w:pPr>
            <w:tabs>
              <w:tab w:val="center" w:pos="4536"/>
              <w:tab w:val="right" w:pos="9072"/>
            </w:tabs>
            <w:spacing w:after="0" w:line="240" w:lineRule="auto"/>
            <w:jc w:val="center"/>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Sistem Onayı</w:t>
          </w:r>
        </w:p>
      </w:tc>
      <w:tc>
        <w:tcPr>
          <w:tcW w:w="3497" w:type="dxa"/>
          <w:tcBorders>
            <w:top w:val="single" w:sz="4" w:space="0" w:color="auto"/>
            <w:left w:val="single" w:sz="4" w:space="0" w:color="auto"/>
            <w:bottom w:val="single" w:sz="4" w:space="0" w:color="auto"/>
          </w:tcBorders>
          <w:vAlign w:val="center"/>
        </w:tcPr>
        <w:p w14:paraId="4D446DFE" w14:textId="77777777" w:rsidR="007A5A35" w:rsidRPr="007A5A35" w:rsidRDefault="007A5A35" w:rsidP="007A5A35">
          <w:pPr>
            <w:tabs>
              <w:tab w:val="center" w:pos="4536"/>
              <w:tab w:val="right" w:pos="9072"/>
            </w:tabs>
            <w:spacing w:after="0" w:line="240" w:lineRule="auto"/>
            <w:jc w:val="center"/>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Yürürlük Onayı</w:t>
          </w:r>
        </w:p>
      </w:tc>
    </w:tr>
    <w:tr w:rsidR="007A5A35" w:rsidRPr="007A5A35" w14:paraId="45AF45ED" w14:textId="77777777" w:rsidTr="00C0192B">
      <w:trPr>
        <w:trHeight w:val="340"/>
        <w:jc w:val="center"/>
      </w:trPr>
      <w:tc>
        <w:tcPr>
          <w:tcW w:w="3808" w:type="dxa"/>
          <w:tcBorders>
            <w:top w:val="single" w:sz="4" w:space="0" w:color="auto"/>
            <w:bottom w:val="single" w:sz="4" w:space="0" w:color="auto"/>
            <w:right w:val="single" w:sz="4" w:space="0" w:color="auto"/>
          </w:tcBorders>
          <w:vAlign w:val="center"/>
        </w:tcPr>
        <w:p w14:paraId="0F088F7E" w14:textId="77777777" w:rsidR="007A5A35" w:rsidRPr="007A5A35" w:rsidRDefault="007A5A35" w:rsidP="007A5A35">
          <w:pPr>
            <w:tabs>
              <w:tab w:val="center" w:pos="4536"/>
              <w:tab w:val="right" w:pos="9072"/>
            </w:tabs>
            <w:spacing w:after="0" w:line="240" w:lineRule="auto"/>
            <w:jc w:val="center"/>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Bölüm Kalite Sorumlusu</w:t>
          </w:r>
        </w:p>
      </w:tc>
      <w:tc>
        <w:tcPr>
          <w:tcW w:w="3497" w:type="dxa"/>
          <w:tcBorders>
            <w:top w:val="single" w:sz="4" w:space="0" w:color="auto"/>
            <w:left w:val="single" w:sz="4" w:space="0" w:color="auto"/>
            <w:bottom w:val="single" w:sz="4" w:space="0" w:color="auto"/>
            <w:right w:val="single" w:sz="4" w:space="0" w:color="auto"/>
          </w:tcBorders>
          <w:vAlign w:val="center"/>
        </w:tcPr>
        <w:p w14:paraId="567592AA" w14:textId="77777777" w:rsidR="007A5A35" w:rsidRPr="007A5A35" w:rsidRDefault="007A5A35" w:rsidP="007A5A35">
          <w:pPr>
            <w:tabs>
              <w:tab w:val="center" w:pos="4536"/>
              <w:tab w:val="right" w:pos="9072"/>
            </w:tabs>
            <w:spacing w:after="0" w:line="240" w:lineRule="auto"/>
            <w:jc w:val="center"/>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Kalite Koordinatörü</w:t>
          </w:r>
        </w:p>
      </w:tc>
      <w:tc>
        <w:tcPr>
          <w:tcW w:w="3497" w:type="dxa"/>
          <w:tcBorders>
            <w:top w:val="single" w:sz="4" w:space="0" w:color="auto"/>
            <w:left w:val="single" w:sz="4" w:space="0" w:color="auto"/>
            <w:bottom w:val="single" w:sz="4" w:space="0" w:color="auto"/>
          </w:tcBorders>
          <w:vAlign w:val="center"/>
        </w:tcPr>
        <w:p w14:paraId="77885EF1" w14:textId="77777777" w:rsidR="007A5A35" w:rsidRPr="007A5A35" w:rsidRDefault="007A5A35" w:rsidP="007A5A35">
          <w:pPr>
            <w:tabs>
              <w:tab w:val="center" w:pos="4536"/>
              <w:tab w:val="right" w:pos="9072"/>
            </w:tabs>
            <w:spacing w:after="0" w:line="240" w:lineRule="auto"/>
            <w:jc w:val="center"/>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Üst Yönetici</w:t>
          </w:r>
        </w:p>
      </w:tc>
    </w:tr>
    <w:bookmarkEnd w:id="0"/>
    <w:bookmarkEnd w:id="1"/>
    <w:bookmarkEnd w:id="2"/>
    <w:bookmarkEnd w:id="3"/>
    <w:bookmarkEnd w:id="4"/>
  </w:tbl>
  <w:p w14:paraId="10897CED" w14:textId="71E4DC45" w:rsidR="007A5A35" w:rsidRDefault="007A5A35">
    <w:pPr>
      <w:pStyle w:val="AltBilgi"/>
    </w:pPr>
  </w:p>
  <w:p w14:paraId="66351862" w14:textId="77777777" w:rsidR="007A5A35" w:rsidRDefault="007A5A35">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F7B24" w14:textId="77777777" w:rsidR="007A5A35" w:rsidRDefault="007A5A3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512BA" w14:textId="77777777" w:rsidR="00ED1153" w:rsidRDefault="00ED1153" w:rsidP="007A5A35">
      <w:pPr>
        <w:spacing w:after="0" w:line="240" w:lineRule="auto"/>
      </w:pPr>
      <w:r>
        <w:separator/>
      </w:r>
    </w:p>
  </w:footnote>
  <w:footnote w:type="continuationSeparator" w:id="0">
    <w:p w14:paraId="7D48FB93" w14:textId="77777777" w:rsidR="00ED1153" w:rsidRDefault="00ED1153" w:rsidP="007A5A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2E789" w14:textId="77777777" w:rsidR="007A5A35" w:rsidRDefault="007A5A35">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2B60B" w14:textId="77777777" w:rsidR="007A5A35" w:rsidRDefault="007A5A35">
    <w:pPr>
      <w:pStyle w:val="stBilgi"/>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72"/>
      <w:gridCol w:w="5181"/>
      <w:gridCol w:w="2100"/>
      <w:gridCol w:w="1469"/>
    </w:tblGrid>
    <w:tr w:rsidR="007A5A35" w:rsidRPr="007A5A35" w14:paraId="36D9B12A" w14:textId="77777777" w:rsidTr="00C0192B">
      <w:trPr>
        <w:trHeight w:val="261"/>
      </w:trPr>
      <w:tc>
        <w:tcPr>
          <w:tcW w:w="1676" w:type="dxa"/>
          <w:vMerge w:val="restart"/>
          <w:vAlign w:val="center"/>
        </w:tcPr>
        <w:p w14:paraId="7040A0A0" w14:textId="273C84FE" w:rsidR="007A5A35" w:rsidRPr="007A5A35" w:rsidRDefault="007A5A35" w:rsidP="007A5A35">
          <w:pPr>
            <w:tabs>
              <w:tab w:val="center" w:pos="4536"/>
              <w:tab w:val="right" w:pos="9072"/>
            </w:tabs>
            <w:spacing w:after="0" w:line="240" w:lineRule="auto"/>
            <w:jc w:val="center"/>
            <w:rPr>
              <w:rFonts w:ascii="Arial" w:eastAsia="Calibri" w:hAnsi="Arial" w:cs="Arial"/>
              <w:szCs w:val="20"/>
              <w:lang w:val="tr-TR" w:eastAsia="tr-TR"/>
            </w:rPr>
          </w:pPr>
          <w:r w:rsidRPr="007A5A35">
            <w:rPr>
              <w:rFonts w:ascii="Arial" w:eastAsia="Calibri" w:hAnsi="Arial" w:cs="Arial"/>
              <w:noProof/>
              <w:szCs w:val="20"/>
              <w:lang w:val="tr-TR" w:eastAsia="tr-TR"/>
            </w:rPr>
            <w:drawing>
              <wp:inline distT="0" distB="0" distL="0" distR="0" wp14:anchorId="3BEC3882" wp14:editId="54E9C522">
                <wp:extent cx="838200" cy="8382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c>
        <w:tcPr>
          <w:tcW w:w="5270" w:type="dxa"/>
          <w:vMerge w:val="restart"/>
          <w:vAlign w:val="center"/>
        </w:tcPr>
        <w:p w14:paraId="2B68525F" w14:textId="60D3C5D9" w:rsidR="007A5A35" w:rsidRPr="007A5A35" w:rsidRDefault="007A5A35" w:rsidP="007A5A35">
          <w:pPr>
            <w:tabs>
              <w:tab w:val="center" w:pos="4536"/>
              <w:tab w:val="right" w:pos="9072"/>
            </w:tabs>
            <w:spacing w:after="0" w:line="240" w:lineRule="auto"/>
            <w:jc w:val="center"/>
            <w:rPr>
              <w:rFonts w:ascii="Times New Roman" w:eastAsia="Calibri" w:hAnsi="Times New Roman" w:cs="Times New Roman"/>
              <w:b/>
              <w:szCs w:val="20"/>
              <w:lang w:val="tr-TR" w:eastAsia="tr-TR"/>
            </w:rPr>
          </w:pPr>
          <w:r w:rsidRPr="007A5A35">
            <w:rPr>
              <w:rFonts w:ascii="Times New Roman" w:hAnsi="Times New Roman" w:cs="Times New Roman"/>
              <w:b/>
              <w:sz w:val="24"/>
              <w:szCs w:val="20"/>
            </w:rPr>
            <w:t>YURT İÇ</w:t>
          </w:r>
          <w:r>
            <w:rPr>
              <w:rFonts w:ascii="Times New Roman" w:hAnsi="Times New Roman" w:cs="Times New Roman"/>
              <w:b/>
              <w:sz w:val="24"/>
              <w:szCs w:val="20"/>
            </w:rPr>
            <w:t>İ</w:t>
          </w:r>
          <w:r w:rsidRPr="007A5A35">
            <w:rPr>
              <w:rFonts w:ascii="Times New Roman" w:hAnsi="Times New Roman" w:cs="Times New Roman"/>
              <w:b/>
              <w:sz w:val="24"/>
              <w:szCs w:val="20"/>
            </w:rPr>
            <w:t xml:space="preserve"> SÜREKL</w:t>
          </w:r>
          <w:r>
            <w:rPr>
              <w:rFonts w:ascii="Times New Roman" w:hAnsi="Times New Roman" w:cs="Times New Roman"/>
              <w:b/>
              <w:sz w:val="24"/>
              <w:szCs w:val="20"/>
            </w:rPr>
            <w:t>İ</w:t>
          </w:r>
          <w:r w:rsidRPr="007A5A35">
            <w:rPr>
              <w:rFonts w:ascii="Times New Roman" w:hAnsi="Times New Roman" w:cs="Times New Roman"/>
              <w:b/>
              <w:sz w:val="24"/>
              <w:szCs w:val="20"/>
            </w:rPr>
            <w:t xml:space="preserve"> GÖREV YOLLUĞU ÖDEMELER</w:t>
          </w:r>
          <w:r>
            <w:rPr>
              <w:rFonts w:ascii="Times New Roman" w:hAnsi="Times New Roman" w:cs="Times New Roman"/>
              <w:b/>
              <w:sz w:val="24"/>
              <w:szCs w:val="20"/>
            </w:rPr>
            <w:t>İ</w:t>
          </w:r>
          <w:r w:rsidRPr="007A5A35">
            <w:rPr>
              <w:rFonts w:ascii="Times New Roman" w:hAnsi="Times New Roman" w:cs="Times New Roman"/>
              <w:b/>
              <w:sz w:val="24"/>
              <w:szCs w:val="20"/>
            </w:rPr>
            <w:t>NE İL</w:t>
          </w:r>
          <w:r>
            <w:rPr>
              <w:rFonts w:ascii="Times New Roman" w:hAnsi="Times New Roman" w:cs="Times New Roman"/>
              <w:b/>
              <w:sz w:val="24"/>
              <w:szCs w:val="20"/>
            </w:rPr>
            <w:t>İ</w:t>
          </w:r>
          <w:r w:rsidRPr="007A5A35">
            <w:rPr>
              <w:rFonts w:ascii="Times New Roman" w:hAnsi="Times New Roman" w:cs="Times New Roman"/>
              <w:b/>
              <w:sz w:val="24"/>
              <w:szCs w:val="20"/>
            </w:rPr>
            <w:t>ŞK</w:t>
          </w:r>
          <w:r>
            <w:rPr>
              <w:rFonts w:ascii="Times New Roman" w:hAnsi="Times New Roman" w:cs="Times New Roman"/>
              <w:b/>
              <w:sz w:val="24"/>
              <w:szCs w:val="20"/>
            </w:rPr>
            <w:t>İ</w:t>
          </w:r>
          <w:r w:rsidRPr="007A5A35">
            <w:rPr>
              <w:rFonts w:ascii="Times New Roman" w:hAnsi="Times New Roman" w:cs="Times New Roman"/>
              <w:b/>
              <w:sz w:val="24"/>
              <w:szCs w:val="20"/>
            </w:rPr>
            <w:t>N ÖN MAL</w:t>
          </w:r>
          <w:r>
            <w:rPr>
              <w:rFonts w:ascii="Times New Roman" w:hAnsi="Times New Roman" w:cs="Times New Roman"/>
              <w:b/>
              <w:sz w:val="24"/>
              <w:szCs w:val="20"/>
            </w:rPr>
            <w:t>İ</w:t>
          </w:r>
          <w:r w:rsidRPr="007A5A35">
            <w:rPr>
              <w:rFonts w:ascii="Times New Roman" w:hAnsi="Times New Roman" w:cs="Times New Roman"/>
              <w:b/>
              <w:sz w:val="24"/>
              <w:szCs w:val="20"/>
            </w:rPr>
            <w:t xml:space="preserve"> KONTROL L</w:t>
          </w:r>
          <w:r>
            <w:rPr>
              <w:rFonts w:ascii="Times New Roman" w:hAnsi="Times New Roman" w:cs="Times New Roman"/>
              <w:b/>
              <w:sz w:val="24"/>
              <w:szCs w:val="20"/>
            </w:rPr>
            <w:t>İ</w:t>
          </w:r>
          <w:r w:rsidRPr="007A5A35">
            <w:rPr>
              <w:rFonts w:ascii="Times New Roman" w:hAnsi="Times New Roman" w:cs="Times New Roman"/>
              <w:b/>
              <w:sz w:val="24"/>
              <w:szCs w:val="20"/>
            </w:rPr>
            <w:t>STE FORMU</w:t>
          </w:r>
        </w:p>
      </w:tc>
      <w:tc>
        <w:tcPr>
          <w:tcW w:w="2126" w:type="dxa"/>
          <w:vAlign w:val="center"/>
        </w:tcPr>
        <w:p w14:paraId="5C2CE359" w14:textId="77777777" w:rsidR="007A5A35" w:rsidRPr="007A5A35" w:rsidRDefault="007A5A35" w:rsidP="007A5A35">
          <w:pPr>
            <w:tabs>
              <w:tab w:val="center" w:pos="4536"/>
              <w:tab w:val="right" w:pos="9072"/>
            </w:tabs>
            <w:spacing w:after="0" w:line="240" w:lineRule="auto"/>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Doküman No</w:t>
          </w:r>
        </w:p>
      </w:tc>
      <w:tc>
        <w:tcPr>
          <w:tcW w:w="1474" w:type="dxa"/>
          <w:vAlign w:val="center"/>
        </w:tcPr>
        <w:p w14:paraId="411AA932" w14:textId="717CD966" w:rsidR="007A5A35" w:rsidRPr="007A5A35" w:rsidRDefault="007A5A35" w:rsidP="007A5A35">
          <w:pPr>
            <w:tabs>
              <w:tab w:val="center" w:pos="4536"/>
              <w:tab w:val="right" w:pos="9072"/>
            </w:tabs>
            <w:spacing w:after="0" w:line="240" w:lineRule="auto"/>
            <w:rPr>
              <w:rFonts w:ascii="Times New Roman" w:eastAsia="Calibri" w:hAnsi="Times New Roman" w:cs="Times New Roman"/>
              <w:b/>
              <w:sz w:val="24"/>
              <w:lang w:val="tr-TR" w:eastAsia="tr-TR"/>
            </w:rPr>
          </w:pPr>
          <w:r w:rsidRPr="007A5A35">
            <w:rPr>
              <w:rFonts w:ascii="Times New Roman" w:eastAsia="Calibri" w:hAnsi="Times New Roman" w:cs="Times New Roman"/>
              <w:b/>
              <w:sz w:val="24"/>
              <w:lang w:val="tr-TR" w:eastAsia="tr-TR"/>
            </w:rPr>
            <w:t>FR.</w:t>
          </w:r>
          <w:r>
            <w:rPr>
              <w:rFonts w:ascii="Times New Roman" w:eastAsia="Calibri" w:hAnsi="Times New Roman" w:cs="Times New Roman"/>
              <w:b/>
              <w:sz w:val="24"/>
              <w:lang w:val="tr-TR" w:eastAsia="tr-TR"/>
            </w:rPr>
            <w:t>642</w:t>
          </w:r>
        </w:p>
      </w:tc>
    </w:tr>
    <w:tr w:rsidR="007A5A35" w:rsidRPr="007A5A35" w14:paraId="144D5FB7" w14:textId="77777777" w:rsidTr="00C0192B">
      <w:trPr>
        <w:trHeight w:val="261"/>
      </w:trPr>
      <w:tc>
        <w:tcPr>
          <w:tcW w:w="1676" w:type="dxa"/>
          <w:vMerge/>
          <w:vAlign w:val="center"/>
        </w:tcPr>
        <w:p w14:paraId="586E7578" w14:textId="77777777" w:rsidR="007A5A35" w:rsidRPr="007A5A35" w:rsidRDefault="007A5A35" w:rsidP="007A5A35">
          <w:pPr>
            <w:tabs>
              <w:tab w:val="center" w:pos="4536"/>
              <w:tab w:val="right" w:pos="9072"/>
            </w:tabs>
            <w:spacing w:after="0" w:line="240" w:lineRule="auto"/>
            <w:jc w:val="center"/>
            <w:rPr>
              <w:rFonts w:ascii="Arial" w:eastAsia="Calibri" w:hAnsi="Arial" w:cs="Arial"/>
              <w:szCs w:val="20"/>
              <w:lang w:val="tr-TR" w:eastAsia="tr-TR"/>
            </w:rPr>
          </w:pPr>
        </w:p>
      </w:tc>
      <w:tc>
        <w:tcPr>
          <w:tcW w:w="5270" w:type="dxa"/>
          <w:vMerge/>
          <w:vAlign w:val="center"/>
        </w:tcPr>
        <w:p w14:paraId="209D54F0" w14:textId="77777777" w:rsidR="007A5A35" w:rsidRPr="007A5A35" w:rsidRDefault="007A5A35" w:rsidP="007A5A35">
          <w:pPr>
            <w:tabs>
              <w:tab w:val="center" w:pos="4536"/>
              <w:tab w:val="right" w:pos="9072"/>
            </w:tabs>
            <w:spacing w:after="0" w:line="240" w:lineRule="auto"/>
            <w:jc w:val="center"/>
            <w:rPr>
              <w:rFonts w:ascii="Arial" w:eastAsia="Calibri" w:hAnsi="Arial" w:cs="Arial"/>
              <w:szCs w:val="20"/>
              <w:lang w:val="tr-TR" w:eastAsia="tr-TR"/>
            </w:rPr>
          </w:pPr>
        </w:p>
      </w:tc>
      <w:tc>
        <w:tcPr>
          <w:tcW w:w="2126" w:type="dxa"/>
          <w:vAlign w:val="center"/>
        </w:tcPr>
        <w:p w14:paraId="4ED03495" w14:textId="77777777" w:rsidR="007A5A35" w:rsidRPr="007A5A35" w:rsidRDefault="007A5A35" w:rsidP="007A5A35">
          <w:pPr>
            <w:tabs>
              <w:tab w:val="center" w:pos="4536"/>
              <w:tab w:val="right" w:pos="9072"/>
            </w:tabs>
            <w:spacing w:after="0" w:line="240" w:lineRule="auto"/>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İlk Yayın Tarihi</w:t>
          </w:r>
        </w:p>
      </w:tc>
      <w:tc>
        <w:tcPr>
          <w:tcW w:w="1474" w:type="dxa"/>
          <w:vAlign w:val="center"/>
        </w:tcPr>
        <w:p w14:paraId="247E1737" w14:textId="76A07E54" w:rsidR="007A5A35" w:rsidRPr="007A5A35" w:rsidRDefault="007A5A35" w:rsidP="007A5A35">
          <w:pPr>
            <w:tabs>
              <w:tab w:val="center" w:pos="4536"/>
              <w:tab w:val="right" w:pos="9072"/>
            </w:tabs>
            <w:spacing w:after="0" w:line="240" w:lineRule="auto"/>
            <w:rPr>
              <w:rFonts w:ascii="Times New Roman" w:eastAsia="Calibri" w:hAnsi="Times New Roman" w:cs="Times New Roman"/>
              <w:b/>
              <w:sz w:val="24"/>
              <w:lang w:val="tr-TR" w:eastAsia="tr-TR"/>
            </w:rPr>
          </w:pPr>
          <w:r w:rsidRPr="007A5A35">
            <w:rPr>
              <w:rFonts w:ascii="Times New Roman" w:eastAsia="Calibri" w:hAnsi="Times New Roman" w:cs="Times New Roman"/>
              <w:b/>
              <w:sz w:val="24"/>
              <w:lang w:val="tr-TR" w:eastAsia="tr-TR"/>
            </w:rPr>
            <w:t>0</w:t>
          </w:r>
          <w:r>
            <w:rPr>
              <w:rFonts w:ascii="Times New Roman" w:eastAsia="Calibri" w:hAnsi="Times New Roman" w:cs="Times New Roman"/>
              <w:b/>
              <w:sz w:val="24"/>
              <w:lang w:val="tr-TR" w:eastAsia="tr-TR"/>
            </w:rPr>
            <w:t>3</w:t>
          </w:r>
          <w:r w:rsidRPr="007A5A35">
            <w:rPr>
              <w:rFonts w:ascii="Times New Roman" w:eastAsia="Calibri" w:hAnsi="Times New Roman" w:cs="Times New Roman"/>
              <w:b/>
              <w:sz w:val="24"/>
              <w:lang w:val="tr-TR" w:eastAsia="tr-TR"/>
            </w:rPr>
            <w:t>.0</w:t>
          </w:r>
          <w:r>
            <w:rPr>
              <w:rFonts w:ascii="Times New Roman" w:eastAsia="Calibri" w:hAnsi="Times New Roman" w:cs="Times New Roman"/>
              <w:b/>
              <w:sz w:val="24"/>
              <w:lang w:val="tr-TR" w:eastAsia="tr-TR"/>
            </w:rPr>
            <w:t>8</w:t>
          </w:r>
          <w:r w:rsidRPr="007A5A35">
            <w:rPr>
              <w:rFonts w:ascii="Times New Roman" w:eastAsia="Calibri" w:hAnsi="Times New Roman" w:cs="Times New Roman"/>
              <w:b/>
              <w:sz w:val="24"/>
              <w:lang w:val="tr-TR" w:eastAsia="tr-TR"/>
            </w:rPr>
            <w:t>.202</w:t>
          </w:r>
          <w:r>
            <w:rPr>
              <w:rFonts w:ascii="Times New Roman" w:eastAsia="Calibri" w:hAnsi="Times New Roman" w:cs="Times New Roman"/>
              <w:b/>
              <w:sz w:val="24"/>
              <w:lang w:val="tr-TR" w:eastAsia="tr-TR"/>
            </w:rPr>
            <w:t>6</w:t>
          </w:r>
        </w:p>
      </w:tc>
    </w:tr>
    <w:tr w:rsidR="007A5A35" w:rsidRPr="007A5A35" w14:paraId="24CDA836" w14:textId="77777777" w:rsidTr="00C0192B">
      <w:trPr>
        <w:trHeight w:val="261"/>
      </w:trPr>
      <w:tc>
        <w:tcPr>
          <w:tcW w:w="1676" w:type="dxa"/>
          <w:vMerge/>
          <w:vAlign w:val="center"/>
        </w:tcPr>
        <w:p w14:paraId="775DB4F0" w14:textId="77777777" w:rsidR="007A5A35" w:rsidRPr="007A5A35" w:rsidRDefault="007A5A35" w:rsidP="007A5A35">
          <w:pPr>
            <w:tabs>
              <w:tab w:val="center" w:pos="4536"/>
              <w:tab w:val="right" w:pos="9072"/>
            </w:tabs>
            <w:spacing w:after="0" w:line="240" w:lineRule="auto"/>
            <w:jc w:val="center"/>
            <w:rPr>
              <w:rFonts w:ascii="Arial" w:eastAsia="Calibri" w:hAnsi="Arial" w:cs="Arial"/>
              <w:szCs w:val="20"/>
              <w:lang w:val="tr-TR" w:eastAsia="tr-TR"/>
            </w:rPr>
          </w:pPr>
        </w:p>
      </w:tc>
      <w:tc>
        <w:tcPr>
          <w:tcW w:w="5270" w:type="dxa"/>
          <w:vMerge/>
          <w:vAlign w:val="center"/>
        </w:tcPr>
        <w:p w14:paraId="60F343A3" w14:textId="77777777" w:rsidR="007A5A35" w:rsidRPr="007A5A35" w:rsidRDefault="007A5A35" w:rsidP="007A5A35">
          <w:pPr>
            <w:tabs>
              <w:tab w:val="center" w:pos="4536"/>
              <w:tab w:val="right" w:pos="9072"/>
            </w:tabs>
            <w:spacing w:after="0" w:line="240" w:lineRule="auto"/>
            <w:jc w:val="center"/>
            <w:rPr>
              <w:rFonts w:ascii="Arial" w:eastAsia="Calibri" w:hAnsi="Arial" w:cs="Arial"/>
              <w:szCs w:val="20"/>
              <w:lang w:val="tr-TR" w:eastAsia="tr-TR"/>
            </w:rPr>
          </w:pPr>
        </w:p>
      </w:tc>
      <w:tc>
        <w:tcPr>
          <w:tcW w:w="2126" w:type="dxa"/>
          <w:vAlign w:val="center"/>
        </w:tcPr>
        <w:p w14:paraId="6F76A625" w14:textId="77777777" w:rsidR="007A5A35" w:rsidRPr="007A5A35" w:rsidRDefault="007A5A35" w:rsidP="007A5A35">
          <w:pPr>
            <w:tabs>
              <w:tab w:val="center" w:pos="4536"/>
              <w:tab w:val="right" w:pos="9072"/>
            </w:tabs>
            <w:spacing w:after="0" w:line="240" w:lineRule="auto"/>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Revizyon Tarihi</w:t>
          </w:r>
        </w:p>
      </w:tc>
      <w:tc>
        <w:tcPr>
          <w:tcW w:w="1474" w:type="dxa"/>
          <w:vAlign w:val="center"/>
        </w:tcPr>
        <w:p w14:paraId="35D0C2CB" w14:textId="55A81923" w:rsidR="007A5A35" w:rsidRPr="007A5A35" w:rsidRDefault="007A5A35" w:rsidP="007A5A35">
          <w:pPr>
            <w:tabs>
              <w:tab w:val="center" w:pos="4536"/>
              <w:tab w:val="right" w:pos="9072"/>
            </w:tabs>
            <w:spacing w:after="0" w:line="240" w:lineRule="auto"/>
            <w:rPr>
              <w:rFonts w:ascii="Times New Roman" w:eastAsia="Calibri" w:hAnsi="Times New Roman" w:cs="Times New Roman"/>
              <w:b/>
              <w:sz w:val="24"/>
              <w:lang w:val="tr-TR" w:eastAsia="tr-TR"/>
            </w:rPr>
          </w:pPr>
          <w:r>
            <w:rPr>
              <w:rFonts w:ascii="Times New Roman" w:eastAsia="Calibri" w:hAnsi="Times New Roman" w:cs="Times New Roman"/>
              <w:b/>
              <w:sz w:val="24"/>
              <w:lang w:val="tr-TR" w:eastAsia="tr-TR"/>
            </w:rPr>
            <w:t>-</w:t>
          </w:r>
        </w:p>
      </w:tc>
    </w:tr>
    <w:tr w:rsidR="007A5A35" w:rsidRPr="007A5A35" w14:paraId="1B942C40" w14:textId="77777777" w:rsidTr="00C0192B">
      <w:trPr>
        <w:trHeight w:val="261"/>
      </w:trPr>
      <w:tc>
        <w:tcPr>
          <w:tcW w:w="1676" w:type="dxa"/>
          <w:vMerge/>
          <w:vAlign w:val="center"/>
        </w:tcPr>
        <w:p w14:paraId="00BAD785" w14:textId="77777777" w:rsidR="007A5A35" w:rsidRPr="007A5A35" w:rsidRDefault="007A5A35" w:rsidP="007A5A35">
          <w:pPr>
            <w:tabs>
              <w:tab w:val="center" w:pos="4536"/>
              <w:tab w:val="right" w:pos="9072"/>
            </w:tabs>
            <w:spacing w:after="0" w:line="240" w:lineRule="auto"/>
            <w:jc w:val="center"/>
            <w:rPr>
              <w:rFonts w:ascii="Arial" w:eastAsia="Calibri" w:hAnsi="Arial" w:cs="Arial"/>
              <w:szCs w:val="20"/>
              <w:lang w:val="tr-TR" w:eastAsia="tr-TR"/>
            </w:rPr>
          </w:pPr>
        </w:p>
      </w:tc>
      <w:tc>
        <w:tcPr>
          <w:tcW w:w="5270" w:type="dxa"/>
          <w:vMerge/>
          <w:vAlign w:val="center"/>
        </w:tcPr>
        <w:p w14:paraId="1AEAA9C3" w14:textId="77777777" w:rsidR="007A5A35" w:rsidRPr="007A5A35" w:rsidRDefault="007A5A35" w:rsidP="007A5A35">
          <w:pPr>
            <w:tabs>
              <w:tab w:val="center" w:pos="4536"/>
              <w:tab w:val="right" w:pos="9072"/>
            </w:tabs>
            <w:spacing w:after="0" w:line="240" w:lineRule="auto"/>
            <w:jc w:val="center"/>
            <w:rPr>
              <w:rFonts w:ascii="Arial" w:eastAsia="Calibri" w:hAnsi="Arial" w:cs="Arial"/>
              <w:szCs w:val="20"/>
              <w:lang w:val="tr-TR" w:eastAsia="tr-TR"/>
            </w:rPr>
          </w:pPr>
        </w:p>
      </w:tc>
      <w:tc>
        <w:tcPr>
          <w:tcW w:w="2126" w:type="dxa"/>
          <w:vAlign w:val="center"/>
        </w:tcPr>
        <w:p w14:paraId="377F6A45" w14:textId="77777777" w:rsidR="007A5A35" w:rsidRPr="007A5A35" w:rsidRDefault="007A5A35" w:rsidP="007A5A35">
          <w:pPr>
            <w:tabs>
              <w:tab w:val="center" w:pos="4536"/>
              <w:tab w:val="right" w:pos="9072"/>
            </w:tabs>
            <w:spacing w:after="0" w:line="240" w:lineRule="auto"/>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Revizyon No</w:t>
          </w:r>
        </w:p>
      </w:tc>
      <w:tc>
        <w:tcPr>
          <w:tcW w:w="1474" w:type="dxa"/>
          <w:vAlign w:val="center"/>
        </w:tcPr>
        <w:p w14:paraId="2E1CA289" w14:textId="7EFA5056" w:rsidR="007A5A35" w:rsidRPr="007A5A35" w:rsidRDefault="007A5A35" w:rsidP="007A5A35">
          <w:pPr>
            <w:tabs>
              <w:tab w:val="center" w:pos="4536"/>
              <w:tab w:val="right" w:pos="9072"/>
            </w:tabs>
            <w:spacing w:after="0" w:line="240" w:lineRule="auto"/>
            <w:rPr>
              <w:rFonts w:ascii="Times New Roman" w:eastAsia="Calibri" w:hAnsi="Times New Roman" w:cs="Times New Roman"/>
              <w:b/>
              <w:sz w:val="24"/>
              <w:lang w:val="tr-TR" w:eastAsia="tr-TR"/>
            </w:rPr>
          </w:pPr>
          <w:r>
            <w:rPr>
              <w:rFonts w:ascii="Times New Roman" w:eastAsia="Calibri" w:hAnsi="Times New Roman" w:cs="Times New Roman"/>
              <w:b/>
              <w:sz w:val="24"/>
              <w:lang w:val="tr-TR" w:eastAsia="tr-TR"/>
            </w:rPr>
            <w:t>0</w:t>
          </w:r>
        </w:p>
      </w:tc>
    </w:tr>
    <w:tr w:rsidR="007A5A35" w:rsidRPr="007A5A35" w14:paraId="678220C1" w14:textId="77777777" w:rsidTr="00C0192B">
      <w:trPr>
        <w:trHeight w:val="261"/>
      </w:trPr>
      <w:tc>
        <w:tcPr>
          <w:tcW w:w="1676" w:type="dxa"/>
          <w:vMerge/>
          <w:vAlign w:val="center"/>
        </w:tcPr>
        <w:p w14:paraId="1E725BDC" w14:textId="77777777" w:rsidR="007A5A35" w:rsidRPr="007A5A35" w:rsidRDefault="007A5A35" w:rsidP="007A5A35">
          <w:pPr>
            <w:tabs>
              <w:tab w:val="center" w:pos="4536"/>
              <w:tab w:val="right" w:pos="9072"/>
            </w:tabs>
            <w:spacing w:after="0" w:line="240" w:lineRule="auto"/>
            <w:jc w:val="center"/>
            <w:rPr>
              <w:rFonts w:ascii="Arial" w:eastAsia="Calibri" w:hAnsi="Arial" w:cs="Arial"/>
              <w:szCs w:val="20"/>
              <w:lang w:val="tr-TR" w:eastAsia="tr-TR"/>
            </w:rPr>
          </w:pPr>
        </w:p>
      </w:tc>
      <w:tc>
        <w:tcPr>
          <w:tcW w:w="5270" w:type="dxa"/>
          <w:vMerge/>
          <w:vAlign w:val="center"/>
        </w:tcPr>
        <w:p w14:paraId="243ABAC6" w14:textId="77777777" w:rsidR="007A5A35" w:rsidRPr="007A5A35" w:rsidRDefault="007A5A35" w:rsidP="007A5A35">
          <w:pPr>
            <w:tabs>
              <w:tab w:val="center" w:pos="4536"/>
              <w:tab w:val="right" w:pos="9072"/>
            </w:tabs>
            <w:spacing w:after="0" w:line="240" w:lineRule="auto"/>
            <w:jc w:val="center"/>
            <w:rPr>
              <w:rFonts w:ascii="Arial" w:eastAsia="Calibri" w:hAnsi="Arial" w:cs="Arial"/>
              <w:szCs w:val="20"/>
              <w:lang w:val="tr-TR" w:eastAsia="tr-TR"/>
            </w:rPr>
          </w:pPr>
        </w:p>
      </w:tc>
      <w:tc>
        <w:tcPr>
          <w:tcW w:w="2126" w:type="dxa"/>
          <w:vAlign w:val="center"/>
        </w:tcPr>
        <w:p w14:paraId="7C1C0C14" w14:textId="77777777" w:rsidR="007A5A35" w:rsidRPr="007A5A35" w:rsidRDefault="007A5A35" w:rsidP="007A5A35">
          <w:pPr>
            <w:tabs>
              <w:tab w:val="center" w:pos="4536"/>
              <w:tab w:val="right" w:pos="9072"/>
            </w:tabs>
            <w:spacing w:after="0" w:line="240" w:lineRule="auto"/>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Sayfa</w:t>
          </w:r>
        </w:p>
      </w:tc>
      <w:tc>
        <w:tcPr>
          <w:tcW w:w="1474" w:type="dxa"/>
          <w:vAlign w:val="center"/>
        </w:tcPr>
        <w:p w14:paraId="5B084669" w14:textId="77777777" w:rsidR="007A5A35" w:rsidRPr="007A5A35" w:rsidRDefault="007A5A35" w:rsidP="007A5A35">
          <w:pPr>
            <w:tabs>
              <w:tab w:val="center" w:pos="4536"/>
              <w:tab w:val="right" w:pos="9072"/>
            </w:tabs>
            <w:spacing w:after="0" w:line="240" w:lineRule="auto"/>
            <w:rPr>
              <w:rFonts w:ascii="Times New Roman" w:eastAsia="Calibri" w:hAnsi="Times New Roman" w:cs="Times New Roman"/>
              <w:b/>
              <w:sz w:val="24"/>
              <w:lang w:val="tr-TR" w:eastAsia="tr-TR"/>
            </w:rPr>
          </w:pPr>
          <w:r w:rsidRPr="007A5A35">
            <w:rPr>
              <w:rFonts w:ascii="Times New Roman" w:eastAsia="Calibri" w:hAnsi="Times New Roman" w:cs="Times New Roman"/>
              <w:b/>
              <w:sz w:val="24"/>
              <w:lang w:val="tr-TR" w:eastAsia="tr-TR"/>
            </w:rPr>
            <w:fldChar w:fldCharType="begin"/>
          </w:r>
          <w:r w:rsidRPr="007A5A35">
            <w:rPr>
              <w:rFonts w:ascii="Times New Roman" w:eastAsia="Calibri" w:hAnsi="Times New Roman" w:cs="Times New Roman"/>
              <w:b/>
              <w:sz w:val="24"/>
              <w:lang w:val="tr-TR" w:eastAsia="tr-TR"/>
            </w:rPr>
            <w:instrText xml:space="preserve"> PAGE   \* MERGEFORMAT </w:instrText>
          </w:r>
          <w:r w:rsidRPr="007A5A35">
            <w:rPr>
              <w:rFonts w:ascii="Times New Roman" w:eastAsia="Calibri" w:hAnsi="Times New Roman" w:cs="Times New Roman"/>
              <w:b/>
              <w:sz w:val="24"/>
              <w:lang w:val="tr-TR" w:eastAsia="tr-TR"/>
            </w:rPr>
            <w:fldChar w:fldCharType="separate"/>
          </w:r>
          <w:r w:rsidRPr="007A5A35">
            <w:rPr>
              <w:rFonts w:ascii="Times New Roman" w:eastAsia="Calibri" w:hAnsi="Times New Roman" w:cs="Times New Roman"/>
              <w:b/>
              <w:noProof/>
              <w:sz w:val="24"/>
              <w:lang w:val="tr-TR" w:eastAsia="tr-TR"/>
            </w:rPr>
            <w:t>1</w:t>
          </w:r>
          <w:r w:rsidRPr="007A5A35">
            <w:rPr>
              <w:rFonts w:ascii="Times New Roman" w:eastAsia="Calibri" w:hAnsi="Times New Roman" w:cs="Times New Roman"/>
              <w:b/>
              <w:sz w:val="24"/>
              <w:lang w:val="tr-TR" w:eastAsia="tr-TR"/>
            </w:rPr>
            <w:fldChar w:fldCharType="end"/>
          </w:r>
          <w:r w:rsidRPr="007A5A35">
            <w:rPr>
              <w:rFonts w:ascii="Times New Roman" w:eastAsia="Calibri" w:hAnsi="Times New Roman" w:cs="Times New Roman"/>
              <w:b/>
              <w:sz w:val="24"/>
              <w:lang w:val="tr-TR" w:eastAsia="tr-TR"/>
            </w:rPr>
            <w:t>/</w:t>
          </w:r>
          <w:r w:rsidRPr="007A5A35">
            <w:rPr>
              <w:rFonts w:ascii="Times New Roman" w:eastAsia="Calibri" w:hAnsi="Times New Roman" w:cs="Times New Roman"/>
              <w:sz w:val="24"/>
              <w:lang w:val="tr-TR" w:eastAsia="tr-TR"/>
            </w:rPr>
            <w:fldChar w:fldCharType="begin"/>
          </w:r>
          <w:r w:rsidRPr="007A5A35">
            <w:rPr>
              <w:rFonts w:ascii="Times New Roman" w:eastAsia="Calibri" w:hAnsi="Times New Roman" w:cs="Times New Roman"/>
              <w:sz w:val="24"/>
              <w:lang w:val="tr-TR" w:eastAsia="tr-TR"/>
            </w:rPr>
            <w:instrText xml:space="preserve"> NUMPAGES   \* MERGEFORMAT </w:instrText>
          </w:r>
          <w:r w:rsidRPr="007A5A35">
            <w:rPr>
              <w:rFonts w:ascii="Times New Roman" w:eastAsia="Calibri" w:hAnsi="Times New Roman" w:cs="Times New Roman"/>
              <w:sz w:val="24"/>
              <w:lang w:val="tr-TR" w:eastAsia="tr-TR"/>
            </w:rPr>
            <w:fldChar w:fldCharType="separate"/>
          </w:r>
          <w:r w:rsidRPr="007A5A35">
            <w:rPr>
              <w:rFonts w:ascii="Times New Roman" w:eastAsia="Calibri" w:hAnsi="Times New Roman" w:cs="Times New Roman"/>
              <w:b/>
              <w:noProof/>
              <w:sz w:val="24"/>
              <w:lang w:val="tr-TR" w:eastAsia="tr-TR"/>
            </w:rPr>
            <w:t>1</w:t>
          </w:r>
          <w:r w:rsidRPr="007A5A35">
            <w:rPr>
              <w:rFonts w:ascii="Times New Roman" w:eastAsia="Calibri" w:hAnsi="Times New Roman" w:cs="Times New Roman"/>
              <w:b/>
              <w:noProof/>
              <w:sz w:val="24"/>
              <w:lang w:val="tr-TR" w:eastAsia="tr-TR"/>
            </w:rPr>
            <w:fldChar w:fldCharType="end"/>
          </w:r>
        </w:p>
      </w:tc>
    </w:tr>
  </w:tbl>
  <w:p w14:paraId="7E4D8E84" w14:textId="77777777" w:rsidR="007A5A35" w:rsidRDefault="007A5A35">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15F6B" w14:textId="77777777" w:rsidR="007A5A35" w:rsidRDefault="007A5A3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554200028">
    <w:abstractNumId w:val="8"/>
  </w:num>
  <w:num w:numId="2" w16cid:durableId="723135967">
    <w:abstractNumId w:val="6"/>
  </w:num>
  <w:num w:numId="3" w16cid:durableId="1814758774">
    <w:abstractNumId w:val="5"/>
  </w:num>
  <w:num w:numId="4" w16cid:durableId="1241134221">
    <w:abstractNumId w:val="4"/>
  </w:num>
  <w:num w:numId="5" w16cid:durableId="965963797">
    <w:abstractNumId w:val="7"/>
  </w:num>
  <w:num w:numId="6" w16cid:durableId="2142383651">
    <w:abstractNumId w:val="3"/>
  </w:num>
  <w:num w:numId="7" w16cid:durableId="21052271">
    <w:abstractNumId w:val="2"/>
  </w:num>
  <w:num w:numId="8" w16cid:durableId="505708141">
    <w:abstractNumId w:val="1"/>
  </w:num>
  <w:num w:numId="9" w16cid:durableId="1369332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23BD3"/>
    <w:rsid w:val="0015074B"/>
    <w:rsid w:val="001567A3"/>
    <w:rsid w:val="0029639D"/>
    <w:rsid w:val="00326F90"/>
    <w:rsid w:val="00344267"/>
    <w:rsid w:val="00350BF0"/>
    <w:rsid w:val="003D678A"/>
    <w:rsid w:val="0049466B"/>
    <w:rsid w:val="006A3593"/>
    <w:rsid w:val="006C17B4"/>
    <w:rsid w:val="006E0F1E"/>
    <w:rsid w:val="00780547"/>
    <w:rsid w:val="007A5A35"/>
    <w:rsid w:val="009A140A"/>
    <w:rsid w:val="00AA1D8D"/>
    <w:rsid w:val="00B22B04"/>
    <w:rsid w:val="00B47730"/>
    <w:rsid w:val="00B71931"/>
    <w:rsid w:val="00CB0664"/>
    <w:rsid w:val="00D07467"/>
    <w:rsid w:val="00DE3D0A"/>
    <w:rsid w:val="00ED115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9EA2FE"/>
  <w14:defaultImageDpi w14:val="300"/>
  <w15:docId w15:val="{C2847196-2C28-4146-8CD9-2BCEA6838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291</Words>
  <Characters>1664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ACER</cp:lastModifiedBy>
  <cp:revision>6</cp:revision>
  <dcterms:created xsi:type="dcterms:W3CDTF">2026-07-27T07:12:00Z</dcterms:created>
  <dcterms:modified xsi:type="dcterms:W3CDTF">2026-08-03T10:56:00Z</dcterms:modified>
  <cp:category/>
</cp:coreProperties>
</file>