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135209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r>
              <w:t>Harcama Birimi</w:t>
            </w:r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135209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6269D9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6269D9" w:rsidRDefault="006269D9" w:rsidP="006269D9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25901B16" w:rsidR="006269D9" w:rsidRDefault="006269D9" w:rsidP="006269D9">
            <w:r w:rsidRPr="00633A4C">
              <w:t>TÜBİTAK Araştırma Projesi Bursiyer Bilgi Formu, Sağlık Provizyon ve Aktivasyon Sistemi (SPAS) Müstahaklık Belgesi, güncel ve aktif Öğrenci Belgesi ile bursiyere ait kimlik bilgileri mevcut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269D9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6269D9" w:rsidRDefault="006269D9" w:rsidP="006269D9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0B193F25" w:rsidR="006269D9" w:rsidRDefault="006269D9" w:rsidP="006269D9">
            <w:r w:rsidRPr="00633A4C">
              <w:t>TÜBİTAK Transfer Formundan alınan Muhasebe İşlem Fişi mevcut ve BAP birimine gerekli üst yazı yazılmış mı?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269D9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6269D9" w:rsidRDefault="006269D9" w:rsidP="006269D9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247D2BC3" w:rsidR="006269D9" w:rsidRDefault="006269D9" w:rsidP="006269D9">
            <w:r w:rsidRPr="00633A4C">
              <w:t>Bütçe Raporu mevcut mu?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269D9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6269D9" w:rsidRDefault="006269D9" w:rsidP="006269D9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5D35020F" w:rsidR="006269D9" w:rsidRDefault="006269D9" w:rsidP="006269D9">
            <w:r w:rsidRPr="00633A4C">
              <w:t xml:space="preserve">Ödeme Emri Belgesindeki hesap kodları, IBAN, T.C. kimlik numarası ve proje kodu doğru mu? 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269D9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6269D9" w:rsidRDefault="006269D9" w:rsidP="006269D9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42D4F3D0" w:rsidR="006269D9" w:rsidRDefault="006269D9" w:rsidP="006269D9">
            <w:r w:rsidRPr="00633A4C">
              <w:t>Ödeme Emri Belgesindeki imzalar yetki çizelgesine uygun mu? Yetki devri yapılmışsa yetki devrine ilişkin belgeler (Yıllık İzin Formu vb.) eklenmiş mi?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…/…/20..</w:t>
      </w:r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3789C" w14:textId="77777777" w:rsidR="00505F54" w:rsidRDefault="00505F54" w:rsidP="00135209">
      <w:pPr>
        <w:spacing w:after="0" w:line="240" w:lineRule="auto"/>
      </w:pPr>
      <w:r>
        <w:separator/>
      </w:r>
    </w:p>
  </w:endnote>
  <w:endnote w:type="continuationSeparator" w:id="0">
    <w:p w14:paraId="2D1F1228" w14:textId="77777777" w:rsidR="00505F54" w:rsidRDefault="00505F54" w:rsidP="0013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0ECA1" w14:textId="77777777" w:rsidR="00135209" w:rsidRDefault="0013520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135209" w:rsidRPr="007A5A35" w14:paraId="43501EE9" w14:textId="77777777" w:rsidTr="00162BCF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805253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E31186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E23ED36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135209" w:rsidRPr="007A5A35" w14:paraId="5B8D56C5" w14:textId="77777777" w:rsidTr="00162BCF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BEB8DE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C70FE3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DB95F64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18BD0058" w14:textId="4EF4E19E" w:rsidR="00135209" w:rsidRDefault="00135209">
    <w:pPr>
      <w:pStyle w:val="AltBilgi"/>
    </w:pPr>
  </w:p>
  <w:p w14:paraId="538C6A03" w14:textId="77777777" w:rsidR="00135209" w:rsidRDefault="0013520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F107A" w14:textId="77777777" w:rsidR="00135209" w:rsidRDefault="0013520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7094E" w14:textId="77777777" w:rsidR="00505F54" w:rsidRDefault="00505F54" w:rsidP="00135209">
      <w:pPr>
        <w:spacing w:after="0" w:line="240" w:lineRule="auto"/>
      </w:pPr>
      <w:r>
        <w:separator/>
      </w:r>
    </w:p>
  </w:footnote>
  <w:footnote w:type="continuationSeparator" w:id="0">
    <w:p w14:paraId="74FC7EAD" w14:textId="77777777" w:rsidR="00505F54" w:rsidRDefault="00505F54" w:rsidP="0013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75662" w14:textId="77777777" w:rsidR="00135209" w:rsidRDefault="0013520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E2C68" w14:textId="77417499" w:rsidR="00135209" w:rsidRDefault="00135209">
    <w:pPr>
      <w:pStyle w:val="stBilgi"/>
    </w:pP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2"/>
      <w:gridCol w:w="2099"/>
      <w:gridCol w:w="1469"/>
    </w:tblGrid>
    <w:tr w:rsidR="00135209" w:rsidRPr="007A5A35" w14:paraId="0EEF5D8C" w14:textId="77777777" w:rsidTr="00162BCF">
      <w:trPr>
        <w:trHeight w:val="261"/>
      </w:trPr>
      <w:tc>
        <w:tcPr>
          <w:tcW w:w="1676" w:type="dxa"/>
          <w:vMerge w:val="restart"/>
          <w:vAlign w:val="center"/>
        </w:tcPr>
        <w:p w14:paraId="2523135C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432392F1" wp14:editId="46C8EE82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4DAA7AFA" w14:textId="58544924" w:rsidR="00135209" w:rsidRPr="00FB4F71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E5001F"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 xml:space="preserve">TÜBİTAK/TUSEB BURSİYER ÖDEME İŞLEMLERİNE </w:t>
          </w:r>
          <w:r w:rsidRPr="00FB4F71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203C9865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4FAF30C9" w14:textId="1BE1F11F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67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1</w:t>
          </w:r>
        </w:p>
      </w:tc>
    </w:tr>
    <w:tr w:rsidR="00135209" w:rsidRPr="007A5A35" w14:paraId="6F3821CD" w14:textId="77777777" w:rsidTr="00162BCF">
      <w:trPr>
        <w:trHeight w:val="261"/>
      </w:trPr>
      <w:tc>
        <w:tcPr>
          <w:tcW w:w="1676" w:type="dxa"/>
          <w:vMerge/>
          <w:vAlign w:val="center"/>
        </w:tcPr>
        <w:p w14:paraId="0FE48520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CD3D81E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7616D947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659A6596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135209" w:rsidRPr="007A5A35" w14:paraId="2B4D418D" w14:textId="77777777" w:rsidTr="00162BCF">
      <w:trPr>
        <w:trHeight w:val="261"/>
      </w:trPr>
      <w:tc>
        <w:tcPr>
          <w:tcW w:w="1676" w:type="dxa"/>
          <w:vMerge/>
          <w:vAlign w:val="center"/>
        </w:tcPr>
        <w:p w14:paraId="5775AE68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8B0AC36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CCB8B0E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77A26017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135209" w:rsidRPr="007A5A35" w14:paraId="761713A0" w14:textId="77777777" w:rsidTr="00162BCF">
      <w:trPr>
        <w:trHeight w:val="261"/>
      </w:trPr>
      <w:tc>
        <w:tcPr>
          <w:tcW w:w="1676" w:type="dxa"/>
          <w:vMerge/>
          <w:vAlign w:val="center"/>
        </w:tcPr>
        <w:p w14:paraId="4DD886FA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6BF0CF9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A61725D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376D45AF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135209" w:rsidRPr="007A5A35" w14:paraId="74F70263" w14:textId="77777777" w:rsidTr="00162BCF">
      <w:trPr>
        <w:trHeight w:val="261"/>
      </w:trPr>
      <w:tc>
        <w:tcPr>
          <w:tcW w:w="1676" w:type="dxa"/>
          <w:vMerge/>
          <w:vAlign w:val="center"/>
        </w:tcPr>
        <w:p w14:paraId="6E58E525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635BBEBD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1B15411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1AF2F03D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06CFCD43" w14:textId="77777777" w:rsidR="00135209" w:rsidRDefault="0013520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E1742" w14:textId="77777777" w:rsidR="00135209" w:rsidRDefault="0013520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35209"/>
    <w:rsid w:val="0015074B"/>
    <w:rsid w:val="001567A3"/>
    <w:rsid w:val="001A668A"/>
    <w:rsid w:val="00214460"/>
    <w:rsid w:val="002377E3"/>
    <w:rsid w:val="0029639D"/>
    <w:rsid w:val="00326F90"/>
    <w:rsid w:val="00350BF0"/>
    <w:rsid w:val="003D678A"/>
    <w:rsid w:val="0045099C"/>
    <w:rsid w:val="004710E6"/>
    <w:rsid w:val="0049466B"/>
    <w:rsid w:val="00505F54"/>
    <w:rsid w:val="005B2152"/>
    <w:rsid w:val="006269D9"/>
    <w:rsid w:val="006A3593"/>
    <w:rsid w:val="006C17B4"/>
    <w:rsid w:val="0073159B"/>
    <w:rsid w:val="00780547"/>
    <w:rsid w:val="008831BD"/>
    <w:rsid w:val="00920C53"/>
    <w:rsid w:val="00982E0E"/>
    <w:rsid w:val="009A140A"/>
    <w:rsid w:val="00AA1D8D"/>
    <w:rsid w:val="00B47730"/>
    <w:rsid w:val="00B71931"/>
    <w:rsid w:val="00C6718A"/>
    <w:rsid w:val="00CB0664"/>
    <w:rsid w:val="00D00C18"/>
    <w:rsid w:val="00D07467"/>
    <w:rsid w:val="00DE3D0A"/>
    <w:rsid w:val="00EA4814"/>
    <w:rsid w:val="00EB2B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626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6</cp:revision>
  <dcterms:created xsi:type="dcterms:W3CDTF">2026-07-27T10:46:00Z</dcterms:created>
  <dcterms:modified xsi:type="dcterms:W3CDTF">2026-08-03T12:48:00Z</dcterms:modified>
  <cp:category/>
</cp:coreProperties>
</file>