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123BD3" w14:paraId="0B11984C" w14:textId="77777777" w:rsidTr="00A04A2E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123BD3" w:rsidRDefault="00000000" w:rsidP="00D07467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123BD3" w:rsidRDefault="00123BD3" w:rsidP="00D07467">
            <w:pPr>
              <w:jc w:val="center"/>
            </w:pPr>
          </w:p>
        </w:tc>
      </w:tr>
      <w:tr w:rsidR="00123BD3" w14:paraId="36CA8615" w14:textId="77777777" w:rsidTr="00A04A2E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123BD3" w:rsidRDefault="00000000">
            <w:proofErr w:type="spellStart"/>
            <w:r>
              <w:t>İşin</w:t>
            </w:r>
            <w:proofErr w:type="spellEnd"/>
            <w:r>
              <w:t xml:space="preserve"> </w:t>
            </w:r>
            <w:proofErr w:type="spellStart"/>
            <w:r>
              <w:t>Adı</w:t>
            </w:r>
            <w:proofErr w:type="spellEnd"/>
          </w:p>
        </w:tc>
        <w:tc>
          <w:tcPr>
            <w:tcW w:w="8438" w:type="dxa"/>
            <w:vAlign w:val="center"/>
          </w:tcPr>
          <w:p w14:paraId="1B235D99" w14:textId="77777777" w:rsidR="00123BD3" w:rsidRDefault="00123BD3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Sıra</w:t>
            </w:r>
            <w:proofErr w:type="spellEnd"/>
            <w:r>
              <w:rPr>
                <w:b/>
              </w:rPr>
              <w:t xml:space="preserve">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Kontrol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Edilecek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Hususlar</w:t>
            </w:r>
            <w:proofErr w:type="spellEnd"/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Zorunlu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Değil</w:t>
            </w:r>
            <w:proofErr w:type="spellEnd"/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proofErr w:type="spellStart"/>
            <w:r>
              <w:rPr>
                <w:b/>
              </w:rPr>
              <w:t>Hayır</w:t>
            </w:r>
            <w:proofErr w:type="spellEnd"/>
          </w:p>
        </w:tc>
      </w:tr>
      <w:tr w:rsidR="009166E6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9166E6" w:rsidRDefault="009166E6" w:rsidP="009166E6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2E03CC63" w:rsidR="009166E6" w:rsidRDefault="009166E6" w:rsidP="009166E6"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Emri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Belgesindeki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bütçe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tertibi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kesinti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kodları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doğru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seçilmiş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mi? </w:t>
            </w:r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( Prim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ödemeleri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kesinti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kodu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kullanılmadan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SGKnin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vergi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numarasına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ödeme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 xml:space="preserve"> </w:t>
            </w:r>
            <w:proofErr w:type="spellStart"/>
            <w:r w:rsidRPr="009166E6">
              <w:rPr>
                <w:rFonts w:ascii="Cambria" w:hAnsi="Cambria" w:cs="Segoe UI"/>
                <w:b/>
                <w:bCs/>
                <w:color w:val="000000"/>
              </w:rPr>
              <w:t>yapılacaktır</w:t>
            </w:r>
            <w:proofErr w:type="spellEnd"/>
            <w:r w:rsidRPr="009166E6">
              <w:rPr>
                <w:rFonts w:ascii="Cambria" w:hAnsi="Cambria" w:cs="Segoe UI"/>
                <w:b/>
                <w:bCs/>
                <w:color w:val="000000"/>
              </w:rPr>
              <w:t>.)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6E6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9166E6" w:rsidRDefault="009166E6" w:rsidP="009166E6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7E43F7A" w:rsidR="009166E6" w:rsidRDefault="009166E6" w:rsidP="009166E6">
            <w:proofErr w:type="spellStart"/>
            <w:r>
              <w:rPr>
                <w:rFonts w:ascii="Cambria" w:hAnsi="Cambria" w:cs="Segoe UI"/>
                <w:color w:val="000000"/>
              </w:rPr>
              <w:t>Harcama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Talimatı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/Onay </w:t>
            </w:r>
            <w:proofErr w:type="spellStart"/>
            <w:r>
              <w:rPr>
                <w:rFonts w:ascii="Cambria" w:hAnsi="Cambria" w:cs="Segoe UI"/>
                <w:color w:val="000000"/>
              </w:rPr>
              <w:t>Belgesi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6E6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9166E6" w:rsidRDefault="009166E6" w:rsidP="009166E6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5A63EEC1" w:rsidR="009166E6" w:rsidRDefault="009166E6" w:rsidP="009166E6">
            <w:proofErr w:type="spellStart"/>
            <w:r>
              <w:rPr>
                <w:rFonts w:ascii="Cambria" w:hAnsi="Cambria" w:cs="Segoe UI"/>
                <w:color w:val="000000"/>
              </w:rPr>
              <w:t>Fiili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Zammı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ödeniyorsa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Fiili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Zammı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Bildirimi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Bordrosu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(</w:t>
            </w:r>
            <w:proofErr w:type="spellStart"/>
            <w:r>
              <w:rPr>
                <w:rFonts w:ascii="Cambria" w:hAnsi="Cambria" w:cs="Segoe UI"/>
                <w:color w:val="000000"/>
              </w:rPr>
              <w:t>sözleşmeli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personel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için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) </w:t>
            </w:r>
            <w:proofErr w:type="spellStart"/>
            <w:r>
              <w:rPr>
                <w:rFonts w:ascii="Cambria" w:hAnsi="Cambria" w:cs="Segoe UI"/>
                <w:color w:val="000000"/>
              </w:rPr>
              <w:t>Tahakkuk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Fişi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ve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6E6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9166E6" w:rsidRDefault="009166E6" w:rsidP="009166E6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7AB06765" w:rsidR="009166E6" w:rsidRDefault="009166E6" w:rsidP="009166E6">
            <w:proofErr w:type="spellStart"/>
            <w:r>
              <w:rPr>
                <w:rFonts w:ascii="Cambria" w:hAnsi="Cambria" w:cs="Segoe UI"/>
                <w:color w:val="000000"/>
              </w:rPr>
              <w:t>Staj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primi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ödeniyorsa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Tahakkuk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Fişi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, </w:t>
            </w:r>
            <w:proofErr w:type="spellStart"/>
            <w:r>
              <w:rPr>
                <w:rFonts w:ascii="Cambria" w:hAnsi="Cambria" w:cs="Segoe UI"/>
                <w:color w:val="000000"/>
              </w:rPr>
              <w:t>Sigortalı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Hizmet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Listesi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Tablosu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6E6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9166E6" w:rsidRDefault="009166E6" w:rsidP="009166E6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030B96F9" w:rsidR="009166E6" w:rsidRDefault="009166E6" w:rsidP="009166E6">
            <w:r>
              <w:t xml:space="preserve">SGK </w:t>
            </w:r>
            <w:proofErr w:type="spellStart"/>
            <w:r>
              <w:t>Ödeme</w:t>
            </w:r>
            <w:proofErr w:type="spellEnd"/>
            <w:r>
              <w:t xml:space="preserve"> </w:t>
            </w:r>
            <w:proofErr w:type="spellStart"/>
            <w:r>
              <w:t>Bordrosu</w:t>
            </w:r>
            <w:proofErr w:type="spellEnd"/>
            <w:r>
              <w:t xml:space="preserve"> </w:t>
            </w:r>
            <w:proofErr w:type="spellStart"/>
            <w:r>
              <w:t>mevcut</w:t>
            </w:r>
            <w:proofErr w:type="spellEnd"/>
            <w:r>
              <w:t xml:space="preserve"> mu?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6E6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9166E6" w:rsidRDefault="009166E6" w:rsidP="009166E6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7E36496E" w:rsidR="009166E6" w:rsidRDefault="009166E6" w:rsidP="009166E6">
            <w:proofErr w:type="spellStart"/>
            <w:r w:rsidRPr="009166E6">
              <w:t>Ödeme</w:t>
            </w:r>
            <w:proofErr w:type="spellEnd"/>
            <w:r w:rsidRPr="009166E6">
              <w:t xml:space="preserve"> Emri </w:t>
            </w:r>
            <w:proofErr w:type="spellStart"/>
            <w:r w:rsidRPr="009166E6">
              <w:t>Belgesindeki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imzalar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yetki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çizelgesine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uygun</w:t>
            </w:r>
            <w:proofErr w:type="spellEnd"/>
            <w:r w:rsidRPr="009166E6">
              <w:t xml:space="preserve"> mu? </w:t>
            </w:r>
            <w:proofErr w:type="spellStart"/>
            <w:r w:rsidRPr="009166E6">
              <w:t>Yetki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devri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yapılmışsa</w:t>
            </w:r>
            <w:proofErr w:type="spellEnd"/>
            <w:r w:rsidRPr="009166E6">
              <w:t xml:space="preserve"> buna </w:t>
            </w:r>
            <w:proofErr w:type="spellStart"/>
            <w:r w:rsidRPr="009166E6">
              <w:t>ilişkin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belgeler</w:t>
            </w:r>
            <w:proofErr w:type="spellEnd"/>
            <w:r w:rsidRPr="009166E6">
              <w:t xml:space="preserve"> </w:t>
            </w:r>
            <w:proofErr w:type="spellStart"/>
            <w:r w:rsidRPr="009166E6">
              <w:t>eklenmiş</w:t>
            </w:r>
            <w:proofErr w:type="spellEnd"/>
            <w:r w:rsidRPr="009166E6">
              <w:t xml:space="preserve"> mi?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166E6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9166E6" w:rsidRDefault="009166E6" w:rsidP="009166E6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710C29E7" w:rsidR="009166E6" w:rsidRDefault="009166E6" w:rsidP="009166E6"/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9166E6" w:rsidRDefault="009166E6" w:rsidP="009166E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proofErr w:type="spellStart"/>
      <w:r w:rsidRPr="0049466B">
        <w:rPr>
          <w:b/>
          <w:bCs/>
        </w:rPr>
        <w:t>Gerçekleştirme</w:t>
      </w:r>
      <w:proofErr w:type="spellEnd"/>
      <w:r w:rsidRPr="0049466B">
        <w:rPr>
          <w:b/>
          <w:bCs/>
        </w:rPr>
        <w:t xml:space="preserve"> </w:t>
      </w:r>
      <w:proofErr w:type="spellStart"/>
      <w:r w:rsidRPr="0049466B">
        <w:rPr>
          <w:b/>
          <w:bCs/>
        </w:rPr>
        <w:t>Görevlisi</w:t>
      </w:r>
      <w:proofErr w:type="spellEnd"/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proofErr w:type="spellStart"/>
      <w:r>
        <w:t>Adı</w:t>
      </w:r>
      <w:proofErr w:type="spellEnd"/>
      <w:r>
        <w:t xml:space="preserve"> </w:t>
      </w:r>
      <w:proofErr w:type="spellStart"/>
      <w:r>
        <w:t>Soyadı</w:t>
      </w:r>
      <w:proofErr w:type="spellEnd"/>
      <w:r w:rsidR="00D07467">
        <w:tab/>
      </w:r>
      <w:r>
        <w:t>:</w:t>
      </w:r>
      <w:r>
        <w:br/>
      </w:r>
      <w:proofErr w:type="spellStart"/>
      <w:r>
        <w:t>Unvanı</w:t>
      </w:r>
      <w:proofErr w:type="spellEnd"/>
      <w:r>
        <w:t xml:space="preserve">: </w:t>
      </w:r>
      <w:r w:rsidR="00D07467">
        <w:tab/>
        <w:t>:</w:t>
      </w:r>
      <w:r>
        <w:br/>
      </w:r>
      <w:proofErr w:type="spellStart"/>
      <w:r>
        <w:t>İmza</w:t>
      </w:r>
      <w:proofErr w:type="spellEnd"/>
      <w:r w:rsidR="00D07467">
        <w:tab/>
      </w:r>
      <w:r w:rsidR="00D07467">
        <w:tab/>
      </w:r>
      <w:r>
        <w:t>:</w:t>
      </w:r>
    </w:p>
    <w:sectPr w:rsidR="00123BD3" w:rsidSect="00034616">
      <w:headerReference w:type="default" r:id="rId8"/>
      <w:footerReference w:type="default" r:id="rId9"/>
      <w:pgSz w:w="12240" w:h="15840"/>
      <w:pgMar w:top="1440" w:right="850" w:bottom="1440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8C1A6" w14:textId="77777777" w:rsidR="00FE597E" w:rsidRDefault="00FE597E" w:rsidP="00A04A2E">
      <w:pPr>
        <w:spacing w:after="0" w:line="240" w:lineRule="auto"/>
      </w:pPr>
      <w:r>
        <w:separator/>
      </w:r>
    </w:p>
  </w:endnote>
  <w:endnote w:type="continuationSeparator" w:id="0">
    <w:p w14:paraId="6ACA7B37" w14:textId="77777777" w:rsidR="00FE597E" w:rsidRDefault="00FE597E" w:rsidP="00A04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A04A2E" w:rsidRPr="007A5A35" w14:paraId="7B3DA432" w14:textId="77777777" w:rsidTr="00601AEE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E58013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6F3D9B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C9B41F1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A04A2E" w:rsidRPr="007A5A35" w14:paraId="07A69D17" w14:textId="77777777" w:rsidTr="00601AEE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D116B7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612A66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0A43C36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59A2B6D9" w14:textId="3931F089" w:rsidR="00A04A2E" w:rsidRDefault="00A04A2E">
    <w:pPr>
      <w:pStyle w:val="AltBilgi"/>
    </w:pPr>
  </w:p>
  <w:p w14:paraId="570E075B" w14:textId="77777777" w:rsidR="00A04A2E" w:rsidRDefault="00A04A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6B103" w14:textId="77777777" w:rsidR="00FE597E" w:rsidRDefault="00FE597E" w:rsidP="00A04A2E">
      <w:pPr>
        <w:spacing w:after="0" w:line="240" w:lineRule="auto"/>
      </w:pPr>
      <w:r>
        <w:separator/>
      </w:r>
    </w:p>
  </w:footnote>
  <w:footnote w:type="continuationSeparator" w:id="0">
    <w:p w14:paraId="37E660DB" w14:textId="77777777" w:rsidR="00FE597E" w:rsidRDefault="00FE597E" w:rsidP="00A04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2"/>
      <w:gridCol w:w="5181"/>
      <w:gridCol w:w="2100"/>
      <w:gridCol w:w="1469"/>
    </w:tblGrid>
    <w:tr w:rsidR="00A04A2E" w:rsidRPr="007A5A35" w14:paraId="3AB384A1" w14:textId="77777777" w:rsidTr="00601AEE">
      <w:trPr>
        <w:trHeight w:val="261"/>
      </w:trPr>
      <w:tc>
        <w:tcPr>
          <w:tcW w:w="1676" w:type="dxa"/>
          <w:vMerge w:val="restart"/>
          <w:vAlign w:val="center"/>
        </w:tcPr>
        <w:p w14:paraId="3F82E9D2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68601026" wp14:editId="48586948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1C50FC13" w14:textId="528456E6" w:rsidR="00A04A2E" w:rsidRPr="00A04A2E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A04A2E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PRİM ÖDEMELERİNE </w:t>
          </w:r>
          <w:r w:rsidRPr="00A04A2E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69E3361F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4CA03F91" w14:textId="02EF0A9D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A04A2E" w:rsidRPr="007A5A35" w14:paraId="3EE646D6" w14:textId="77777777" w:rsidTr="00601AEE">
      <w:trPr>
        <w:trHeight w:val="261"/>
      </w:trPr>
      <w:tc>
        <w:tcPr>
          <w:tcW w:w="1676" w:type="dxa"/>
          <w:vMerge/>
          <w:vAlign w:val="center"/>
        </w:tcPr>
        <w:p w14:paraId="13F3DDFF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0D983A62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40484AA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5C623709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A04A2E" w:rsidRPr="007A5A35" w14:paraId="692B7420" w14:textId="77777777" w:rsidTr="00601AEE">
      <w:trPr>
        <w:trHeight w:val="261"/>
      </w:trPr>
      <w:tc>
        <w:tcPr>
          <w:tcW w:w="1676" w:type="dxa"/>
          <w:vMerge/>
          <w:vAlign w:val="center"/>
        </w:tcPr>
        <w:p w14:paraId="23384F2B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241ECC7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7625650F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13A2D754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A04A2E" w:rsidRPr="007A5A35" w14:paraId="5C07C741" w14:textId="77777777" w:rsidTr="00601AEE">
      <w:trPr>
        <w:trHeight w:val="261"/>
      </w:trPr>
      <w:tc>
        <w:tcPr>
          <w:tcW w:w="1676" w:type="dxa"/>
          <w:vMerge/>
          <w:vAlign w:val="center"/>
        </w:tcPr>
        <w:p w14:paraId="4312DBD2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587EC38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0A7DED86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1C0DE49B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A04A2E" w:rsidRPr="007A5A35" w14:paraId="27A10C42" w14:textId="77777777" w:rsidTr="00601AEE">
      <w:trPr>
        <w:trHeight w:val="261"/>
      </w:trPr>
      <w:tc>
        <w:tcPr>
          <w:tcW w:w="1676" w:type="dxa"/>
          <w:vMerge/>
          <w:vAlign w:val="center"/>
        </w:tcPr>
        <w:p w14:paraId="3173E440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46084AB5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4726EB54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3B1ECCBC" w14:textId="77777777" w:rsidR="00A04A2E" w:rsidRPr="007A5A35" w:rsidRDefault="00A04A2E" w:rsidP="00A04A2E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9A68457" w14:textId="38E5D50E" w:rsidR="00A04A2E" w:rsidRDefault="00A04A2E">
    <w:pPr>
      <w:pStyle w:val="stBilgi"/>
    </w:pPr>
  </w:p>
  <w:p w14:paraId="507D88C6" w14:textId="77777777" w:rsidR="00A04A2E" w:rsidRDefault="00A04A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7166E"/>
    <w:rsid w:val="0029639D"/>
    <w:rsid w:val="00326F90"/>
    <w:rsid w:val="00350BF0"/>
    <w:rsid w:val="003D678A"/>
    <w:rsid w:val="004710E6"/>
    <w:rsid w:val="0049466B"/>
    <w:rsid w:val="004F1EB7"/>
    <w:rsid w:val="005B2152"/>
    <w:rsid w:val="006A3593"/>
    <w:rsid w:val="006C17B4"/>
    <w:rsid w:val="0073159B"/>
    <w:rsid w:val="00780547"/>
    <w:rsid w:val="008002CA"/>
    <w:rsid w:val="008831BD"/>
    <w:rsid w:val="009166E6"/>
    <w:rsid w:val="00920C53"/>
    <w:rsid w:val="009342E9"/>
    <w:rsid w:val="009A140A"/>
    <w:rsid w:val="00A04A2E"/>
    <w:rsid w:val="00AA1D8D"/>
    <w:rsid w:val="00B47730"/>
    <w:rsid w:val="00B71931"/>
    <w:rsid w:val="00C6718A"/>
    <w:rsid w:val="00CB0664"/>
    <w:rsid w:val="00D00C18"/>
    <w:rsid w:val="00D07467"/>
    <w:rsid w:val="00DE3D0A"/>
    <w:rsid w:val="00EA4814"/>
    <w:rsid w:val="00EB2BB1"/>
    <w:rsid w:val="00FC693F"/>
    <w:rsid w:val="00FE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7</cp:revision>
  <dcterms:created xsi:type="dcterms:W3CDTF">2026-07-27T10:46:00Z</dcterms:created>
  <dcterms:modified xsi:type="dcterms:W3CDTF">2026-08-03T12:56:00Z</dcterms:modified>
  <cp:category/>
</cp:coreProperties>
</file>