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A63B27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A63B27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F010CE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F010CE" w:rsidRDefault="00F010CE" w:rsidP="00F010CE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43A98371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/Onay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hukuki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gerekçesi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gerçekleştirme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harcamanın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niteliğine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F010CE" w:rsidRDefault="00F010CE" w:rsidP="00F010CE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6487F39A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Mahkeme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F010CE" w:rsidRDefault="00F010CE" w:rsidP="00F010CE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7260DB5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Avukatın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talep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dilekçesi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vekâletnamesi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F010CE" w:rsidRDefault="00F010CE" w:rsidP="00F010CE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302C367A" w:rsidR="00F010CE" w:rsidRDefault="00F010CE" w:rsidP="00F010CE">
            <w:r>
              <w:rPr>
                <w:rFonts w:ascii="Cambria" w:hAnsi="Cambria" w:cs="Segoe UI"/>
                <w:color w:val="000000"/>
              </w:rPr>
              <w:t>e-</w:t>
            </w:r>
            <w:proofErr w:type="spellStart"/>
            <w:r>
              <w:rPr>
                <w:rFonts w:ascii="Cambria" w:hAnsi="Cambria" w:cs="Segoe UI"/>
                <w:color w:val="000000"/>
              </w:rPr>
              <w:t>Serbest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Meslek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Makbuzu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gelir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stopajı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tevkifat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hesaplamaları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makbuz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edilerek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F010CE" w:rsidRDefault="00F010CE" w:rsidP="00F010CE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5E61111D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Gelir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İdaresi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Başkanlığından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sorgusu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(6183 s. 22/A </w:t>
            </w:r>
            <w:proofErr w:type="spellStart"/>
            <w:r>
              <w:rPr>
                <w:rFonts w:ascii="Cambria" w:hAnsi="Cambria" w:cs="Segoe UI"/>
                <w:color w:val="000000"/>
              </w:rPr>
              <w:t>kapsamında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F010CE" w:rsidRDefault="00F010CE" w:rsidP="00F010CE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347A980C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tevkifat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F010CE" w:rsidRDefault="00F010CE" w:rsidP="00F010CE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5E27E072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Detay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Kodu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F010CE" w:rsidRDefault="00F010CE" w:rsidP="00F010CE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3ADA5852" w:rsidR="00F010CE" w:rsidRDefault="00F010CE" w:rsidP="00F010CE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F010CE" w:rsidRDefault="00F010CE" w:rsidP="00F010CE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0BDEF3D7" w:rsidR="00F010CE" w:rsidRDefault="00F010CE" w:rsidP="00F010CE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010CE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F010CE" w:rsidRDefault="00F010CE" w:rsidP="00F010CE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5D31874C" w:rsidR="00F010CE" w:rsidRDefault="00F010CE" w:rsidP="00F010CE"/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F010CE" w:rsidRDefault="00F010CE" w:rsidP="00F010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AADF2" w14:textId="77777777" w:rsidR="0043618E" w:rsidRDefault="0043618E" w:rsidP="00A63B27">
      <w:pPr>
        <w:spacing w:after="0" w:line="240" w:lineRule="auto"/>
      </w:pPr>
      <w:r>
        <w:separator/>
      </w:r>
    </w:p>
  </w:endnote>
  <w:endnote w:type="continuationSeparator" w:id="0">
    <w:p w14:paraId="5F37107A" w14:textId="77777777" w:rsidR="0043618E" w:rsidRDefault="0043618E" w:rsidP="00A6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C1E0" w14:textId="77777777" w:rsidR="00A63B27" w:rsidRDefault="00A63B2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A63B27" w:rsidRPr="007A5A35" w14:paraId="5430B2EE" w14:textId="77777777" w:rsidTr="003246A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BADEE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9C688B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363513F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A63B27" w:rsidRPr="007A5A35" w14:paraId="12132BCF" w14:textId="77777777" w:rsidTr="003246A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4D3484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E4A6EA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DE41554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DEBFBBB" w14:textId="271E96CB" w:rsidR="00A63B27" w:rsidRDefault="00A63B27">
    <w:pPr>
      <w:pStyle w:val="AltBilgi"/>
    </w:pPr>
  </w:p>
  <w:p w14:paraId="2B2A7FEE" w14:textId="77777777" w:rsidR="00A63B27" w:rsidRDefault="00A63B2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B9E9" w14:textId="77777777" w:rsidR="00A63B27" w:rsidRDefault="00A63B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16B88" w14:textId="77777777" w:rsidR="0043618E" w:rsidRDefault="0043618E" w:rsidP="00A63B27">
      <w:pPr>
        <w:spacing w:after="0" w:line="240" w:lineRule="auto"/>
      </w:pPr>
      <w:r>
        <w:separator/>
      </w:r>
    </w:p>
  </w:footnote>
  <w:footnote w:type="continuationSeparator" w:id="0">
    <w:p w14:paraId="1B6E65D1" w14:textId="77777777" w:rsidR="0043618E" w:rsidRDefault="0043618E" w:rsidP="00A63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5607" w14:textId="77777777" w:rsidR="00A63B27" w:rsidRDefault="00A63B2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A63B27" w:rsidRPr="007A5A35" w14:paraId="5939E0F5" w14:textId="77777777" w:rsidTr="003246A2">
      <w:trPr>
        <w:trHeight w:val="261"/>
      </w:trPr>
      <w:tc>
        <w:tcPr>
          <w:tcW w:w="1676" w:type="dxa"/>
          <w:vMerge w:val="restart"/>
          <w:vAlign w:val="center"/>
        </w:tcPr>
        <w:p w14:paraId="1B92C842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65F21737" wp14:editId="13719883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69193C87" w14:textId="408ED17D" w:rsidR="00A63B27" w:rsidRPr="00A63B27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A63B27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AVUKAT VEKALET </w:t>
          </w:r>
          <w:r w:rsidRPr="00A63B2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ÖDEMELERİNE </w:t>
          </w:r>
          <w:r w:rsidRPr="00A63B2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0833FBDC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D51E137" w14:textId="13D90548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1</w:t>
          </w:r>
        </w:p>
      </w:tc>
    </w:tr>
    <w:tr w:rsidR="00A63B27" w:rsidRPr="007A5A35" w14:paraId="39A28A43" w14:textId="77777777" w:rsidTr="003246A2">
      <w:trPr>
        <w:trHeight w:val="261"/>
      </w:trPr>
      <w:tc>
        <w:tcPr>
          <w:tcW w:w="1676" w:type="dxa"/>
          <w:vMerge/>
          <w:vAlign w:val="center"/>
        </w:tcPr>
        <w:p w14:paraId="1C77F903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198B20B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9F3348D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233D5EC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A63B27" w:rsidRPr="007A5A35" w14:paraId="238D3DF7" w14:textId="77777777" w:rsidTr="003246A2">
      <w:trPr>
        <w:trHeight w:val="261"/>
      </w:trPr>
      <w:tc>
        <w:tcPr>
          <w:tcW w:w="1676" w:type="dxa"/>
          <w:vMerge/>
          <w:vAlign w:val="center"/>
        </w:tcPr>
        <w:p w14:paraId="2B9F09C7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F46DE2E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CC637BF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B55543B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A63B27" w:rsidRPr="007A5A35" w14:paraId="326669D9" w14:textId="77777777" w:rsidTr="003246A2">
      <w:trPr>
        <w:trHeight w:val="261"/>
      </w:trPr>
      <w:tc>
        <w:tcPr>
          <w:tcW w:w="1676" w:type="dxa"/>
          <w:vMerge/>
          <w:vAlign w:val="center"/>
        </w:tcPr>
        <w:p w14:paraId="7C8F0119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52A0A28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8D44D91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53B06D85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A63B27" w:rsidRPr="007A5A35" w14:paraId="3503982F" w14:textId="77777777" w:rsidTr="003246A2">
      <w:trPr>
        <w:trHeight w:val="261"/>
      </w:trPr>
      <w:tc>
        <w:tcPr>
          <w:tcW w:w="1676" w:type="dxa"/>
          <w:vMerge/>
          <w:vAlign w:val="center"/>
        </w:tcPr>
        <w:p w14:paraId="1DF77E34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AB15899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0A0B8E7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0E24F28" w14:textId="77777777" w:rsidR="00A63B27" w:rsidRPr="007A5A35" w:rsidRDefault="00A63B27" w:rsidP="00A63B2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93ADBF7" w14:textId="3EE2D87D" w:rsidR="00A63B27" w:rsidRDefault="00A63B27">
    <w:pPr>
      <w:pStyle w:val="stBilgi"/>
    </w:pPr>
  </w:p>
  <w:p w14:paraId="31106241" w14:textId="77777777" w:rsidR="00A63B27" w:rsidRDefault="00A63B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7CFB3" w14:textId="77777777" w:rsidR="00A63B27" w:rsidRDefault="00A63B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3A2"/>
    <w:rsid w:val="00123BD3"/>
    <w:rsid w:val="0015074B"/>
    <w:rsid w:val="001567A3"/>
    <w:rsid w:val="001A09C9"/>
    <w:rsid w:val="001A668A"/>
    <w:rsid w:val="00214460"/>
    <w:rsid w:val="002377E3"/>
    <w:rsid w:val="0029639D"/>
    <w:rsid w:val="00326F90"/>
    <w:rsid w:val="00350BF0"/>
    <w:rsid w:val="003D678A"/>
    <w:rsid w:val="0043618E"/>
    <w:rsid w:val="004710E6"/>
    <w:rsid w:val="0049466B"/>
    <w:rsid w:val="005B2152"/>
    <w:rsid w:val="006A3593"/>
    <w:rsid w:val="006C17B4"/>
    <w:rsid w:val="0073159B"/>
    <w:rsid w:val="00780547"/>
    <w:rsid w:val="008831BD"/>
    <w:rsid w:val="00920C53"/>
    <w:rsid w:val="009A140A"/>
    <w:rsid w:val="00A63B27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010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2026-08-03T12:15:00Z</dcterms:modified>
  <cp:category/>
</cp:coreProperties>
</file>