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557A43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173BB5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557A43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173BB5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982"/>
        <w:gridCol w:w="1134"/>
        <w:gridCol w:w="740"/>
        <w:gridCol w:w="864"/>
      </w:tblGrid>
      <w:tr w:rsidR="00123BD3" w14:paraId="54F28CC4" w14:textId="77777777" w:rsidTr="001743B6">
        <w:trPr>
          <w:trHeight w:val="568"/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173BB5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982" w:type="dxa"/>
            <w:vAlign w:val="center"/>
          </w:tcPr>
          <w:p w14:paraId="7AD731B9" w14:textId="77777777" w:rsidR="00123BD3" w:rsidRDefault="00173BB5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134" w:type="dxa"/>
            <w:vAlign w:val="center"/>
          </w:tcPr>
          <w:p w14:paraId="2C9B91F3" w14:textId="77777777" w:rsidR="00123BD3" w:rsidRDefault="00173BB5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740" w:type="dxa"/>
            <w:vAlign w:val="center"/>
          </w:tcPr>
          <w:p w14:paraId="673AE7F9" w14:textId="77777777" w:rsidR="00123BD3" w:rsidRDefault="00173BB5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173BB5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BD5E5B" w14:paraId="6048EF0C" w14:textId="77777777" w:rsidTr="001743B6">
        <w:trPr>
          <w:jc w:val="center"/>
        </w:trPr>
        <w:tc>
          <w:tcPr>
            <w:tcW w:w="810" w:type="dxa"/>
            <w:vAlign w:val="center"/>
          </w:tcPr>
          <w:p w14:paraId="780F2872" w14:textId="77777777" w:rsidR="00BD5E5B" w:rsidRDefault="00BD5E5B" w:rsidP="00BD5E5B">
            <w:pPr>
              <w:jc w:val="center"/>
            </w:pPr>
            <w:r>
              <w:t>1</w:t>
            </w:r>
          </w:p>
        </w:tc>
        <w:tc>
          <w:tcPr>
            <w:tcW w:w="6982" w:type="dxa"/>
          </w:tcPr>
          <w:p w14:paraId="788F972B" w14:textId="540A134E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Belgesi'ndeki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  <w:r w:rsidR="00464E78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64E78">
              <w:rPr>
                <w:rFonts w:ascii="Cambria" w:hAnsi="Cambria" w:cs="Segoe UI"/>
                <w:color w:val="000000"/>
              </w:rPr>
              <w:t>Alıcı</w:t>
            </w:r>
            <w:proofErr w:type="spellEnd"/>
            <w:r w:rsidR="00464E78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64E78">
              <w:rPr>
                <w:rFonts w:ascii="Cambria" w:hAnsi="Cambria" w:cs="Segoe UI"/>
                <w:color w:val="000000"/>
              </w:rPr>
              <w:t>bilgilerinde</w:t>
            </w:r>
            <w:proofErr w:type="spellEnd"/>
            <w:r w:rsidR="00464E78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64E78">
              <w:rPr>
                <w:rFonts w:ascii="Cambria" w:hAnsi="Cambria" w:cs="Segoe UI"/>
                <w:color w:val="000000"/>
              </w:rPr>
              <w:t>birim</w:t>
            </w:r>
            <w:proofErr w:type="spellEnd"/>
            <w:r w:rsidR="00464E78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64E78">
              <w:rPr>
                <w:rFonts w:ascii="Cambria" w:hAnsi="Cambria" w:cs="Segoe UI"/>
                <w:color w:val="000000"/>
              </w:rPr>
              <w:t>İBANı</w:t>
            </w:r>
            <w:proofErr w:type="spellEnd"/>
            <w:r w:rsidR="00464E78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64E78"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 w:rsidR="00464E78"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7A75345" w14:textId="7667C5A5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29324147" w14:textId="21AC4C6A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7FF1803" w14:textId="0B753DF4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3AF0B689" w14:textId="77777777" w:rsidTr="001743B6">
        <w:trPr>
          <w:jc w:val="center"/>
        </w:trPr>
        <w:tc>
          <w:tcPr>
            <w:tcW w:w="810" w:type="dxa"/>
            <w:vAlign w:val="center"/>
          </w:tcPr>
          <w:p w14:paraId="690795E5" w14:textId="77777777" w:rsidR="00BD5E5B" w:rsidRDefault="00BD5E5B" w:rsidP="00BD5E5B">
            <w:pPr>
              <w:jc w:val="center"/>
            </w:pPr>
            <w:r>
              <w:t>2</w:t>
            </w:r>
          </w:p>
        </w:tc>
        <w:tc>
          <w:tcPr>
            <w:tcW w:w="6982" w:type="dxa"/>
          </w:tcPr>
          <w:p w14:paraId="630E59AA" w14:textId="22B38525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Kamu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Harcamaları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Sistemi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(KBS) </w:t>
            </w:r>
            <w:proofErr w:type="spellStart"/>
            <w:r>
              <w:rPr>
                <w:rFonts w:ascii="Cambria" w:hAnsi="Cambria" w:cs="Segoe UI"/>
                <w:color w:val="000000"/>
              </w:rPr>
              <w:t>üzerinden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banka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11760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892C90B" w14:textId="7B01EB36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7006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72376F41" w14:textId="66A68C31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418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53B3FCA9" w14:textId="7A3D4E29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4116D98B" w14:textId="77777777" w:rsidTr="001743B6">
        <w:trPr>
          <w:jc w:val="center"/>
        </w:trPr>
        <w:tc>
          <w:tcPr>
            <w:tcW w:w="810" w:type="dxa"/>
            <w:vAlign w:val="center"/>
          </w:tcPr>
          <w:p w14:paraId="3F978920" w14:textId="77777777" w:rsidR="00BD5E5B" w:rsidRDefault="00BD5E5B" w:rsidP="00BD5E5B">
            <w:pPr>
              <w:jc w:val="center"/>
            </w:pPr>
            <w:r>
              <w:t>3</w:t>
            </w:r>
          </w:p>
        </w:tc>
        <w:tc>
          <w:tcPr>
            <w:tcW w:w="6982" w:type="dxa"/>
          </w:tcPr>
          <w:p w14:paraId="3958C9D4" w14:textId="77777777" w:rsidR="00BD5E5B" w:rsidRDefault="00BD5E5B" w:rsidP="00BD5E5B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Cambria" w:hAnsi="Cambria" w:cs="Segoe UI"/>
                <w:color w:val="000000"/>
                <w:sz w:val="22"/>
                <w:szCs w:val="22"/>
              </w:rPr>
              <w:t>Yeni işe başlayan personel bulunması halinde;</w:t>
            </w:r>
          </w:p>
          <w:p w14:paraId="1E439579" w14:textId="77777777" w:rsidR="00BD5E5B" w:rsidRDefault="00BD5E5B" w:rsidP="00BD5E5B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Cambria" w:hAnsi="Cambria" w:cs="Segoe UI"/>
                <w:color w:val="000000"/>
                <w:sz w:val="22"/>
                <w:szCs w:val="22"/>
              </w:rPr>
              <w:t>• İşe başlama yazısı, Sigortalı İşe Giriş Bildirgesi ve Hizmet Sözleşmesi eklendi mi?</w:t>
            </w:r>
          </w:p>
          <w:p w14:paraId="21C9F310" w14:textId="77777777" w:rsidR="00BD5E5B" w:rsidRDefault="00BD5E5B" w:rsidP="00BD5E5B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Cambria" w:hAnsi="Cambria" w:cs="Segoe UI"/>
                <w:color w:val="000000"/>
                <w:sz w:val="22"/>
                <w:szCs w:val="22"/>
              </w:rPr>
              <w:t>• Aile Yardımı Bildirimi eklendi mi?</w:t>
            </w:r>
          </w:p>
          <w:p w14:paraId="5B7E77D0" w14:textId="77777777" w:rsidR="00BD5E5B" w:rsidRDefault="00BD5E5B" w:rsidP="00BD5E5B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Cambria" w:hAnsi="Cambria" w:cs="Segoe UI"/>
                <w:color w:val="000000"/>
                <w:sz w:val="22"/>
                <w:szCs w:val="22"/>
              </w:rPr>
              <w:t>• Bireysel Emeklilik Sistemi (BES) kesintisi ve Otomatik Katılım işlemleri yapıldı mı?</w:t>
            </w:r>
          </w:p>
          <w:p w14:paraId="1DC75FF3" w14:textId="77777777" w:rsidR="00BD5E5B" w:rsidRDefault="00BD5E5B" w:rsidP="00BD5E5B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Cambria" w:hAnsi="Cambria" w:cs="Segoe UI"/>
                <w:color w:val="000000"/>
                <w:sz w:val="22"/>
                <w:szCs w:val="22"/>
              </w:rPr>
              <w:t>• Sendika üyelik formu eklendi mi? (Varsa)</w:t>
            </w:r>
          </w:p>
          <w:p w14:paraId="337464EC" w14:textId="04B8AAA6" w:rsidR="00BD5E5B" w:rsidRDefault="00BD5E5B" w:rsidP="00BD5E5B">
            <w:r>
              <w:rPr>
                <w:rFonts w:ascii="Cambria" w:hAnsi="Cambria" w:cs="Segoe UI"/>
                <w:color w:val="000000"/>
              </w:rPr>
              <w:t xml:space="preserve">• </w:t>
            </w:r>
            <w:proofErr w:type="spellStart"/>
            <w:r>
              <w:rPr>
                <w:rFonts w:ascii="Cambria" w:hAnsi="Cambria" w:cs="Segoe UI"/>
                <w:color w:val="000000"/>
              </w:rPr>
              <w:t>Sözleşme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ek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ilave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kıst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91497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350727A" w14:textId="53BBF63B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73635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10446367" w14:textId="51F564DF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35872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2AA618EC" w14:textId="6E069CFB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6B423030" w14:textId="77777777" w:rsidTr="001743B6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BD5E5B" w:rsidRDefault="00BD5E5B" w:rsidP="00BD5E5B">
            <w:pPr>
              <w:jc w:val="center"/>
            </w:pPr>
            <w:r>
              <w:t>4</w:t>
            </w:r>
          </w:p>
        </w:tc>
        <w:tc>
          <w:tcPr>
            <w:tcW w:w="6982" w:type="dxa"/>
          </w:tcPr>
          <w:p w14:paraId="58859270" w14:textId="6AC6DAF9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İşten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30388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74FA5DC" w14:textId="319414E8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7074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659AB439" w14:textId="39EB249A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9106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7B00DD99" w14:textId="70EA17DC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141FBE90" w14:textId="77777777" w:rsidTr="001743B6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BD5E5B" w:rsidRDefault="00BD5E5B" w:rsidP="00BD5E5B">
            <w:pPr>
              <w:jc w:val="center"/>
            </w:pPr>
            <w:r>
              <w:t>5</w:t>
            </w:r>
          </w:p>
        </w:tc>
        <w:tc>
          <w:tcPr>
            <w:tcW w:w="6982" w:type="dxa"/>
          </w:tcPr>
          <w:p w14:paraId="54096F42" w14:textId="3F4C3FF9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Öğrenim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durumu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yılı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KBS'ye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540674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8FE0D73" w14:textId="589CD0D0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9132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1556996C" w14:textId="2170610C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5070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364870E4" w14:textId="3B9812AD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7D40B154" w14:textId="77777777" w:rsidTr="001743B6">
        <w:trPr>
          <w:jc w:val="center"/>
        </w:trPr>
        <w:tc>
          <w:tcPr>
            <w:tcW w:w="810" w:type="dxa"/>
            <w:vAlign w:val="center"/>
          </w:tcPr>
          <w:p w14:paraId="20DE44B9" w14:textId="77777777" w:rsidR="00BD5E5B" w:rsidRDefault="00BD5E5B" w:rsidP="00BD5E5B">
            <w:pPr>
              <w:jc w:val="center"/>
            </w:pPr>
            <w:r>
              <w:t>6</w:t>
            </w:r>
          </w:p>
        </w:tc>
        <w:tc>
          <w:tcPr>
            <w:tcW w:w="6982" w:type="dxa"/>
          </w:tcPr>
          <w:p w14:paraId="09FF3FB5" w14:textId="7E0E9C45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göremezlik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sağlık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hastalık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</w:t>
            </w:r>
            <w:r>
              <w:rPr>
                <w:rFonts w:ascii="Cambria" w:hAnsi="Cambria" w:cs="Segoe UI"/>
                <w:color w:val="000000"/>
              </w:rPr>
              <w:noBreakHyphen/>
            </w:r>
            <w:proofErr w:type="spellStart"/>
            <w:r>
              <w:rPr>
                <w:rFonts w:ascii="Cambria" w:hAnsi="Cambria" w:cs="Segoe UI"/>
                <w:color w:val="000000"/>
              </w:rPr>
              <w:t>Devlet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'</w:t>
            </w:r>
            <w:proofErr w:type="spellStart"/>
            <w:r>
              <w:rPr>
                <w:rFonts w:ascii="Cambria" w:hAnsi="Cambria" w:cs="Segoe UI"/>
                <w:color w:val="000000"/>
              </w:rPr>
              <w:t>Geçici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Göremezlik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Emzirme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'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74984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03BB5B5" w14:textId="208CF5DC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9790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2DB6A803" w14:textId="6FFD9F87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66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53584AF6" w14:textId="09C1EBA4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64CC9416" w14:textId="77777777" w:rsidTr="001743B6">
        <w:trPr>
          <w:jc w:val="center"/>
        </w:trPr>
        <w:tc>
          <w:tcPr>
            <w:tcW w:w="810" w:type="dxa"/>
            <w:vAlign w:val="center"/>
          </w:tcPr>
          <w:p w14:paraId="35DFEE49" w14:textId="77777777" w:rsidR="00BD5E5B" w:rsidRDefault="00BD5E5B" w:rsidP="00BD5E5B">
            <w:pPr>
              <w:jc w:val="center"/>
            </w:pPr>
            <w:r>
              <w:t>7</w:t>
            </w:r>
          </w:p>
        </w:tc>
        <w:tc>
          <w:tcPr>
            <w:tcW w:w="6982" w:type="dxa"/>
          </w:tcPr>
          <w:p w14:paraId="6AC52947" w14:textId="7FCD130F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indirimi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uygulanıyorsa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birikim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içerip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içermediği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34158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8CD82EE" w14:textId="07AFE953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2470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6F249AEE" w14:textId="5699C1B1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04273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6A589EAF" w14:textId="4761156F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D5E5B" w14:paraId="5B5E3A95" w14:textId="77777777" w:rsidTr="001743B6">
        <w:trPr>
          <w:jc w:val="center"/>
        </w:trPr>
        <w:tc>
          <w:tcPr>
            <w:tcW w:w="810" w:type="dxa"/>
            <w:vAlign w:val="center"/>
          </w:tcPr>
          <w:p w14:paraId="1759FB24" w14:textId="77777777" w:rsidR="00BD5E5B" w:rsidRDefault="00BD5E5B" w:rsidP="00BD5E5B">
            <w:pPr>
              <w:jc w:val="center"/>
            </w:pPr>
            <w:r>
              <w:t>8</w:t>
            </w:r>
          </w:p>
        </w:tc>
        <w:tc>
          <w:tcPr>
            <w:tcW w:w="6982" w:type="dxa"/>
          </w:tcPr>
          <w:p w14:paraId="7204642C" w14:textId="1E990BE7" w:rsidR="00BD5E5B" w:rsidRDefault="00BD5E5B" w:rsidP="00BD5E5B">
            <w:proofErr w:type="spellStart"/>
            <w:r>
              <w:rPr>
                <w:rFonts w:ascii="Cambria" w:hAnsi="Cambria" w:cs="Segoe UI"/>
                <w:color w:val="000000"/>
              </w:rPr>
              <w:t>Tüm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sözleşmeleri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tazminatına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esas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sonuç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yılın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82022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D83F2DB" w14:textId="3FACCF14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2044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3A08939A" w14:textId="2EB92537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8405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76133ED4" w14:textId="2670C0A0" w:rsidR="00BD5E5B" w:rsidRDefault="00BD5E5B" w:rsidP="00BD5E5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A66EF" w14:paraId="75AB4112" w14:textId="77777777" w:rsidTr="001743B6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53E2993F" w:rsidR="007A66EF" w:rsidRDefault="007A66EF" w:rsidP="007A66EF">
            <w:pPr>
              <w:jc w:val="center"/>
            </w:pPr>
            <w:r>
              <w:t>9</w:t>
            </w:r>
          </w:p>
        </w:tc>
        <w:tc>
          <w:tcPr>
            <w:tcW w:w="6982" w:type="dxa"/>
          </w:tcPr>
          <w:p w14:paraId="4620FFFC" w14:textId="706A67C5" w:rsidR="007A66EF" w:rsidRDefault="007A66EF" w:rsidP="007A66EF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kişilerce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83326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B095091" w14:textId="17E0D1FC" w:rsidR="007A66EF" w:rsidRDefault="007A66EF" w:rsidP="007A66E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7040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2F64CBB4" w14:textId="256A8E7F" w:rsidR="007A66EF" w:rsidRDefault="007A66EF" w:rsidP="007A66E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1520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48E78A23" w14:textId="2C64FDBF" w:rsidR="007A66EF" w:rsidRDefault="007A66EF" w:rsidP="007A66E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A66EF" w14:paraId="0040BF2C" w14:textId="77777777" w:rsidTr="001743B6">
        <w:trPr>
          <w:trHeight w:val="480"/>
          <w:jc w:val="center"/>
        </w:trPr>
        <w:tc>
          <w:tcPr>
            <w:tcW w:w="810" w:type="dxa"/>
            <w:vAlign w:val="center"/>
          </w:tcPr>
          <w:p w14:paraId="21F0541C" w14:textId="506647AB" w:rsidR="007A66EF" w:rsidRDefault="007A66EF" w:rsidP="007A66EF">
            <w:pPr>
              <w:jc w:val="center"/>
            </w:pPr>
            <w:r>
              <w:t>10</w:t>
            </w:r>
          </w:p>
        </w:tc>
        <w:tc>
          <w:tcPr>
            <w:tcW w:w="6982" w:type="dxa"/>
          </w:tcPr>
          <w:p w14:paraId="1BD7708B" w14:textId="75662878" w:rsidR="007A66EF" w:rsidRDefault="007A66EF" w:rsidP="007A66EF">
            <w:pPr>
              <w:rPr>
                <w:rFonts w:ascii="Cambria" w:hAnsi="Cambria" w:cs="Segoe UI"/>
                <w:color w:val="000000"/>
              </w:rPr>
            </w:pPr>
            <w:proofErr w:type="spellStart"/>
            <w:r w:rsidRPr="007A66EF">
              <w:rPr>
                <w:rFonts w:ascii="Cambria" w:hAnsi="Cambria" w:cs="Segoe UI"/>
                <w:color w:val="000000"/>
              </w:rPr>
              <w:t>Taslak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Emri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HYS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üzerinde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ile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7A66EF">
              <w:rPr>
                <w:rFonts w:ascii="Cambria" w:hAnsi="Cambria" w:cs="Segoe UI"/>
                <w:color w:val="000000"/>
              </w:rPr>
              <w:t>ilişkilendirilmiş</w:t>
            </w:r>
            <w:proofErr w:type="spellEnd"/>
            <w:r w:rsidRPr="007A66EF"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04749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3054B14" w14:textId="39BCE149" w:rsidR="007A66EF" w:rsidRDefault="007A66EF" w:rsidP="007A66E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9175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vAlign w:val="center"/>
              </w:tcPr>
              <w:p w14:paraId="6D1E1C26" w14:textId="1E1B8629" w:rsidR="007A66EF" w:rsidRDefault="007A66EF" w:rsidP="007A66E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7697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372ACE7F" w14:textId="20F6A82A" w:rsidR="007A66EF" w:rsidRDefault="007A66EF" w:rsidP="007A66E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3F9F5C0F" w14:textId="77777777" w:rsidR="00557A43" w:rsidRDefault="00173BB5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6FCA9316" w14:textId="119942AB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173BB5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5B2F7790" w14:textId="77777777" w:rsidR="001743B6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2AFD86F7" w:rsidR="00123BD3" w:rsidRDefault="00173BB5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26BF9" w14:textId="77777777" w:rsidR="00173BB5" w:rsidRDefault="00173BB5" w:rsidP="00557A43">
      <w:pPr>
        <w:spacing w:after="0" w:line="240" w:lineRule="auto"/>
      </w:pPr>
      <w:r>
        <w:separator/>
      </w:r>
    </w:p>
  </w:endnote>
  <w:endnote w:type="continuationSeparator" w:id="0">
    <w:p w14:paraId="0C5130A8" w14:textId="77777777" w:rsidR="00173BB5" w:rsidRDefault="00173BB5" w:rsidP="0055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6B609" w14:textId="77777777" w:rsidR="00A6505E" w:rsidRDefault="00A650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557A43" w:rsidRPr="007A5A35" w14:paraId="331BBBF1" w14:textId="77777777" w:rsidTr="004B4BF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8CEBEC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438DF4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A9C5F2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557A43" w:rsidRPr="007A5A35" w14:paraId="5C71B235" w14:textId="77777777" w:rsidTr="004B4BF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DD06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FD0C2A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FC8910E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33EF07A9" w14:textId="75E1E4C0" w:rsidR="00557A43" w:rsidRDefault="00557A43">
    <w:pPr>
      <w:pStyle w:val="AltBilgi"/>
    </w:pPr>
  </w:p>
  <w:p w14:paraId="18005D4E" w14:textId="77777777" w:rsidR="00557A43" w:rsidRDefault="00557A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B98C8" w14:textId="77777777" w:rsidR="00A6505E" w:rsidRDefault="00A650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ED44D" w14:textId="77777777" w:rsidR="00173BB5" w:rsidRDefault="00173BB5" w:rsidP="00557A43">
      <w:pPr>
        <w:spacing w:after="0" w:line="240" w:lineRule="auto"/>
      </w:pPr>
      <w:r>
        <w:separator/>
      </w:r>
    </w:p>
  </w:footnote>
  <w:footnote w:type="continuationSeparator" w:id="0">
    <w:p w14:paraId="60B38C80" w14:textId="77777777" w:rsidR="00173BB5" w:rsidRDefault="00173BB5" w:rsidP="0055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C4892" w14:textId="77777777" w:rsidR="00A6505E" w:rsidRDefault="00A650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557A43" w:rsidRPr="007A5A35" w14:paraId="775B2A6A" w14:textId="77777777" w:rsidTr="004B4BF2">
      <w:trPr>
        <w:trHeight w:val="261"/>
      </w:trPr>
      <w:tc>
        <w:tcPr>
          <w:tcW w:w="1676" w:type="dxa"/>
          <w:vMerge w:val="restart"/>
          <w:vAlign w:val="center"/>
        </w:tcPr>
        <w:p w14:paraId="40BB9239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23F03B8" wp14:editId="067E7407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6E570CA" w14:textId="25FCB7A1" w:rsidR="00557A43" w:rsidRPr="00CD73B4" w:rsidRDefault="00A6505E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4/B SÖZLEŞMELİ MAAŞ 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NE İL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ŞK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 ÖN MAL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KONTROL 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STE</w:t>
          </w:r>
          <w:r>
            <w:rPr>
              <w:rFonts w:ascii="Times New Roman" w:hAnsi="Times New Roman" w:cs="Times New Roman"/>
              <w:b/>
              <w:bCs/>
            </w:rPr>
            <w:t xml:space="preserve"> </w:t>
          </w:r>
          <w:bookmarkStart w:id="0" w:name="_GoBack"/>
          <w:bookmarkEnd w:id="0"/>
          <w:r w:rsidR="00557A43">
            <w:rPr>
              <w:rFonts w:ascii="Times New Roman" w:hAnsi="Times New Roman" w:cs="Times New Roman"/>
              <w:b/>
              <w:bCs/>
              <w:sz w:val="24"/>
              <w:szCs w:val="24"/>
            </w:rPr>
            <w:t>FORMU</w:t>
          </w:r>
        </w:p>
      </w:tc>
      <w:tc>
        <w:tcPr>
          <w:tcW w:w="2126" w:type="dxa"/>
          <w:vAlign w:val="center"/>
        </w:tcPr>
        <w:p w14:paraId="5B24FEA6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54A1D84" w14:textId="3E393B9E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647</w:t>
          </w:r>
        </w:p>
      </w:tc>
    </w:tr>
    <w:tr w:rsidR="00557A43" w:rsidRPr="007A5A35" w14:paraId="78BD127F" w14:textId="77777777" w:rsidTr="004B4BF2">
      <w:trPr>
        <w:trHeight w:val="261"/>
      </w:trPr>
      <w:tc>
        <w:tcPr>
          <w:tcW w:w="1676" w:type="dxa"/>
          <w:vMerge/>
          <w:vAlign w:val="center"/>
        </w:tcPr>
        <w:p w14:paraId="7F772010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815F3E3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D39F880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53FF0058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557A43" w:rsidRPr="007A5A35" w14:paraId="0632FF33" w14:textId="77777777" w:rsidTr="004B4BF2">
      <w:trPr>
        <w:trHeight w:val="261"/>
      </w:trPr>
      <w:tc>
        <w:tcPr>
          <w:tcW w:w="1676" w:type="dxa"/>
          <w:vMerge/>
          <w:vAlign w:val="center"/>
        </w:tcPr>
        <w:p w14:paraId="087B8CDF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D80EDF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9BF3BE8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286A0448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557A43" w:rsidRPr="007A5A35" w14:paraId="6EEEC1D3" w14:textId="77777777" w:rsidTr="004B4BF2">
      <w:trPr>
        <w:trHeight w:val="261"/>
      </w:trPr>
      <w:tc>
        <w:tcPr>
          <w:tcW w:w="1676" w:type="dxa"/>
          <w:vMerge/>
          <w:vAlign w:val="center"/>
        </w:tcPr>
        <w:p w14:paraId="6D74EE1D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9DFBD48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76D389D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421C77D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557A43" w:rsidRPr="007A5A35" w14:paraId="568833FB" w14:textId="77777777" w:rsidTr="004B4BF2">
      <w:trPr>
        <w:trHeight w:val="261"/>
      </w:trPr>
      <w:tc>
        <w:tcPr>
          <w:tcW w:w="1676" w:type="dxa"/>
          <w:vMerge/>
          <w:vAlign w:val="center"/>
        </w:tcPr>
        <w:p w14:paraId="588EBD6D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705EF83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9C26A87" w14:textId="77777777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27D9348" w14:textId="374EE9B0" w:rsidR="00557A43" w:rsidRPr="007A5A35" w:rsidRDefault="00557A43" w:rsidP="00557A4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A6505E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A6505E" w:rsidRPr="00A6505E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2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41290667" w14:textId="58BC2043" w:rsidR="00557A43" w:rsidRDefault="00557A43">
    <w:pPr>
      <w:pStyle w:val="stBilgi"/>
    </w:pPr>
  </w:p>
  <w:p w14:paraId="7A784C81" w14:textId="77777777" w:rsidR="00557A43" w:rsidRDefault="00557A4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F54CD" w14:textId="77777777" w:rsidR="00A6505E" w:rsidRDefault="00A650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3BD3"/>
    <w:rsid w:val="0015074B"/>
    <w:rsid w:val="001567A3"/>
    <w:rsid w:val="00173BB5"/>
    <w:rsid w:val="001743B6"/>
    <w:rsid w:val="001A668A"/>
    <w:rsid w:val="00214460"/>
    <w:rsid w:val="002377E3"/>
    <w:rsid w:val="0029639D"/>
    <w:rsid w:val="00326F90"/>
    <w:rsid w:val="00350BF0"/>
    <w:rsid w:val="003D678A"/>
    <w:rsid w:val="00464E78"/>
    <w:rsid w:val="0049466B"/>
    <w:rsid w:val="00557A43"/>
    <w:rsid w:val="00666FFB"/>
    <w:rsid w:val="00686594"/>
    <w:rsid w:val="006A3593"/>
    <w:rsid w:val="006C17B4"/>
    <w:rsid w:val="006E0F1E"/>
    <w:rsid w:val="00746F99"/>
    <w:rsid w:val="00780547"/>
    <w:rsid w:val="007A66EF"/>
    <w:rsid w:val="008831BD"/>
    <w:rsid w:val="009A140A"/>
    <w:rsid w:val="00A01655"/>
    <w:rsid w:val="00A6505E"/>
    <w:rsid w:val="00AA1D8D"/>
    <w:rsid w:val="00AE3A84"/>
    <w:rsid w:val="00AF154B"/>
    <w:rsid w:val="00B47730"/>
    <w:rsid w:val="00B71931"/>
    <w:rsid w:val="00BD5E5B"/>
    <w:rsid w:val="00CB0664"/>
    <w:rsid w:val="00D00768"/>
    <w:rsid w:val="00D07467"/>
    <w:rsid w:val="00DE3D0A"/>
    <w:rsid w:val="00EA48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7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8AA480-6C82-42FB-86D4-CCC39BDB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13</cp:revision>
  <dcterms:created xsi:type="dcterms:W3CDTF">2026-07-27T07:23:00Z</dcterms:created>
  <dcterms:modified xsi:type="dcterms:W3CDTF">2026-08-04T07:09:00Z</dcterms:modified>
  <cp:category/>
</cp:coreProperties>
</file>