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092"/>
        <w:gridCol w:w="8438"/>
      </w:tblGrid>
      <w:tr w:rsidR="00123BD3" w14:paraId="0B11984C" w14:textId="77777777" w:rsidTr="0040110E">
        <w:trPr>
          <w:trHeight w:val="424"/>
        </w:trPr>
        <w:tc>
          <w:tcPr>
            <w:tcW w:w="2092" w:type="dxa"/>
            <w:vAlign w:val="center"/>
          </w:tcPr>
          <w:p w14:paraId="03A26DFB" w14:textId="77777777" w:rsidR="00123BD3" w:rsidRDefault="00000000" w:rsidP="00D07467">
            <w:proofErr w:type="spellStart"/>
            <w:r>
              <w:t>Harcama</w:t>
            </w:r>
            <w:proofErr w:type="spellEnd"/>
            <w:r>
              <w:t xml:space="preserve"> </w:t>
            </w:r>
            <w:proofErr w:type="spellStart"/>
            <w:r>
              <w:t>Birimi</w:t>
            </w:r>
            <w:proofErr w:type="spellEnd"/>
          </w:p>
        </w:tc>
        <w:tc>
          <w:tcPr>
            <w:tcW w:w="8438" w:type="dxa"/>
            <w:vAlign w:val="center"/>
          </w:tcPr>
          <w:p w14:paraId="0961E16C" w14:textId="77777777" w:rsidR="00123BD3" w:rsidRDefault="00123BD3" w:rsidP="00D07467">
            <w:pPr>
              <w:jc w:val="center"/>
            </w:pPr>
          </w:p>
        </w:tc>
      </w:tr>
      <w:tr w:rsidR="00123BD3" w14:paraId="36CA8615" w14:textId="77777777" w:rsidTr="0040110E">
        <w:trPr>
          <w:trHeight w:val="441"/>
        </w:trPr>
        <w:tc>
          <w:tcPr>
            <w:tcW w:w="2092" w:type="dxa"/>
            <w:vAlign w:val="center"/>
          </w:tcPr>
          <w:p w14:paraId="3D0C4798" w14:textId="77777777" w:rsidR="00123BD3" w:rsidRDefault="00000000">
            <w:proofErr w:type="spellStart"/>
            <w:r>
              <w:t>İşin</w:t>
            </w:r>
            <w:proofErr w:type="spellEnd"/>
            <w:r>
              <w:t xml:space="preserve"> </w:t>
            </w:r>
            <w:proofErr w:type="spellStart"/>
            <w:r>
              <w:t>Adı</w:t>
            </w:r>
            <w:proofErr w:type="spellEnd"/>
          </w:p>
        </w:tc>
        <w:tc>
          <w:tcPr>
            <w:tcW w:w="8438" w:type="dxa"/>
            <w:vAlign w:val="center"/>
          </w:tcPr>
          <w:p w14:paraId="1B235D99" w14:textId="77777777" w:rsidR="00123BD3" w:rsidRDefault="00123BD3"/>
        </w:tc>
      </w:tr>
    </w:tbl>
    <w:p w14:paraId="05FD9A49" w14:textId="77777777" w:rsidR="00D00C18" w:rsidRDefault="00D00C18"/>
    <w:p w14:paraId="366AACBB" w14:textId="13572ED5" w:rsidR="0027410F" w:rsidRPr="00D00C18" w:rsidRDefault="00000000" w:rsidP="0027410F">
      <w:pPr>
        <w:rPr>
          <w:lang w:val="tr-TR"/>
        </w:rPr>
      </w:pPr>
      <w:sdt>
        <w:sdtPr>
          <w:rPr>
            <w:sz w:val="18"/>
            <w:szCs w:val="18"/>
          </w:rPr>
          <w:id w:val="-20837498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410F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27410F" w:rsidRPr="00D00C18">
        <w:rPr>
          <w:lang w:val="tr-TR"/>
        </w:rPr>
        <w:t xml:space="preserve"> </w:t>
      </w:r>
      <w:r w:rsidR="0027410F">
        <w:rPr>
          <w:lang w:val="tr-TR"/>
        </w:rPr>
        <w:t>Hizmet Alımı</w:t>
      </w:r>
      <w:r w:rsidR="0027410F">
        <w:rPr>
          <w:lang w:val="tr-TR"/>
        </w:rPr>
        <w:tab/>
      </w:r>
      <w:r w:rsidR="0027410F">
        <w:rPr>
          <w:lang w:val="tr-TR"/>
        </w:rPr>
        <w:tab/>
      </w:r>
      <w:r w:rsidR="0027410F">
        <w:rPr>
          <w:lang w:val="tr-TR"/>
        </w:rPr>
        <w:tab/>
      </w:r>
      <w:r w:rsidR="0027410F">
        <w:rPr>
          <w:lang w:val="tr-TR"/>
        </w:rPr>
        <w:tab/>
      </w:r>
      <w:r w:rsidR="0027410F">
        <w:rPr>
          <w:lang w:val="tr-TR"/>
        </w:rPr>
        <w:tab/>
      </w:r>
      <w:sdt>
        <w:sdtPr>
          <w:rPr>
            <w:sz w:val="18"/>
            <w:szCs w:val="18"/>
          </w:rPr>
          <w:id w:val="-18381385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410F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27410F" w:rsidRPr="00D00C18">
        <w:rPr>
          <w:lang w:val="tr-TR"/>
        </w:rPr>
        <w:t xml:space="preserve"> </w:t>
      </w:r>
      <w:r w:rsidR="0027410F">
        <w:rPr>
          <w:lang w:val="tr-TR"/>
        </w:rPr>
        <w:t>Yapım İşi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810"/>
        <w:gridCol w:w="6608"/>
        <w:gridCol w:w="1268"/>
        <w:gridCol w:w="980"/>
        <w:gridCol w:w="864"/>
      </w:tblGrid>
      <w:tr w:rsidR="00123BD3" w14:paraId="54F28CC4" w14:textId="77777777" w:rsidTr="008831BD">
        <w:trPr>
          <w:jc w:val="center"/>
        </w:trPr>
        <w:tc>
          <w:tcPr>
            <w:tcW w:w="810" w:type="dxa"/>
            <w:vAlign w:val="center"/>
          </w:tcPr>
          <w:p w14:paraId="521E98C2" w14:textId="77777777" w:rsidR="00123BD3" w:rsidRDefault="00000000">
            <w:pPr>
              <w:jc w:val="center"/>
            </w:pPr>
            <w:proofErr w:type="spellStart"/>
            <w:r>
              <w:rPr>
                <w:b/>
              </w:rPr>
              <w:t>Sıra</w:t>
            </w:r>
            <w:proofErr w:type="spellEnd"/>
            <w:r>
              <w:rPr>
                <w:b/>
              </w:rPr>
              <w:t xml:space="preserve"> No</w:t>
            </w:r>
          </w:p>
        </w:tc>
        <w:tc>
          <w:tcPr>
            <w:tcW w:w="6608" w:type="dxa"/>
            <w:vAlign w:val="center"/>
          </w:tcPr>
          <w:p w14:paraId="7AD731B9" w14:textId="77777777" w:rsidR="00123BD3" w:rsidRDefault="00000000">
            <w:pPr>
              <w:jc w:val="center"/>
            </w:pPr>
            <w:proofErr w:type="spellStart"/>
            <w:r>
              <w:rPr>
                <w:b/>
              </w:rPr>
              <w:t>Kontrol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Edilecek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Hususlar</w:t>
            </w:r>
            <w:proofErr w:type="spellEnd"/>
          </w:p>
        </w:tc>
        <w:tc>
          <w:tcPr>
            <w:tcW w:w="1268" w:type="dxa"/>
            <w:vAlign w:val="center"/>
          </w:tcPr>
          <w:p w14:paraId="2C9B91F3" w14:textId="77777777" w:rsidR="00123BD3" w:rsidRDefault="00000000">
            <w:pPr>
              <w:jc w:val="center"/>
            </w:pPr>
            <w:proofErr w:type="spellStart"/>
            <w:r>
              <w:rPr>
                <w:b/>
              </w:rPr>
              <w:t>Zorunlu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Değil</w:t>
            </w:r>
            <w:proofErr w:type="spellEnd"/>
          </w:p>
        </w:tc>
        <w:tc>
          <w:tcPr>
            <w:tcW w:w="980" w:type="dxa"/>
            <w:vAlign w:val="center"/>
          </w:tcPr>
          <w:p w14:paraId="673AE7F9" w14:textId="77777777" w:rsidR="00123BD3" w:rsidRDefault="00000000">
            <w:pPr>
              <w:jc w:val="center"/>
            </w:pPr>
            <w:r>
              <w:rPr>
                <w:b/>
              </w:rPr>
              <w:t>Evet</w:t>
            </w:r>
          </w:p>
        </w:tc>
        <w:tc>
          <w:tcPr>
            <w:tcW w:w="864" w:type="dxa"/>
            <w:vAlign w:val="center"/>
          </w:tcPr>
          <w:p w14:paraId="59E22D59" w14:textId="77777777" w:rsidR="00123BD3" w:rsidRDefault="00000000">
            <w:pPr>
              <w:jc w:val="center"/>
            </w:pPr>
            <w:proofErr w:type="spellStart"/>
            <w:r>
              <w:rPr>
                <w:b/>
              </w:rPr>
              <w:t>Hayır</w:t>
            </w:r>
            <w:proofErr w:type="spellEnd"/>
          </w:p>
        </w:tc>
      </w:tr>
      <w:tr w:rsidR="0023285D" w14:paraId="6048EF0C" w14:textId="77777777" w:rsidTr="00D00C18">
        <w:trPr>
          <w:jc w:val="center"/>
        </w:trPr>
        <w:tc>
          <w:tcPr>
            <w:tcW w:w="810" w:type="dxa"/>
            <w:vAlign w:val="center"/>
          </w:tcPr>
          <w:p w14:paraId="780F2872" w14:textId="77777777" w:rsidR="0023285D" w:rsidRDefault="0023285D" w:rsidP="0023285D">
            <w:pPr>
              <w:jc w:val="center"/>
            </w:pPr>
            <w:r>
              <w:t>1</w:t>
            </w:r>
          </w:p>
        </w:tc>
        <w:tc>
          <w:tcPr>
            <w:tcW w:w="6608" w:type="dxa"/>
          </w:tcPr>
          <w:p w14:paraId="788F972B" w14:textId="6A08D1A0" w:rsidR="0023285D" w:rsidRDefault="0023285D" w:rsidP="0023285D">
            <w:proofErr w:type="spellStart"/>
            <w:r>
              <w:rPr>
                <w:rFonts w:ascii="Cambria" w:hAnsi="Cambria" w:cs="Segoe UI"/>
                <w:color w:val="000000"/>
              </w:rPr>
              <w:t>Hakediş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raporu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ve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eki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belgeler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(</w:t>
            </w:r>
            <w:proofErr w:type="spellStart"/>
            <w:r>
              <w:rPr>
                <w:rFonts w:ascii="Cambria" w:hAnsi="Cambria" w:cs="Segoe UI"/>
                <w:color w:val="000000"/>
              </w:rPr>
              <w:t>Hakediş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Raporu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, </w:t>
            </w:r>
            <w:proofErr w:type="spellStart"/>
            <w:r>
              <w:rPr>
                <w:rFonts w:ascii="Cambria" w:hAnsi="Cambria" w:cs="Segoe UI"/>
                <w:color w:val="000000"/>
              </w:rPr>
              <w:t>Hakediş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Özeti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, </w:t>
            </w:r>
            <w:proofErr w:type="spellStart"/>
            <w:r>
              <w:rPr>
                <w:rFonts w:ascii="Cambria" w:hAnsi="Cambria" w:cs="Segoe UI"/>
                <w:color w:val="000000"/>
              </w:rPr>
              <w:t>Hakediş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İcmali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ve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varsa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Fiyat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Farkı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Hesap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Cetveli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) </w:t>
            </w:r>
            <w:proofErr w:type="spellStart"/>
            <w:r>
              <w:rPr>
                <w:rFonts w:ascii="Cambria" w:hAnsi="Cambria" w:cs="Segoe UI"/>
                <w:color w:val="000000"/>
              </w:rPr>
              <w:t>usulüne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uygun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düzenlenmiş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ve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gerekli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kişi</w:t>
            </w:r>
            <w:proofErr w:type="spellEnd"/>
            <w:r>
              <w:rPr>
                <w:rFonts w:ascii="Cambria" w:hAnsi="Cambria" w:cs="Segoe UI"/>
                <w:color w:val="000000"/>
              </w:rPr>
              <w:t>/</w:t>
            </w:r>
            <w:proofErr w:type="spellStart"/>
            <w:r>
              <w:rPr>
                <w:rFonts w:ascii="Cambria" w:hAnsi="Cambria" w:cs="Segoe UI"/>
                <w:color w:val="000000"/>
              </w:rPr>
              <w:t>komisyonlar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tarafından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imzalanmış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mı</w:t>
            </w:r>
            <w:proofErr w:type="spellEnd"/>
            <w:r>
              <w:rPr>
                <w:rFonts w:ascii="Cambria" w:hAnsi="Cambria" w:cs="Segoe UI"/>
                <w:color w:val="000000"/>
              </w:rPr>
              <w:t>?</w:t>
            </w:r>
          </w:p>
        </w:tc>
        <w:sdt>
          <w:sdtPr>
            <w:rPr>
              <w:sz w:val="18"/>
              <w:szCs w:val="18"/>
            </w:rPr>
            <w:id w:val="-1177335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37A75345" w14:textId="7C85D55A" w:rsidR="0023285D" w:rsidRDefault="0023285D" w:rsidP="0023285D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643316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29324147" w14:textId="0A046D4C" w:rsidR="0023285D" w:rsidRDefault="0023285D" w:rsidP="0023285D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764885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07FF1803" w14:textId="7C3E2160" w:rsidR="0023285D" w:rsidRDefault="0023285D" w:rsidP="0023285D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23285D" w14:paraId="3AF0B689" w14:textId="77777777" w:rsidTr="009E32B9">
        <w:trPr>
          <w:jc w:val="center"/>
        </w:trPr>
        <w:tc>
          <w:tcPr>
            <w:tcW w:w="810" w:type="dxa"/>
            <w:vAlign w:val="center"/>
          </w:tcPr>
          <w:p w14:paraId="690795E5" w14:textId="77777777" w:rsidR="0023285D" w:rsidRDefault="0023285D" w:rsidP="0023285D">
            <w:pPr>
              <w:jc w:val="center"/>
            </w:pPr>
            <w:r>
              <w:t>2</w:t>
            </w:r>
          </w:p>
        </w:tc>
        <w:tc>
          <w:tcPr>
            <w:tcW w:w="6608" w:type="dxa"/>
          </w:tcPr>
          <w:p w14:paraId="630E59AA" w14:textId="6F5ECF33" w:rsidR="0023285D" w:rsidRDefault="0023285D" w:rsidP="0023285D">
            <w:proofErr w:type="spellStart"/>
            <w:r>
              <w:rPr>
                <w:rFonts w:ascii="Cambria" w:hAnsi="Cambria" w:cs="Segoe UI"/>
                <w:color w:val="000000"/>
              </w:rPr>
              <w:t>Yapım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işlerinde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Teminat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Kontrol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Tablosu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, </w:t>
            </w:r>
            <w:proofErr w:type="spellStart"/>
            <w:r>
              <w:rPr>
                <w:rFonts w:ascii="Cambria" w:hAnsi="Cambria" w:cs="Segoe UI"/>
                <w:color w:val="000000"/>
              </w:rPr>
              <w:t>Geçici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Kabul </w:t>
            </w:r>
            <w:proofErr w:type="spellStart"/>
            <w:r>
              <w:rPr>
                <w:rFonts w:ascii="Cambria" w:hAnsi="Cambria" w:cs="Segoe UI"/>
                <w:color w:val="000000"/>
              </w:rPr>
              <w:t>Noksanları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Kesintisi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Cetveli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, </w:t>
            </w:r>
            <w:proofErr w:type="spellStart"/>
            <w:r>
              <w:rPr>
                <w:rFonts w:ascii="Cambria" w:hAnsi="Cambria" w:cs="Segoe UI"/>
                <w:color w:val="000000"/>
              </w:rPr>
              <w:t>Yapılan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İşler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Listesi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, </w:t>
            </w:r>
            <w:proofErr w:type="spellStart"/>
            <w:r>
              <w:rPr>
                <w:rFonts w:ascii="Cambria" w:hAnsi="Cambria" w:cs="Segoe UI"/>
                <w:color w:val="000000"/>
              </w:rPr>
              <w:t>İş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Kalemi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Gerçekleşme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Yüzdeleri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ve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diğer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yapım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işine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özgü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belgeler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usulüne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uygun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düzenlenmiş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mi?</w:t>
            </w:r>
          </w:p>
        </w:tc>
        <w:sdt>
          <w:sdtPr>
            <w:rPr>
              <w:sz w:val="18"/>
              <w:szCs w:val="18"/>
            </w:rPr>
            <w:id w:val="-1279245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3892C90B" w14:textId="34380EA2" w:rsidR="0023285D" w:rsidRDefault="0023285D" w:rsidP="0023285D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0106804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72376F41" w14:textId="4B7E3B59" w:rsidR="0023285D" w:rsidRDefault="0023285D" w:rsidP="0023285D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902215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53B3FCA9" w14:textId="53930A75" w:rsidR="0023285D" w:rsidRDefault="0023285D" w:rsidP="0023285D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23285D" w14:paraId="4116D98B" w14:textId="77777777" w:rsidTr="009E32B9">
        <w:trPr>
          <w:jc w:val="center"/>
        </w:trPr>
        <w:tc>
          <w:tcPr>
            <w:tcW w:w="810" w:type="dxa"/>
            <w:vAlign w:val="center"/>
          </w:tcPr>
          <w:p w14:paraId="3F978920" w14:textId="77777777" w:rsidR="0023285D" w:rsidRDefault="0023285D" w:rsidP="0023285D">
            <w:pPr>
              <w:jc w:val="center"/>
            </w:pPr>
            <w:r>
              <w:t>3</w:t>
            </w:r>
          </w:p>
        </w:tc>
        <w:tc>
          <w:tcPr>
            <w:tcW w:w="6608" w:type="dxa"/>
          </w:tcPr>
          <w:p w14:paraId="337464EC" w14:textId="368A5A68" w:rsidR="0023285D" w:rsidRDefault="0023285D" w:rsidP="0023285D">
            <w:proofErr w:type="spellStart"/>
            <w:r>
              <w:rPr>
                <w:rFonts w:ascii="Cambria" w:hAnsi="Cambria" w:cs="Segoe UI"/>
                <w:color w:val="000000"/>
              </w:rPr>
              <w:t>Fatura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usulüne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uygun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düzenlenmiş</w:t>
            </w:r>
            <w:proofErr w:type="spellEnd"/>
            <w:r>
              <w:rPr>
                <w:rFonts w:ascii="Cambria" w:hAnsi="Cambria" w:cs="Segoe UI"/>
                <w:color w:val="000000"/>
              </w:rPr>
              <w:t>, e-</w:t>
            </w:r>
            <w:proofErr w:type="spellStart"/>
            <w:r>
              <w:rPr>
                <w:rFonts w:ascii="Cambria" w:hAnsi="Cambria" w:cs="Segoe UI"/>
                <w:color w:val="000000"/>
              </w:rPr>
              <w:t>Arşiv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kontrolleri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yapılmış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, IBAN </w:t>
            </w:r>
            <w:proofErr w:type="spellStart"/>
            <w:r>
              <w:rPr>
                <w:rFonts w:ascii="Cambria" w:hAnsi="Cambria" w:cs="Segoe UI"/>
                <w:color w:val="000000"/>
              </w:rPr>
              <w:t>bilgileri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doğrulanmış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ve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KDV </w:t>
            </w:r>
            <w:proofErr w:type="spellStart"/>
            <w:r>
              <w:rPr>
                <w:rFonts w:ascii="Cambria" w:hAnsi="Cambria" w:cs="Segoe UI"/>
                <w:color w:val="000000"/>
              </w:rPr>
              <w:t>tevkifatı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doğru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uygulanmış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mı</w:t>
            </w:r>
            <w:proofErr w:type="spellEnd"/>
            <w:r>
              <w:rPr>
                <w:rFonts w:ascii="Cambria" w:hAnsi="Cambria" w:cs="Segoe UI"/>
                <w:color w:val="000000"/>
              </w:rPr>
              <w:t>?</w:t>
            </w:r>
            <w:r w:rsidRPr="00DE7A27">
              <w:rPr>
                <w:rFonts w:ascii="Cambria" w:hAnsi="Cambria" w:cs="Segoe UI"/>
                <w:b/>
                <w:bCs/>
                <w:color w:val="000000"/>
              </w:rPr>
              <w:t xml:space="preserve"> (</w:t>
            </w:r>
            <w:proofErr w:type="spellStart"/>
            <w:r w:rsidRPr="00DE7A27">
              <w:rPr>
                <w:rFonts w:ascii="Cambria" w:hAnsi="Cambria" w:cs="Segoe UI"/>
                <w:b/>
                <w:bCs/>
                <w:color w:val="000000"/>
              </w:rPr>
              <w:t>hizmet</w:t>
            </w:r>
            <w:proofErr w:type="spellEnd"/>
            <w:r w:rsidRPr="00DE7A27">
              <w:rPr>
                <w:rFonts w:ascii="Cambria" w:hAnsi="Cambria" w:cs="Segoe UI"/>
                <w:b/>
                <w:bCs/>
                <w:color w:val="000000"/>
              </w:rPr>
              <w:t xml:space="preserve"> </w:t>
            </w:r>
            <w:proofErr w:type="spellStart"/>
            <w:r w:rsidRPr="00DE7A27">
              <w:rPr>
                <w:rFonts w:ascii="Cambria" w:hAnsi="Cambria" w:cs="Segoe UI"/>
                <w:b/>
                <w:bCs/>
                <w:color w:val="000000"/>
              </w:rPr>
              <w:t>ve</w:t>
            </w:r>
            <w:proofErr w:type="spellEnd"/>
            <w:r w:rsidRPr="00DE7A27">
              <w:rPr>
                <w:rFonts w:ascii="Cambria" w:hAnsi="Cambria" w:cs="Segoe UI"/>
                <w:b/>
                <w:bCs/>
                <w:color w:val="000000"/>
              </w:rPr>
              <w:t xml:space="preserve"> </w:t>
            </w:r>
            <w:proofErr w:type="spellStart"/>
            <w:r w:rsidRPr="00DE7A27">
              <w:rPr>
                <w:rFonts w:ascii="Cambria" w:hAnsi="Cambria" w:cs="Segoe UI"/>
                <w:b/>
                <w:bCs/>
                <w:color w:val="000000"/>
              </w:rPr>
              <w:t>yapım</w:t>
            </w:r>
            <w:proofErr w:type="spellEnd"/>
            <w:r w:rsidRPr="00DE7A27">
              <w:rPr>
                <w:rFonts w:ascii="Cambria" w:hAnsi="Cambria" w:cs="Segoe UI"/>
                <w:b/>
                <w:bCs/>
                <w:color w:val="000000"/>
              </w:rPr>
              <w:t xml:space="preserve"> </w:t>
            </w:r>
            <w:proofErr w:type="spellStart"/>
            <w:r w:rsidRPr="00DE7A27">
              <w:rPr>
                <w:rFonts w:ascii="Cambria" w:hAnsi="Cambria" w:cs="Segoe UI"/>
                <w:b/>
                <w:bCs/>
                <w:color w:val="000000"/>
              </w:rPr>
              <w:t>işlerinde</w:t>
            </w:r>
            <w:proofErr w:type="spellEnd"/>
            <w:r w:rsidRPr="00DE7A27">
              <w:rPr>
                <w:rFonts w:ascii="Cambria" w:hAnsi="Cambria" w:cs="Segoe UI"/>
                <w:b/>
                <w:bCs/>
                <w:color w:val="000000"/>
              </w:rPr>
              <w:t xml:space="preserve"> </w:t>
            </w:r>
            <w:proofErr w:type="spellStart"/>
            <w:r w:rsidRPr="00DE7A27">
              <w:rPr>
                <w:rFonts w:ascii="Cambria" w:hAnsi="Cambria" w:cs="Segoe UI"/>
                <w:b/>
                <w:bCs/>
                <w:color w:val="000000"/>
              </w:rPr>
              <w:t>tevkifatlı</w:t>
            </w:r>
            <w:proofErr w:type="spellEnd"/>
            <w:r w:rsidRPr="00DE7A27">
              <w:rPr>
                <w:rFonts w:ascii="Cambria" w:hAnsi="Cambria" w:cs="Segoe UI"/>
                <w:b/>
                <w:bCs/>
                <w:color w:val="000000"/>
              </w:rPr>
              <w:t xml:space="preserve"> </w:t>
            </w:r>
            <w:proofErr w:type="spellStart"/>
            <w:r w:rsidRPr="00DE7A27">
              <w:rPr>
                <w:rFonts w:ascii="Cambria" w:hAnsi="Cambria" w:cs="Segoe UI"/>
                <w:b/>
                <w:bCs/>
                <w:color w:val="000000"/>
              </w:rPr>
              <w:t>fatura</w:t>
            </w:r>
            <w:proofErr w:type="spellEnd"/>
            <w:r w:rsidRPr="00DE7A27">
              <w:rPr>
                <w:rFonts w:ascii="Cambria" w:hAnsi="Cambria" w:cs="Segoe UI"/>
                <w:b/>
                <w:bCs/>
                <w:color w:val="000000"/>
              </w:rPr>
              <w:t xml:space="preserve"> </w:t>
            </w:r>
            <w:proofErr w:type="spellStart"/>
            <w:r w:rsidRPr="00DE7A27">
              <w:rPr>
                <w:rFonts w:ascii="Cambria" w:hAnsi="Cambria" w:cs="Segoe UI"/>
                <w:b/>
                <w:bCs/>
                <w:color w:val="000000"/>
              </w:rPr>
              <w:t>Strateji</w:t>
            </w:r>
            <w:proofErr w:type="spellEnd"/>
            <w:r w:rsidRPr="00DE7A27">
              <w:rPr>
                <w:rFonts w:ascii="Cambria" w:hAnsi="Cambria" w:cs="Segoe UI"/>
                <w:b/>
                <w:bCs/>
                <w:color w:val="000000"/>
              </w:rPr>
              <w:t xml:space="preserve"> </w:t>
            </w:r>
            <w:proofErr w:type="spellStart"/>
            <w:r w:rsidRPr="00DE7A27">
              <w:rPr>
                <w:rFonts w:ascii="Cambria" w:hAnsi="Cambria" w:cs="Segoe UI"/>
                <w:b/>
                <w:bCs/>
                <w:color w:val="000000"/>
              </w:rPr>
              <w:t>adına</w:t>
            </w:r>
            <w:proofErr w:type="spellEnd"/>
            <w:r w:rsidRPr="00DE7A27">
              <w:rPr>
                <w:rFonts w:ascii="Cambria" w:hAnsi="Cambria" w:cs="Segoe UI"/>
                <w:b/>
                <w:bCs/>
                <w:color w:val="000000"/>
              </w:rPr>
              <w:t xml:space="preserve"> </w:t>
            </w:r>
            <w:proofErr w:type="spellStart"/>
            <w:r w:rsidRPr="00DE7A27">
              <w:rPr>
                <w:rFonts w:ascii="Cambria" w:hAnsi="Cambria" w:cs="Segoe UI"/>
                <w:b/>
                <w:bCs/>
                <w:color w:val="000000"/>
              </w:rPr>
              <w:t>olacaktır</w:t>
            </w:r>
            <w:proofErr w:type="spellEnd"/>
            <w:proofErr w:type="gramStart"/>
            <w:r w:rsidRPr="00DE7A27">
              <w:rPr>
                <w:rFonts w:ascii="Cambria" w:hAnsi="Cambria" w:cs="Segoe UI"/>
                <w:b/>
                <w:bCs/>
                <w:color w:val="000000"/>
              </w:rPr>
              <w:t>.)</w:t>
            </w:r>
            <w:r>
              <w:rPr>
                <w:rFonts w:ascii="Cambria" w:hAnsi="Cambria" w:cs="Segoe UI"/>
                <w:b/>
                <w:bCs/>
                <w:color w:val="000000"/>
              </w:rPr>
              <w:t>(</w:t>
            </w:r>
            <w:proofErr w:type="spellStart"/>
            <w:proofErr w:type="gramEnd"/>
            <w:r>
              <w:rPr>
                <w:rFonts w:ascii="Cambria" w:hAnsi="Cambria" w:cs="Segoe UI"/>
                <w:b/>
                <w:bCs/>
                <w:color w:val="000000"/>
              </w:rPr>
              <w:t>Vn</w:t>
            </w:r>
            <w:proofErr w:type="spellEnd"/>
            <w:r>
              <w:rPr>
                <w:rFonts w:ascii="Cambria" w:hAnsi="Cambria" w:cs="Segoe UI"/>
                <w:b/>
                <w:bCs/>
                <w:color w:val="000000"/>
              </w:rPr>
              <w:t>: 0480588801)</w:t>
            </w:r>
          </w:p>
        </w:tc>
        <w:sdt>
          <w:sdtPr>
            <w:rPr>
              <w:sz w:val="18"/>
              <w:szCs w:val="18"/>
            </w:rPr>
            <w:id w:val="9209976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1350727A" w14:textId="7EF11225" w:rsidR="0023285D" w:rsidRDefault="0023285D" w:rsidP="0023285D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9742902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10446367" w14:textId="0452A07E" w:rsidR="0023285D" w:rsidRDefault="0023285D" w:rsidP="0023285D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7539752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2AA618EC" w14:textId="0391D12C" w:rsidR="0023285D" w:rsidRDefault="0023285D" w:rsidP="0023285D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23285D" w14:paraId="6B423030" w14:textId="77777777" w:rsidTr="009E32B9">
        <w:trPr>
          <w:trHeight w:val="424"/>
          <w:jc w:val="center"/>
        </w:trPr>
        <w:tc>
          <w:tcPr>
            <w:tcW w:w="810" w:type="dxa"/>
            <w:vAlign w:val="center"/>
          </w:tcPr>
          <w:p w14:paraId="24A49219" w14:textId="77777777" w:rsidR="0023285D" w:rsidRDefault="0023285D" w:rsidP="0023285D">
            <w:pPr>
              <w:jc w:val="center"/>
            </w:pPr>
            <w:r>
              <w:t>4</w:t>
            </w:r>
          </w:p>
        </w:tc>
        <w:tc>
          <w:tcPr>
            <w:tcW w:w="6608" w:type="dxa"/>
          </w:tcPr>
          <w:p w14:paraId="58859270" w14:textId="5F3C0108" w:rsidR="0023285D" w:rsidRDefault="0023285D" w:rsidP="0023285D">
            <w:r>
              <w:rPr>
                <w:rFonts w:ascii="Cambria" w:hAnsi="Cambria" w:cs="Segoe UI"/>
                <w:color w:val="000000"/>
              </w:rPr>
              <w:t xml:space="preserve">SGK </w:t>
            </w:r>
            <w:proofErr w:type="spellStart"/>
            <w:r>
              <w:rPr>
                <w:rFonts w:ascii="Cambria" w:hAnsi="Cambria" w:cs="Segoe UI"/>
                <w:color w:val="000000"/>
              </w:rPr>
              <w:t>borç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sorgusu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alınmış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, </w:t>
            </w:r>
            <w:proofErr w:type="spellStart"/>
            <w:r>
              <w:rPr>
                <w:rFonts w:ascii="Cambria" w:hAnsi="Cambria" w:cs="Segoe UI"/>
                <w:color w:val="000000"/>
              </w:rPr>
              <w:t>borç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bulunması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halinde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gerekli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kesintiler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yapılmış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mı</w:t>
            </w:r>
            <w:proofErr w:type="spellEnd"/>
            <w:r>
              <w:rPr>
                <w:rFonts w:ascii="Cambria" w:hAnsi="Cambria" w:cs="Segoe UI"/>
                <w:color w:val="000000"/>
              </w:rPr>
              <w:t>?</w:t>
            </w:r>
          </w:p>
        </w:tc>
        <w:sdt>
          <w:sdtPr>
            <w:rPr>
              <w:sz w:val="18"/>
              <w:szCs w:val="18"/>
            </w:rPr>
            <w:id w:val="16786172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174FA5DC" w14:textId="594DE580" w:rsidR="0023285D" w:rsidRDefault="0023285D" w:rsidP="0023285D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6473203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659AB439" w14:textId="01BBDF3E" w:rsidR="0023285D" w:rsidRDefault="0023285D" w:rsidP="0023285D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3553077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7B00DD99" w14:textId="0489B412" w:rsidR="0023285D" w:rsidRDefault="0023285D" w:rsidP="0023285D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23285D" w14:paraId="141FBE90" w14:textId="77777777" w:rsidTr="009E32B9">
        <w:trPr>
          <w:trHeight w:val="417"/>
          <w:jc w:val="center"/>
        </w:trPr>
        <w:tc>
          <w:tcPr>
            <w:tcW w:w="810" w:type="dxa"/>
            <w:vAlign w:val="center"/>
          </w:tcPr>
          <w:p w14:paraId="653F9A25" w14:textId="77777777" w:rsidR="0023285D" w:rsidRDefault="0023285D" w:rsidP="0023285D">
            <w:pPr>
              <w:jc w:val="center"/>
            </w:pPr>
            <w:r>
              <w:t>5</w:t>
            </w:r>
          </w:p>
        </w:tc>
        <w:tc>
          <w:tcPr>
            <w:tcW w:w="6608" w:type="dxa"/>
          </w:tcPr>
          <w:p w14:paraId="54096F42" w14:textId="1C007EF4" w:rsidR="0023285D" w:rsidRDefault="0023285D" w:rsidP="0023285D">
            <w:proofErr w:type="spellStart"/>
            <w:r>
              <w:rPr>
                <w:rFonts w:ascii="Cambria" w:hAnsi="Cambria" w:cs="Segoe UI"/>
                <w:color w:val="000000"/>
              </w:rPr>
              <w:t>Vergi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borcu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sorgusu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alınmış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, </w:t>
            </w:r>
            <w:proofErr w:type="spellStart"/>
            <w:r>
              <w:rPr>
                <w:rFonts w:ascii="Cambria" w:hAnsi="Cambria" w:cs="Segoe UI"/>
                <w:color w:val="000000"/>
              </w:rPr>
              <w:t>güncelliği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kontrol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edilmiş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ve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gerekli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ise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vergi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borcu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kesintisi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uygulanmış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mı</w:t>
            </w:r>
            <w:proofErr w:type="spellEnd"/>
            <w:r>
              <w:rPr>
                <w:rFonts w:ascii="Cambria" w:hAnsi="Cambria" w:cs="Segoe UI"/>
                <w:color w:val="000000"/>
              </w:rPr>
              <w:t>?</w:t>
            </w:r>
          </w:p>
        </w:tc>
        <w:sdt>
          <w:sdtPr>
            <w:rPr>
              <w:sz w:val="18"/>
              <w:szCs w:val="18"/>
            </w:rPr>
            <w:id w:val="-21197438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08FE0D73" w14:textId="1B460262" w:rsidR="0023285D" w:rsidRDefault="0023285D" w:rsidP="0023285D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9479653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1556996C" w14:textId="293E3ED1" w:rsidR="0023285D" w:rsidRDefault="0023285D" w:rsidP="0023285D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0443358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364870E4" w14:textId="5306D05B" w:rsidR="0023285D" w:rsidRDefault="0023285D" w:rsidP="0023285D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23285D" w14:paraId="7D40B154" w14:textId="77777777" w:rsidTr="009E32B9">
        <w:trPr>
          <w:jc w:val="center"/>
        </w:trPr>
        <w:tc>
          <w:tcPr>
            <w:tcW w:w="810" w:type="dxa"/>
            <w:vAlign w:val="center"/>
          </w:tcPr>
          <w:p w14:paraId="20DE44B9" w14:textId="77777777" w:rsidR="0023285D" w:rsidRDefault="0023285D" w:rsidP="0023285D">
            <w:pPr>
              <w:jc w:val="center"/>
            </w:pPr>
            <w:r>
              <w:t>6</w:t>
            </w:r>
          </w:p>
        </w:tc>
        <w:tc>
          <w:tcPr>
            <w:tcW w:w="6608" w:type="dxa"/>
          </w:tcPr>
          <w:p w14:paraId="09FF3FB5" w14:textId="3C73A5D3" w:rsidR="0023285D" w:rsidRDefault="0023285D" w:rsidP="0023285D">
            <w:proofErr w:type="spellStart"/>
            <w:r>
              <w:rPr>
                <w:rFonts w:ascii="Cambria" w:hAnsi="Cambria" w:cs="Segoe UI"/>
                <w:color w:val="000000"/>
              </w:rPr>
              <w:t>Hizmet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alımlarında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elektrik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, </w:t>
            </w:r>
            <w:proofErr w:type="spellStart"/>
            <w:r>
              <w:rPr>
                <w:rFonts w:ascii="Cambria" w:hAnsi="Cambria" w:cs="Segoe UI"/>
                <w:color w:val="000000"/>
              </w:rPr>
              <w:t>su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vb. </w:t>
            </w:r>
            <w:proofErr w:type="spellStart"/>
            <w:r>
              <w:rPr>
                <w:rFonts w:ascii="Cambria" w:hAnsi="Cambria" w:cs="Segoe UI"/>
                <w:color w:val="000000"/>
              </w:rPr>
              <w:t>kullanım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bedellerine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ilişkin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hesaplama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, </w:t>
            </w:r>
            <w:proofErr w:type="spellStart"/>
            <w:r>
              <w:rPr>
                <w:rFonts w:ascii="Cambria" w:hAnsi="Cambria" w:cs="Segoe UI"/>
                <w:color w:val="000000"/>
              </w:rPr>
              <w:t>üst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yazı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, </w:t>
            </w:r>
            <w:proofErr w:type="spellStart"/>
            <w:r>
              <w:rPr>
                <w:rFonts w:ascii="Cambria" w:hAnsi="Cambria" w:cs="Segoe UI"/>
                <w:color w:val="000000"/>
              </w:rPr>
              <w:t>dekont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ve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emanet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işlemleri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usulüne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uygun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yapılmış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mı</w:t>
            </w:r>
            <w:proofErr w:type="spellEnd"/>
            <w:r>
              <w:rPr>
                <w:rFonts w:ascii="Cambria" w:hAnsi="Cambria" w:cs="Segoe UI"/>
                <w:color w:val="000000"/>
              </w:rPr>
              <w:t>?</w:t>
            </w:r>
          </w:p>
        </w:tc>
        <w:sdt>
          <w:sdtPr>
            <w:rPr>
              <w:sz w:val="18"/>
              <w:szCs w:val="18"/>
            </w:rPr>
            <w:id w:val="-18617294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203BB5B5" w14:textId="77765F18" w:rsidR="0023285D" w:rsidRDefault="0023285D" w:rsidP="0023285D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3197278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2DB6A803" w14:textId="61AE9E6B" w:rsidR="0023285D" w:rsidRDefault="0023285D" w:rsidP="0023285D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21003668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53584AF6" w14:textId="78D0FBF6" w:rsidR="0023285D" w:rsidRDefault="0023285D" w:rsidP="0023285D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23285D" w14:paraId="64CC9416" w14:textId="77777777" w:rsidTr="009E32B9">
        <w:trPr>
          <w:jc w:val="center"/>
        </w:trPr>
        <w:tc>
          <w:tcPr>
            <w:tcW w:w="810" w:type="dxa"/>
            <w:vAlign w:val="center"/>
          </w:tcPr>
          <w:p w14:paraId="35DFEE49" w14:textId="77777777" w:rsidR="0023285D" w:rsidRDefault="0023285D" w:rsidP="0023285D">
            <w:pPr>
              <w:jc w:val="center"/>
            </w:pPr>
            <w:r>
              <w:t>7</w:t>
            </w:r>
          </w:p>
        </w:tc>
        <w:tc>
          <w:tcPr>
            <w:tcW w:w="6608" w:type="dxa"/>
          </w:tcPr>
          <w:p w14:paraId="6AC52947" w14:textId="04CC2E6F" w:rsidR="0023285D" w:rsidRDefault="0023285D" w:rsidP="0023285D">
            <w:proofErr w:type="spellStart"/>
            <w:r>
              <w:rPr>
                <w:rFonts w:ascii="Cambria" w:hAnsi="Cambria" w:cs="Segoe UI"/>
                <w:color w:val="000000"/>
              </w:rPr>
              <w:t>Hakedişe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ilişkin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damga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vergisi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ve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KDV </w:t>
            </w:r>
            <w:proofErr w:type="spellStart"/>
            <w:r>
              <w:rPr>
                <w:rFonts w:ascii="Cambria" w:hAnsi="Cambria" w:cs="Segoe UI"/>
                <w:color w:val="000000"/>
              </w:rPr>
              <w:t>tevkifatı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doğru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hesaplanmış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mı</w:t>
            </w:r>
            <w:proofErr w:type="spellEnd"/>
            <w:r>
              <w:rPr>
                <w:rFonts w:ascii="Cambria" w:hAnsi="Cambria" w:cs="Segoe UI"/>
                <w:color w:val="000000"/>
              </w:rPr>
              <w:t>?</w:t>
            </w:r>
          </w:p>
        </w:tc>
        <w:sdt>
          <w:sdtPr>
            <w:rPr>
              <w:sz w:val="18"/>
              <w:szCs w:val="18"/>
            </w:rPr>
            <w:id w:val="-17151908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28CD82EE" w14:textId="2B8F4A35" w:rsidR="0023285D" w:rsidRDefault="0023285D" w:rsidP="0023285D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8278571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6F249AEE" w14:textId="07A23D63" w:rsidR="0023285D" w:rsidRDefault="0023285D" w:rsidP="0023285D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5700299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6A589EAF" w14:textId="2F20618A" w:rsidR="0023285D" w:rsidRDefault="0023285D" w:rsidP="0023285D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23285D" w14:paraId="5B5E3A95" w14:textId="77777777" w:rsidTr="009E32B9">
        <w:trPr>
          <w:jc w:val="center"/>
        </w:trPr>
        <w:tc>
          <w:tcPr>
            <w:tcW w:w="810" w:type="dxa"/>
            <w:vAlign w:val="center"/>
          </w:tcPr>
          <w:p w14:paraId="1759FB24" w14:textId="77777777" w:rsidR="0023285D" w:rsidRDefault="0023285D" w:rsidP="0023285D">
            <w:pPr>
              <w:jc w:val="center"/>
            </w:pPr>
            <w:r>
              <w:t>8</w:t>
            </w:r>
          </w:p>
        </w:tc>
        <w:tc>
          <w:tcPr>
            <w:tcW w:w="6608" w:type="dxa"/>
          </w:tcPr>
          <w:p w14:paraId="7204642C" w14:textId="5C30DDB4" w:rsidR="0023285D" w:rsidRDefault="0023285D" w:rsidP="0023285D">
            <w:proofErr w:type="spellStart"/>
            <w:r>
              <w:rPr>
                <w:rFonts w:ascii="Cambria" w:hAnsi="Cambria" w:cs="Segoe UI"/>
                <w:color w:val="000000"/>
              </w:rPr>
              <w:t>Hakediş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tutarı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KDV </w:t>
            </w:r>
            <w:proofErr w:type="spellStart"/>
            <w:r>
              <w:rPr>
                <w:rFonts w:ascii="Cambria" w:hAnsi="Cambria" w:cs="Segoe UI"/>
                <w:color w:val="000000"/>
              </w:rPr>
              <w:t>Hariç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olarak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r w:rsidR="00107300">
              <w:rPr>
                <w:rFonts w:ascii="Cambria" w:hAnsi="Cambria" w:cs="Segoe UI"/>
                <w:color w:val="000000"/>
              </w:rPr>
              <w:t xml:space="preserve">HYS </w:t>
            </w:r>
            <w:proofErr w:type="spellStart"/>
            <w:r w:rsidR="00107300">
              <w:rPr>
                <w:rFonts w:ascii="Cambria" w:hAnsi="Cambria" w:cs="Segoe UI"/>
                <w:color w:val="000000"/>
              </w:rPr>
              <w:t>üzerinde</w:t>
            </w:r>
            <w:proofErr w:type="spellEnd"/>
            <w:r w:rsidR="00107300"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Taahhüt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Dosyasına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işlenmiş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mi? </w:t>
            </w:r>
            <w:proofErr w:type="spellStart"/>
            <w:r>
              <w:rPr>
                <w:rFonts w:ascii="Cambria" w:hAnsi="Cambria" w:cs="Segoe UI"/>
                <w:color w:val="000000"/>
              </w:rPr>
              <w:t>Fiyat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farkı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, </w:t>
            </w:r>
            <w:proofErr w:type="spellStart"/>
            <w:r>
              <w:rPr>
                <w:rFonts w:ascii="Cambria" w:hAnsi="Cambria" w:cs="Segoe UI"/>
                <w:color w:val="000000"/>
              </w:rPr>
              <w:t>iş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artışı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ve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azalışı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var </w:t>
            </w:r>
            <w:proofErr w:type="spellStart"/>
            <w:r>
              <w:rPr>
                <w:rFonts w:ascii="Cambria" w:hAnsi="Cambria" w:cs="Segoe UI"/>
                <w:color w:val="000000"/>
              </w:rPr>
              <w:t>ise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HYS </w:t>
            </w:r>
            <w:proofErr w:type="spellStart"/>
            <w:r>
              <w:rPr>
                <w:rFonts w:ascii="Cambria" w:hAnsi="Cambria" w:cs="Segoe UI"/>
                <w:color w:val="000000"/>
              </w:rPr>
              <w:t>üzerinden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taahhüt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dosyasında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kelnip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muhasebeye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gönderilmiş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mi?</w:t>
            </w:r>
          </w:p>
        </w:tc>
        <w:sdt>
          <w:sdtPr>
            <w:rPr>
              <w:sz w:val="18"/>
              <w:szCs w:val="18"/>
            </w:rPr>
            <w:id w:val="18613182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2D83F2DB" w14:textId="75593CDE" w:rsidR="0023285D" w:rsidRDefault="0023285D" w:rsidP="0023285D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0158011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3A08939A" w14:textId="7CC3D070" w:rsidR="0023285D" w:rsidRDefault="0023285D" w:rsidP="0023285D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6601177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76133ED4" w14:textId="2939A5CC" w:rsidR="0023285D" w:rsidRDefault="0023285D" w:rsidP="0023285D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23285D" w14:paraId="75AB4112" w14:textId="77777777" w:rsidTr="009E32B9">
        <w:trPr>
          <w:trHeight w:val="480"/>
          <w:jc w:val="center"/>
        </w:trPr>
        <w:tc>
          <w:tcPr>
            <w:tcW w:w="810" w:type="dxa"/>
            <w:vAlign w:val="center"/>
          </w:tcPr>
          <w:p w14:paraId="48FA51CD" w14:textId="77777777" w:rsidR="0023285D" w:rsidRDefault="0023285D" w:rsidP="0023285D">
            <w:pPr>
              <w:jc w:val="center"/>
            </w:pPr>
            <w:r>
              <w:t>9</w:t>
            </w:r>
          </w:p>
        </w:tc>
        <w:tc>
          <w:tcPr>
            <w:tcW w:w="6608" w:type="dxa"/>
          </w:tcPr>
          <w:p w14:paraId="4620FFFC" w14:textId="141AB890" w:rsidR="0023285D" w:rsidRDefault="0023285D" w:rsidP="0023285D">
            <w:proofErr w:type="spellStart"/>
            <w:r>
              <w:rPr>
                <w:rFonts w:ascii="Cambria" w:hAnsi="Cambria" w:cs="Segoe UI"/>
                <w:color w:val="000000"/>
              </w:rPr>
              <w:t>İş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artışı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veya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azalışı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bulunması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halinde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gerekli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üst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yazılar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, </w:t>
            </w:r>
            <w:proofErr w:type="spellStart"/>
            <w:r>
              <w:rPr>
                <w:rFonts w:ascii="Cambria" w:hAnsi="Cambria" w:cs="Segoe UI"/>
                <w:color w:val="000000"/>
              </w:rPr>
              <w:t>taahhüt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güncellemeleri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ve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yapım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işlerinde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ek </w:t>
            </w:r>
            <w:proofErr w:type="spellStart"/>
            <w:r>
              <w:rPr>
                <w:rFonts w:ascii="Cambria" w:hAnsi="Cambria" w:cs="Segoe UI"/>
                <w:color w:val="000000"/>
              </w:rPr>
              <w:t>teminat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ile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all-risk </w:t>
            </w:r>
            <w:proofErr w:type="spellStart"/>
            <w:r>
              <w:rPr>
                <w:rFonts w:ascii="Cambria" w:hAnsi="Cambria" w:cs="Segoe UI"/>
                <w:color w:val="000000"/>
              </w:rPr>
              <w:t>poliçesi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güncellenmiş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mi?</w:t>
            </w:r>
          </w:p>
        </w:tc>
        <w:sdt>
          <w:sdtPr>
            <w:rPr>
              <w:sz w:val="18"/>
              <w:szCs w:val="18"/>
            </w:rPr>
            <w:id w:val="-4617360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7B095091" w14:textId="3260E602" w:rsidR="0023285D" w:rsidRDefault="0023285D" w:rsidP="0023285D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6055387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2F64CBB4" w14:textId="583A4F3E" w:rsidR="0023285D" w:rsidRDefault="0023285D" w:rsidP="0023285D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13759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48E78A23" w14:textId="1560DBAF" w:rsidR="0023285D" w:rsidRDefault="0023285D" w:rsidP="0023285D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23285D" w14:paraId="379624CB" w14:textId="77777777" w:rsidTr="009E32B9">
        <w:trPr>
          <w:trHeight w:val="454"/>
          <w:jc w:val="center"/>
        </w:trPr>
        <w:tc>
          <w:tcPr>
            <w:tcW w:w="810" w:type="dxa"/>
            <w:vAlign w:val="center"/>
          </w:tcPr>
          <w:p w14:paraId="45EC4002" w14:textId="77777777" w:rsidR="0023285D" w:rsidRDefault="0023285D" w:rsidP="0023285D">
            <w:pPr>
              <w:jc w:val="center"/>
            </w:pPr>
            <w:r>
              <w:t>10</w:t>
            </w:r>
          </w:p>
        </w:tc>
        <w:tc>
          <w:tcPr>
            <w:tcW w:w="6608" w:type="dxa"/>
          </w:tcPr>
          <w:p w14:paraId="136058EF" w14:textId="574EE1D0" w:rsidR="0023285D" w:rsidRDefault="0023285D" w:rsidP="0023285D">
            <w:proofErr w:type="spellStart"/>
            <w:r>
              <w:rPr>
                <w:rFonts w:ascii="Cambria" w:hAnsi="Cambria" w:cs="Segoe UI"/>
                <w:color w:val="000000"/>
              </w:rPr>
              <w:t>Ödeme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Emri </w:t>
            </w:r>
            <w:proofErr w:type="spellStart"/>
            <w:r>
              <w:rPr>
                <w:rFonts w:ascii="Cambria" w:hAnsi="Cambria" w:cs="Segoe UI"/>
                <w:color w:val="000000"/>
              </w:rPr>
              <w:t>Belgesindeki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bütçe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tertibi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, IBAN </w:t>
            </w:r>
            <w:proofErr w:type="spellStart"/>
            <w:r>
              <w:rPr>
                <w:rFonts w:ascii="Cambria" w:hAnsi="Cambria" w:cs="Segoe UI"/>
                <w:color w:val="000000"/>
              </w:rPr>
              <w:t>bilgileri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ve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imzalar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ilgili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belgelerle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uyumlu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ve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yetki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çizelgesine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uygun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mu?</w:t>
            </w:r>
          </w:p>
        </w:tc>
        <w:sdt>
          <w:sdtPr>
            <w:rPr>
              <w:sz w:val="18"/>
              <w:szCs w:val="18"/>
            </w:rPr>
            <w:id w:val="-5837666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724071E2" w14:textId="7C9EB6BA" w:rsidR="0023285D" w:rsidRDefault="0023285D" w:rsidP="0023285D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3510282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2D5DD99F" w14:textId="2B48AB96" w:rsidR="0023285D" w:rsidRDefault="0023285D" w:rsidP="0023285D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7138115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04727F9C" w14:textId="2478C093" w:rsidR="0023285D" w:rsidRDefault="0023285D" w:rsidP="0023285D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23285D" w14:paraId="4A2F651D" w14:textId="77777777" w:rsidTr="009E32B9">
        <w:trPr>
          <w:jc w:val="center"/>
        </w:trPr>
        <w:tc>
          <w:tcPr>
            <w:tcW w:w="810" w:type="dxa"/>
            <w:vAlign w:val="center"/>
          </w:tcPr>
          <w:p w14:paraId="160E3E2A" w14:textId="77777777" w:rsidR="0023285D" w:rsidRDefault="0023285D" w:rsidP="0023285D">
            <w:pPr>
              <w:jc w:val="center"/>
            </w:pPr>
            <w:r>
              <w:t>11</w:t>
            </w:r>
          </w:p>
        </w:tc>
        <w:tc>
          <w:tcPr>
            <w:tcW w:w="6608" w:type="dxa"/>
          </w:tcPr>
          <w:p w14:paraId="3B73907F" w14:textId="2D61DE62" w:rsidR="0023285D" w:rsidRDefault="0023285D" w:rsidP="0023285D">
            <w:proofErr w:type="spellStart"/>
            <w:r>
              <w:rPr>
                <w:rFonts w:ascii="Cambria" w:hAnsi="Cambria" w:cs="Segoe UI"/>
                <w:color w:val="000000"/>
              </w:rPr>
              <w:t>Yetki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devri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yapılmış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ise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buna </w:t>
            </w:r>
            <w:proofErr w:type="spellStart"/>
            <w:r>
              <w:rPr>
                <w:rFonts w:ascii="Cambria" w:hAnsi="Cambria" w:cs="Segoe UI"/>
                <w:color w:val="000000"/>
              </w:rPr>
              <w:t>ilişkin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belgeler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ödeme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emrine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eklenmiş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mi?</w:t>
            </w:r>
          </w:p>
        </w:tc>
        <w:sdt>
          <w:sdtPr>
            <w:rPr>
              <w:sz w:val="18"/>
              <w:szCs w:val="18"/>
            </w:rPr>
            <w:id w:val="14596087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5B7B3DAA" w14:textId="2390FBEA" w:rsidR="0023285D" w:rsidRDefault="0023285D" w:rsidP="0023285D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5819843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21F98152" w14:textId="4BA295CC" w:rsidR="0023285D" w:rsidRDefault="0023285D" w:rsidP="0023285D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36937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7BE2E31A" w14:textId="7A988D0B" w:rsidR="0023285D" w:rsidRDefault="0023285D" w:rsidP="0023285D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</w:tbl>
    <w:p w14:paraId="3CDFB76F" w14:textId="6A0BF1B6" w:rsidR="0023285D" w:rsidRDefault="0023285D" w:rsidP="0049466B">
      <w:pPr>
        <w:jc w:val="both"/>
        <w:rPr>
          <w:rFonts w:ascii="Times New Roman" w:hAnsi="Times New Roman"/>
          <w:i/>
          <w:iCs/>
          <w:color w:val="000000"/>
          <w:sz w:val="24"/>
          <w:lang w:val="tr-TR" w:eastAsia="tr-TR"/>
        </w:rPr>
      </w:pPr>
    </w:p>
    <w:p w14:paraId="6FCA9316" w14:textId="440CDF4F" w:rsidR="0049466B" w:rsidRDefault="0049466B" w:rsidP="0049466B">
      <w:pPr>
        <w:jc w:val="both"/>
        <w:rPr>
          <w:rFonts w:ascii="Times New Roman" w:hAnsi="Times New Roman"/>
          <w:i/>
          <w:iCs/>
          <w:color w:val="000000"/>
          <w:sz w:val="24"/>
          <w:lang w:val="tr-TR" w:eastAsia="tr-TR"/>
        </w:rPr>
      </w:pPr>
      <w:r>
        <w:rPr>
          <w:rFonts w:ascii="Times New Roman" w:hAnsi="Times New Roman"/>
          <w:i/>
          <w:iCs/>
          <w:color w:val="000000"/>
          <w:sz w:val="24"/>
          <w:lang w:val="tr-TR" w:eastAsia="tr-TR"/>
        </w:rPr>
        <w:lastRenderedPageBreak/>
        <w:t>Kamu Ön Malî Kontrol Yönetmeliği’nin 6’ncı maddesi kapsamında; ödeme emri belgesi ve eki belgeler bütçe ilke ve esasları, ilgili mevzuat ve kamu iç kontrol standartları yönünden kontrol edilmiş olup uygun görülmüştür.</w:t>
      </w:r>
    </w:p>
    <w:p w14:paraId="15E3E923" w14:textId="77777777" w:rsidR="00D07467" w:rsidRDefault="00000000" w:rsidP="00D07467">
      <w:pPr>
        <w:ind w:left="3600"/>
        <w:rPr>
          <w:b/>
          <w:bCs/>
        </w:rPr>
      </w:pPr>
      <w:proofErr w:type="spellStart"/>
      <w:r w:rsidRPr="0049466B">
        <w:rPr>
          <w:b/>
          <w:bCs/>
        </w:rPr>
        <w:t>Gerçekleştirme</w:t>
      </w:r>
      <w:proofErr w:type="spellEnd"/>
      <w:r w:rsidRPr="0049466B">
        <w:rPr>
          <w:b/>
          <w:bCs/>
        </w:rPr>
        <w:t xml:space="preserve"> </w:t>
      </w:r>
      <w:proofErr w:type="spellStart"/>
      <w:r w:rsidRPr="0049466B">
        <w:rPr>
          <w:b/>
          <w:bCs/>
        </w:rPr>
        <w:t>Görevlisi</w:t>
      </w:r>
      <w:proofErr w:type="spellEnd"/>
    </w:p>
    <w:p w14:paraId="4F1B3897" w14:textId="77777777" w:rsidR="00D07467" w:rsidRDefault="00D07467" w:rsidP="00D07467">
      <w:pPr>
        <w:ind w:left="3600"/>
      </w:pPr>
      <w:r>
        <w:t xml:space="preserve">                   …/…/</w:t>
      </w:r>
      <w:proofErr w:type="gramStart"/>
      <w:r>
        <w:t>20..</w:t>
      </w:r>
      <w:proofErr w:type="gramEnd"/>
    </w:p>
    <w:p w14:paraId="1CB787FB" w14:textId="6256DCE2" w:rsidR="00123BD3" w:rsidRDefault="00000000" w:rsidP="00D07467">
      <w:pPr>
        <w:ind w:left="3600"/>
      </w:pPr>
      <w:proofErr w:type="spellStart"/>
      <w:r>
        <w:t>Adı</w:t>
      </w:r>
      <w:proofErr w:type="spellEnd"/>
      <w:r>
        <w:t xml:space="preserve"> </w:t>
      </w:r>
      <w:proofErr w:type="spellStart"/>
      <w:r>
        <w:t>Soyadı</w:t>
      </w:r>
      <w:proofErr w:type="spellEnd"/>
      <w:r w:rsidR="00D07467">
        <w:tab/>
      </w:r>
      <w:r>
        <w:t>:</w:t>
      </w:r>
      <w:r>
        <w:br/>
      </w:r>
      <w:proofErr w:type="spellStart"/>
      <w:r>
        <w:t>Unvanı</w:t>
      </w:r>
      <w:proofErr w:type="spellEnd"/>
      <w:r>
        <w:t xml:space="preserve">: </w:t>
      </w:r>
      <w:r w:rsidR="00D07467">
        <w:tab/>
        <w:t>:</w:t>
      </w:r>
      <w:r>
        <w:br/>
      </w:r>
      <w:proofErr w:type="spellStart"/>
      <w:r>
        <w:t>İmza</w:t>
      </w:r>
      <w:proofErr w:type="spellEnd"/>
      <w:r w:rsidR="00D07467">
        <w:tab/>
      </w:r>
      <w:r w:rsidR="00D07467">
        <w:tab/>
      </w:r>
      <w:r>
        <w:t>:</w:t>
      </w:r>
    </w:p>
    <w:sectPr w:rsidR="00123BD3" w:rsidSect="00034616">
      <w:headerReference w:type="default" r:id="rId8"/>
      <w:footerReference w:type="default" r:id="rId9"/>
      <w:pgSz w:w="12240" w:h="15840"/>
      <w:pgMar w:top="1440" w:right="850" w:bottom="1440" w:left="8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773149" w14:textId="77777777" w:rsidR="00955E48" w:rsidRDefault="00955E48" w:rsidP="0040110E">
      <w:pPr>
        <w:spacing w:after="0" w:line="240" w:lineRule="auto"/>
      </w:pPr>
      <w:r>
        <w:separator/>
      </w:r>
    </w:p>
  </w:endnote>
  <w:endnote w:type="continuationSeparator" w:id="0">
    <w:p w14:paraId="3E31CC0D" w14:textId="77777777" w:rsidR="00955E48" w:rsidRDefault="00955E48" w:rsidP="004011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0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0A0" w:firstRow="1" w:lastRow="0" w:firstColumn="1" w:lastColumn="0" w:noHBand="0" w:noVBand="0"/>
    </w:tblPr>
    <w:tblGrid>
      <w:gridCol w:w="3808"/>
      <w:gridCol w:w="3497"/>
      <w:gridCol w:w="3497"/>
    </w:tblGrid>
    <w:tr w:rsidR="0040110E" w:rsidRPr="007A5A35" w14:paraId="77874A5A" w14:textId="77777777" w:rsidTr="00B35841">
      <w:trPr>
        <w:trHeight w:val="340"/>
        <w:jc w:val="center"/>
      </w:trPr>
      <w:tc>
        <w:tcPr>
          <w:tcW w:w="3808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D8EC5B7" w14:textId="77777777" w:rsidR="0040110E" w:rsidRPr="007A5A35" w:rsidRDefault="0040110E" w:rsidP="0040110E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bookmarkStart w:id="0" w:name="_Hlk85100968"/>
          <w:bookmarkStart w:id="1" w:name="_Hlk89957417"/>
          <w:bookmarkStart w:id="2" w:name="_Hlk89957418"/>
          <w:bookmarkStart w:id="3" w:name="_Hlk89957419"/>
          <w:bookmarkStart w:id="4" w:name="_Hlk89957420"/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Hazırlayan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43E660" w14:textId="77777777" w:rsidR="0040110E" w:rsidRPr="007A5A35" w:rsidRDefault="0040110E" w:rsidP="0040110E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Sistem Onayı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CE9FC78" w14:textId="77777777" w:rsidR="0040110E" w:rsidRPr="007A5A35" w:rsidRDefault="0040110E" w:rsidP="0040110E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Yürürlük Onayı</w:t>
          </w:r>
        </w:p>
      </w:tc>
    </w:tr>
    <w:tr w:rsidR="0040110E" w:rsidRPr="007A5A35" w14:paraId="5E783973" w14:textId="77777777" w:rsidTr="00B35841">
      <w:trPr>
        <w:trHeight w:val="340"/>
        <w:jc w:val="center"/>
      </w:trPr>
      <w:tc>
        <w:tcPr>
          <w:tcW w:w="3808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C3C58D5" w14:textId="77777777" w:rsidR="0040110E" w:rsidRPr="007A5A35" w:rsidRDefault="0040110E" w:rsidP="0040110E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Bölüm Kalite Sorumlusu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22899DA" w14:textId="77777777" w:rsidR="0040110E" w:rsidRPr="007A5A35" w:rsidRDefault="0040110E" w:rsidP="0040110E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Kalite Koordinatörü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AA31C0E" w14:textId="77777777" w:rsidR="0040110E" w:rsidRPr="007A5A35" w:rsidRDefault="0040110E" w:rsidP="0040110E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Üst Yönetici</w:t>
          </w:r>
        </w:p>
      </w:tc>
    </w:tr>
    <w:bookmarkEnd w:id="0"/>
    <w:bookmarkEnd w:id="1"/>
    <w:bookmarkEnd w:id="2"/>
    <w:bookmarkEnd w:id="3"/>
    <w:bookmarkEnd w:id="4"/>
  </w:tbl>
  <w:p w14:paraId="0EC22A67" w14:textId="03A0DEC4" w:rsidR="0040110E" w:rsidRDefault="0040110E">
    <w:pPr>
      <w:pStyle w:val="AltBilgi"/>
    </w:pPr>
  </w:p>
  <w:p w14:paraId="490FF88F" w14:textId="77777777" w:rsidR="0040110E" w:rsidRDefault="0040110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9C222A" w14:textId="77777777" w:rsidR="00955E48" w:rsidRDefault="00955E48" w:rsidP="0040110E">
      <w:pPr>
        <w:spacing w:after="0" w:line="240" w:lineRule="auto"/>
      </w:pPr>
      <w:r>
        <w:separator/>
      </w:r>
    </w:p>
  </w:footnote>
  <w:footnote w:type="continuationSeparator" w:id="0">
    <w:p w14:paraId="018D26C5" w14:textId="77777777" w:rsidR="00955E48" w:rsidRDefault="00955E48" w:rsidP="004011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672"/>
      <w:gridCol w:w="5181"/>
      <w:gridCol w:w="2100"/>
      <w:gridCol w:w="1469"/>
    </w:tblGrid>
    <w:tr w:rsidR="0040110E" w:rsidRPr="007A5A35" w14:paraId="3EFA02C7" w14:textId="77777777" w:rsidTr="00B35841">
      <w:trPr>
        <w:trHeight w:val="261"/>
      </w:trPr>
      <w:tc>
        <w:tcPr>
          <w:tcW w:w="1676" w:type="dxa"/>
          <w:vMerge w:val="restart"/>
          <w:vAlign w:val="center"/>
        </w:tcPr>
        <w:p w14:paraId="539F1054" w14:textId="77777777" w:rsidR="0040110E" w:rsidRPr="007A5A35" w:rsidRDefault="0040110E" w:rsidP="0040110E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  <w:r w:rsidRPr="007A5A35">
            <w:rPr>
              <w:rFonts w:ascii="Arial" w:eastAsia="Calibri" w:hAnsi="Arial" w:cs="Arial"/>
              <w:noProof/>
              <w:szCs w:val="20"/>
              <w:lang w:val="tr-TR" w:eastAsia="tr-TR"/>
            </w:rPr>
            <w:drawing>
              <wp:inline distT="0" distB="0" distL="0" distR="0" wp14:anchorId="266E1BAA" wp14:editId="692812EF">
                <wp:extent cx="838200" cy="838200"/>
                <wp:effectExtent l="0" t="0" r="0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70" w:type="dxa"/>
          <w:vMerge w:val="restart"/>
          <w:vAlign w:val="center"/>
        </w:tcPr>
        <w:p w14:paraId="18424B39" w14:textId="5A0D19A9" w:rsidR="0040110E" w:rsidRPr="0040110E" w:rsidRDefault="0040110E" w:rsidP="0040110E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sz w:val="24"/>
              <w:szCs w:val="24"/>
              <w:lang w:val="tr-TR" w:eastAsia="tr-TR"/>
            </w:rPr>
          </w:pPr>
          <w:r w:rsidRPr="0040110E">
            <w:rPr>
              <w:rFonts w:ascii="Times New Roman" w:hAnsi="Times New Roman"/>
              <w:b/>
              <w:bCs/>
              <w:color w:val="000000"/>
              <w:sz w:val="24"/>
              <w:szCs w:val="24"/>
              <w:lang w:val="tr-TR" w:eastAsia="tr-TR"/>
            </w:rPr>
            <w:t>YAPIM VE HİZMET ALIMI HAKEDİŞ ÖDEMELERİNE İLİŞKİN ÖN MALİ KONTROL LİSTE FORMU</w:t>
          </w:r>
        </w:p>
      </w:tc>
      <w:tc>
        <w:tcPr>
          <w:tcW w:w="2126" w:type="dxa"/>
          <w:vAlign w:val="center"/>
        </w:tcPr>
        <w:p w14:paraId="424C81FA" w14:textId="77777777" w:rsidR="0040110E" w:rsidRPr="007A5A35" w:rsidRDefault="0040110E" w:rsidP="0040110E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Doküman No</w:t>
          </w:r>
        </w:p>
      </w:tc>
      <w:tc>
        <w:tcPr>
          <w:tcW w:w="1474" w:type="dxa"/>
          <w:vAlign w:val="center"/>
        </w:tcPr>
        <w:p w14:paraId="0C233D79" w14:textId="7B1A8D0F" w:rsidR="0040110E" w:rsidRPr="007A5A35" w:rsidRDefault="0040110E" w:rsidP="0040110E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FR.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65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4</w:t>
          </w:r>
        </w:p>
      </w:tc>
    </w:tr>
    <w:tr w:rsidR="0040110E" w:rsidRPr="007A5A35" w14:paraId="47432E57" w14:textId="77777777" w:rsidTr="00B35841">
      <w:trPr>
        <w:trHeight w:val="261"/>
      </w:trPr>
      <w:tc>
        <w:tcPr>
          <w:tcW w:w="1676" w:type="dxa"/>
          <w:vMerge/>
          <w:vAlign w:val="center"/>
        </w:tcPr>
        <w:p w14:paraId="1849727F" w14:textId="77777777" w:rsidR="0040110E" w:rsidRPr="007A5A35" w:rsidRDefault="0040110E" w:rsidP="0040110E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54BA42AF" w14:textId="77777777" w:rsidR="0040110E" w:rsidRPr="007A5A35" w:rsidRDefault="0040110E" w:rsidP="0040110E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089D1788" w14:textId="77777777" w:rsidR="0040110E" w:rsidRPr="007A5A35" w:rsidRDefault="0040110E" w:rsidP="0040110E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İlk Yayın Tarihi</w:t>
          </w:r>
        </w:p>
      </w:tc>
      <w:tc>
        <w:tcPr>
          <w:tcW w:w="1474" w:type="dxa"/>
          <w:vAlign w:val="center"/>
        </w:tcPr>
        <w:p w14:paraId="0D9C7BB9" w14:textId="77777777" w:rsidR="0040110E" w:rsidRPr="007A5A35" w:rsidRDefault="0040110E" w:rsidP="0040110E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0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3</w: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.0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8</w: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.202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6</w:t>
          </w:r>
        </w:p>
      </w:tc>
    </w:tr>
    <w:tr w:rsidR="0040110E" w:rsidRPr="007A5A35" w14:paraId="26C70181" w14:textId="77777777" w:rsidTr="00B35841">
      <w:trPr>
        <w:trHeight w:val="261"/>
      </w:trPr>
      <w:tc>
        <w:tcPr>
          <w:tcW w:w="1676" w:type="dxa"/>
          <w:vMerge/>
          <w:vAlign w:val="center"/>
        </w:tcPr>
        <w:p w14:paraId="77559A0A" w14:textId="77777777" w:rsidR="0040110E" w:rsidRPr="007A5A35" w:rsidRDefault="0040110E" w:rsidP="0040110E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2A037B0E" w14:textId="77777777" w:rsidR="0040110E" w:rsidRPr="007A5A35" w:rsidRDefault="0040110E" w:rsidP="0040110E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629480A8" w14:textId="77777777" w:rsidR="0040110E" w:rsidRPr="007A5A35" w:rsidRDefault="0040110E" w:rsidP="0040110E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Revizyon Tarihi</w:t>
          </w:r>
        </w:p>
      </w:tc>
      <w:tc>
        <w:tcPr>
          <w:tcW w:w="1474" w:type="dxa"/>
          <w:vAlign w:val="center"/>
        </w:tcPr>
        <w:p w14:paraId="76188C30" w14:textId="77777777" w:rsidR="0040110E" w:rsidRPr="007A5A35" w:rsidRDefault="0040110E" w:rsidP="0040110E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-</w:t>
          </w:r>
        </w:p>
      </w:tc>
    </w:tr>
    <w:tr w:rsidR="0040110E" w:rsidRPr="007A5A35" w14:paraId="110A865D" w14:textId="77777777" w:rsidTr="00B35841">
      <w:trPr>
        <w:trHeight w:val="261"/>
      </w:trPr>
      <w:tc>
        <w:tcPr>
          <w:tcW w:w="1676" w:type="dxa"/>
          <w:vMerge/>
          <w:vAlign w:val="center"/>
        </w:tcPr>
        <w:p w14:paraId="3B917347" w14:textId="77777777" w:rsidR="0040110E" w:rsidRPr="007A5A35" w:rsidRDefault="0040110E" w:rsidP="0040110E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56003439" w14:textId="77777777" w:rsidR="0040110E" w:rsidRPr="007A5A35" w:rsidRDefault="0040110E" w:rsidP="0040110E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60E048D8" w14:textId="77777777" w:rsidR="0040110E" w:rsidRPr="007A5A35" w:rsidRDefault="0040110E" w:rsidP="0040110E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Revizyon No</w:t>
          </w:r>
        </w:p>
      </w:tc>
      <w:tc>
        <w:tcPr>
          <w:tcW w:w="1474" w:type="dxa"/>
          <w:vAlign w:val="center"/>
        </w:tcPr>
        <w:p w14:paraId="17577404" w14:textId="77777777" w:rsidR="0040110E" w:rsidRPr="007A5A35" w:rsidRDefault="0040110E" w:rsidP="0040110E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0</w:t>
          </w:r>
        </w:p>
      </w:tc>
    </w:tr>
    <w:tr w:rsidR="0040110E" w:rsidRPr="007A5A35" w14:paraId="60F80895" w14:textId="77777777" w:rsidTr="00B35841">
      <w:trPr>
        <w:trHeight w:val="261"/>
      </w:trPr>
      <w:tc>
        <w:tcPr>
          <w:tcW w:w="1676" w:type="dxa"/>
          <w:vMerge/>
          <w:vAlign w:val="center"/>
        </w:tcPr>
        <w:p w14:paraId="5BD14725" w14:textId="77777777" w:rsidR="0040110E" w:rsidRPr="007A5A35" w:rsidRDefault="0040110E" w:rsidP="0040110E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06A33A79" w14:textId="77777777" w:rsidR="0040110E" w:rsidRPr="007A5A35" w:rsidRDefault="0040110E" w:rsidP="0040110E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3F06FA3D" w14:textId="77777777" w:rsidR="0040110E" w:rsidRPr="007A5A35" w:rsidRDefault="0040110E" w:rsidP="0040110E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Sayfa</w:t>
          </w:r>
        </w:p>
      </w:tc>
      <w:tc>
        <w:tcPr>
          <w:tcW w:w="1474" w:type="dxa"/>
          <w:vAlign w:val="center"/>
        </w:tcPr>
        <w:p w14:paraId="09BADE8A" w14:textId="77777777" w:rsidR="0040110E" w:rsidRPr="007A5A35" w:rsidRDefault="0040110E" w:rsidP="0040110E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begin"/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instrText xml:space="preserve"> PAGE   \* MERGEFORMAT </w:instrTex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separate"/>
          </w:r>
          <w:r w:rsidRPr="007A5A35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t>1</w: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end"/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/</w:t>
          </w: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fldChar w:fldCharType="begin"/>
          </w: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instrText xml:space="preserve"> NUMPAGES   \* MERGEFORMAT </w:instrText>
          </w: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fldChar w:fldCharType="separate"/>
          </w:r>
          <w:r w:rsidRPr="007A5A35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t>1</w:t>
          </w:r>
          <w:r w:rsidRPr="007A5A35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fldChar w:fldCharType="end"/>
          </w:r>
        </w:p>
      </w:tc>
    </w:tr>
  </w:tbl>
  <w:p w14:paraId="3332749E" w14:textId="2B721BBE" w:rsidR="0040110E" w:rsidRDefault="0040110E">
    <w:pPr>
      <w:pStyle w:val="stBilgi"/>
    </w:pPr>
  </w:p>
  <w:p w14:paraId="4808B716" w14:textId="77777777" w:rsidR="0040110E" w:rsidRDefault="0040110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54200028">
    <w:abstractNumId w:val="8"/>
  </w:num>
  <w:num w:numId="2" w16cid:durableId="723135967">
    <w:abstractNumId w:val="6"/>
  </w:num>
  <w:num w:numId="3" w16cid:durableId="1814758774">
    <w:abstractNumId w:val="5"/>
  </w:num>
  <w:num w:numId="4" w16cid:durableId="1241134221">
    <w:abstractNumId w:val="4"/>
  </w:num>
  <w:num w:numId="5" w16cid:durableId="965963797">
    <w:abstractNumId w:val="7"/>
  </w:num>
  <w:num w:numId="6" w16cid:durableId="2142383651">
    <w:abstractNumId w:val="3"/>
  </w:num>
  <w:num w:numId="7" w16cid:durableId="21052271">
    <w:abstractNumId w:val="2"/>
  </w:num>
  <w:num w:numId="8" w16cid:durableId="505708141">
    <w:abstractNumId w:val="1"/>
  </w:num>
  <w:num w:numId="9" w16cid:durableId="1369332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07300"/>
    <w:rsid w:val="00123BD3"/>
    <w:rsid w:val="001406CB"/>
    <w:rsid w:val="0015074B"/>
    <w:rsid w:val="001567A3"/>
    <w:rsid w:val="001A668A"/>
    <w:rsid w:val="00214460"/>
    <w:rsid w:val="0023285D"/>
    <w:rsid w:val="002377E3"/>
    <w:rsid w:val="0027410F"/>
    <w:rsid w:val="0029639D"/>
    <w:rsid w:val="00326F90"/>
    <w:rsid w:val="00350BF0"/>
    <w:rsid w:val="003D678A"/>
    <w:rsid w:val="0040110E"/>
    <w:rsid w:val="00421184"/>
    <w:rsid w:val="004710E6"/>
    <w:rsid w:val="0049466B"/>
    <w:rsid w:val="004D1CC3"/>
    <w:rsid w:val="005B2152"/>
    <w:rsid w:val="006A3593"/>
    <w:rsid w:val="006C17B4"/>
    <w:rsid w:val="0073159B"/>
    <w:rsid w:val="00780547"/>
    <w:rsid w:val="0082311F"/>
    <w:rsid w:val="008831BD"/>
    <w:rsid w:val="008A2006"/>
    <w:rsid w:val="00920C53"/>
    <w:rsid w:val="00955E48"/>
    <w:rsid w:val="009A140A"/>
    <w:rsid w:val="00AA1D8D"/>
    <w:rsid w:val="00B47730"/>
    <w:rsid w:val="00B71931"/>
    <w:rsid w:val="00C6718A"/>
    <w:rsid w:val="00CB0664"/>
    <w:rsid w:val="00D00C18"/>
    <w:rsid w:val="00D07467"/>
    <w:rsid w:val="00DE3D0A"/>
    <w:rsid w:val="00EA4814"/>
    <w:rsid w:val="00EB2BB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9EA2FE"/>
  <w14:defaultImageDpi w14:val="300"/>
  <w15:docId w15:val="{C2847196-2C28-4146-8CD9-2BCEA6838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ACER</cp:lastModifiedBy>
  <cp:revision>9</cp:revision>
  <dcterms:created xsi:type="dcterms:W3CDTF">2026-07-27T10:46:00Z</dcterms:created>
  <dcterms:modified xsi:type="dcterms:W3CDTF">2026-08-03T11:59:00Z</dcterms:modified>
  <cp:category/>
</cp:coreProperties>
</file>