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092"/>
        <w:gridCol w:w="8438"/>
      </w:tblGrid>
      <w:tr w:rsidR="00C3103A" w14:paraId="0B11984C" w14:textId="77777777" w:rsidTr="00C3103A">
        <w:trPr>
          <w:trHeight w:val="424"/>
        </w:trPr>
        <w:tc>
          <w:tcPr>
            <w:tcW w:w="2092" w:type="dxa"/>
            <w:vAlign w:val="center"/>
          </w:tcPr>
          <w:p w14:paraId="03A26DFB" w14:textId="77777777" w:rsidR="00C3103A" w:rsidRDefault="00C3103A" w:rsidP="00C3103A">
            <w:proofErr w:type="spellStart"/>
            <w:r>
              <w:t>Harcama</w:t>
            </w:r>
            <w:proofErr w:type="spellEnd"/>
            <w:r>
              <w:t xml:space="preserve"> </w:t>
            </w:r>
            <w:proofErr w:type="spellStart"/>
            <w:r>
              <w:t>Birimi</w:t>
            </w:r>
            <w:proofErr w:type="spellEnd"/>
          </w:p>
        </w:tc>
        <w:tc>
          <w:tcPr>
            <w:tcW w:w="8438" w:type="dxa"/>
            <w:vAlign w:val="center"/>
          </w:tcPr>
          <w:p w14:paraId="0961E16C" w14:textId="77777777" w:rsidR="00C3103A" w:rsidRDefault="00C3103A" w:rsidP="00C3103A">
            <w:pPr>
              <w:jc w:val="center"/>
            </w:pPr>
          </w:p>
        </w:tc>
      </w:tr>
      <w:tr w:rsidR="00C3103A" w14:paraId="36CA8615" w14:textId="77777777" w:rsidTr="00C3103A">
        <w:trPr>
          <w:trHeight w:val="441"/>
        </w:trPr>
        <w:tc>
          <w:tcPr>
            <w:tcW w:w="2092" w:type="dxa"/>
            <w:vAlign w:val="center"/>
          </w:tcPr>
          <w:p w14:paraId="3D0C4798" w14:textId="77777777" w:rsidR="00C3103A" w:rsidRDefault="00C3103A" w:rsidP="00C3103A">
            <w:proofErr w:type="spellStart"/>
            <w:r>
              <w:t>İşin</w:t>
            </w:r>
            <w:proofErr w:type="spellEnd"/>
            <w:r>
              <w:t xml:space="preserve"> </w:t>
            </w:r>
            <w:proofErr w:type="spellStart"/>
            <w:r>
              <w:t>Adı</w:t>
            </w:r>
            <w:proofErr w:type="spellEnd"/>
          </w:p>
        </w:tc>
        <w:tc>
          <w:tcPr>
            <w:tcW w:w="8438" w:type="dxa"/>
            <w:vAlign w:val="center"/>
          </w:tcPr>
          <w:p w14:paraId="1B235D99" w14:textId="77777777" w:rsidR="00C3103A" w:rsidRDefault="00C3103A" w:rsidP="00C3103A"/>
        </w:tc>
      </w:tr>
    </w:tbl>
    <w:p w14:paraId="05FD9A49" w14:textId="77777777" w:rsidR="00D00C18" w:rsidRDefault="00D00C18"/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810"/>
        <w:gridCol w:w="6608"/>
        <w:gridCol w:w="1268"/>
        <w:gridCol w:w="980"/>
        <w:gridCol w:w="864"/>
      </w:tblGrid>
      <w:tr w:rsidR="00123BD3" w14:paraId="54F28CC4" w14:textId="77777777" w:rsidTr="008831BD">
        <w:trPr>
          <w:jc w:val="center"/>
        </w:trPr>
        <w:tc>
          <w:tcPr>
            <w:tcW w:w="810" w:type="dxa"/>
            <w:vAlign w:val="center"/>
          </w:tcPr>
          <w:p w14:paraId="521E98C2" w14:textId="77777777" w:rsidR="00123BD3" w:rsidRDefault="00000000">
            <w:pPr>
              <w:jc w:val="center"/>
            </w:pPr>
            <w:proofErr w:type="spellStart"/>
            <w:r>
              <w:rPr>
                <w:b/>
              </w:rPr>
              <w:t>Sıra</w:t>
            </w:r>
            <w:proofErr w:type="spellEnd"/>
            <w:r>
              <w:rPr>
                <w:b/>
              </w:rPr>
              <w:t xml:space="preserve"> No</w:t>
            </w:r>
          </w:p>
        </w:tc>
        <w:tc>
          <w:tcPr>
            <w:tcW w:w="6608" w:type="dxa"/>
            <w:vAlign w:val="center"/>
          </w:tcPr>
          <w:p w14:paraId="7AD731B9" w14:textId="77777777" w:rsidR="00123BD3" w:rsidRDefault="00000000">
            <w:pPr>
              <w:jc w:val="center"/>
            </w:pPr>
            <w:proofErr w:type="spellStart"/>
            <w:r>
              <w:rPr>
                <w:b/>
              </w:rPr>
              <w:t>Kontrol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Edilecek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Hususlar</w:t>
            </w:r>
            <w:proofErr w:type="spellEnd"/>
          </w:p>
        </w:tc>
        <w:tc>
          <w:tcPr>
            <w:tcW w:w="1268" w:type="dxa"/>
            <w:vAlign w:val="center"/>
          </w:tcPr>
          <w:p w14:paraId="2C9B91F3" w14:textId="77777777" w:rsidR="00123BD3" w:rsidRDefault="00000000">
            <w:pPr>
              <w:jc w:val="center"/>
            </w:pPr>
            <w:proofErr w:type="spellStart"/>
            <w:r>
              <w:rPr>
                <w:b/>
              </w:rPr>
              <w:t>Zorunlu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Değil</w:t>
            </w:r>
            <w:proofErr w:type="spellEnd"/>
          </w:p>
        </w:tc>
        <w:tc>
          <w:tcPr>
            <w:tcW w:w="980" w:type="dxa"/>
            <w:vAlign w:val="center"/>
          </w:tcPr>
          <w:p w14:paraId="673AE7F9" w14:textId="77777777" w:rsidR="00123BD3" w:rsidRDefault="00000000">
            <w:pPr>
              <w:jc w:val="center"/>
            </w:pPr>
            <w:r>
              <w:rPr>
                <w:b/>
              </w:rPr>
              <w:t>Evet</w:t>
            </w:r>
          </w:p>
        </w:tc>
        <w:tc>
          <w:tcPr>
            <w:tcW w:w="864" w:type="dxa"/>
            <w:vAlign w:val="center"/>
          </w:tcPr>
          <w:p w14:paraId="59E22D59" w14:textId="77777777" w:rsidR="00123BD3" w:rsidRDefault="00000000">
            <w:pPr>
              <w:jc w:val="center"/>
            </w:pPr>
            <w:proofErr w:type="spellStart"/>
            <w:r>
              <w:rPr>
                <w:b/>
              </w:rPr>
              <w:t>Hayır</w:t>
            </w:r>
            <w:proofErr w:type="spellEnd"/>
          </w:p>
        </w:tc>
      </w:tr>
      <w:tr w:rsidR="00C7467B" w14:paraId="6048EF0C" w14:textId="77777777" w:rsidTr="00D00C18">
        <w:trPr>
          <w:jc w:val="center"/>
        </w:trPr>
        <w:tc>
          <w:tcPr>
            <w:tcW w:w="810" w:type="dxa"/>
            <w:vAlign w:val="center"/>
          </w:tcPr>
          <w:p w14:paraId="780F2872" w14:textId="77777777" w:rsidR="00C7467B" w:rsidRDefault="00C7467B" w:rsidP="00C7467B">
            <w:pPr>
              <w:jc w:val="center"/>
            </w:pPr>
            <w:r>
              <w:t>1</w:t>
            </w:r>
          </w:p>
        </w:tc>
        <w:tc>
          <w:tcPr>
            <w:tcW w:w="6608" w:type="dxa"/>
          </w:tcPr>
          <w:p w14:paraId="788F972B" w14:textId="1D28BB41" w:rsidR="00C7467B" w:rsidRDefault="00C7467B" w:rsidP="00C7467B">
            <w:proofErr w:type="spellStart"/>
            <w:r>
              <w:rPr>
                <w:rFonts w:ascii="Cambria" w:hAnsi="Cambria" w:cs="Segoe UI"/>
                <w:color w:val="000000"/>
              </w:rPr>
              <w:t>Yaklaşık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maliyet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; </w:t>
            </w:r>
            <w:proofErr w:type="spellStart"/>
            <w:r>
              <w:rPr>
                <w:rFonts w:ascii="Cambria" w:hAnsi="Cambria" w:cs="Segoe UI"/>
                <w:color w:val="000000"/>
              </w:rPr>
              <w:t>hesap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cetveli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icmal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tablosu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dayanak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belgeleri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KDV </w:t>
            </w:r>
            <w:proofErr w:type="spellStart"/>
            <w:r>
              <w:rPr>
                <w:rFonts w:ascii="Cambria" w:hAnsi="Cambria" w:cs="Segoe UI"/>
                <w:color w:val="000000"/>
              </w:rPr>
              <w:t>hariç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hesaplanması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yönünden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uygun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mu?</w:t>
            </w:r>
          </w:p>
        </w:tc>
        <w:sdt>
          <w:sdtPr>
            <w:rPr>
              <w:sz w:val="18"/>
              <w:szCs w:val="18"/>
            </w:rPr>
            <w:id w:val="-1177335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37A75345" w14:textId="7C85D55A" w:rsidR="00C7467B" w:rsidRDefault="00C7467B" w:rsidP="00C7467B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43316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9324147" w14:textId="0A046D4C" w:rsidR="00C7467B" w:rsidRDefault="00C7467B" w:rsidP="00C7467B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764885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07FF1803" w14:textId="7C3E2160" w:rsidR="00C7467B" w:rsidRDefault="00C7467B" w:rsidP="00C7467B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7467B" w14:paraId="3AF0B689" w14:textId="77777777" w:rsidTr="009E32B9">
        <w:trPr>
          <w:jc w:val="center"/>
        </w:trPr>
        <w:tc>
          <w:tcPr>
            <w:tcW w:w="810" w:type="dxa"/>
            <w:vAlign w:val="center"/>
          </w:tcPr>
          <w:p w14:paraId="690795E5" w14:textId="77777777" w:rsidR="00C7467B" w:rsidRDefault="00C7467B" w:rsidP="00C7467B">
            <w:pPr>
              <w:jc w:val="center"/>
            </w:pPr>
            <w:r>
              <w:t>2</w:t>
            </w:r>
          </w:p>
        </w:tc>
        <w:tc>
          <w:tcPr>
            <w:tcW w:w="6608" w:type="dxa"/>
          </w:tcPr>
          <w:p w14:paraId="630E59AA" w14:textId="3EA46C27" w:rsidR="00C7467B" w:rsidRDefault="00C7467B" w:rsidP="00C7467B">
            <w:proofErr w:type="spellStart"/>
            <w:r>
              <w:rPr>
                <w:rFonts w:ascii="Cambria" w:hAnsi="Cambria" w:cs="Segoe UI"/>
                <w:color w:val="000000"/>
              </w:rPr>
              <w:t>Harcama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Talimatı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Onay </w:t>
            </w:r>
            <w:proofErr w:type="spellStart"/>
            <w:r>
              <w:rPr>
                <w:rFonts w:ascii="Cambria" w:hAnsi="Cambria" w:cs="Segoe UI"/>
                <w:color w:val="000000"/>
              </w:rPr>
              <w:t>Belgesi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; </w:t>
            </w:r>
            <w:proofErr w:type="spellStart"/>
            <w:r>
              <w:rPr>
                <w:rFonts w:ascii="Cambria" w:hAnsi="Cambria" w:cs="Segoe UI"/>
                <w:color w:val="000000"/>
              </w:rPr>
              <w:t>hukuki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dayanak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gerekçe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gerçekleştirme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usulü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bütçe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tertibi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yönünden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uygun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mu?</w:t>
            </w:r>
          </w:p>
        </w:tc>
        <w:sdt>
          <w:sdtPr>
            <w:rPr>
              <w:sz w:val="18"/>
              <w:szCs w:val="18"/>
            </w:rPr>
            <w:id w:val="-1279245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3892C90B" w14:textId="34380EA2" w:rsidR="00C7467B" w:rsidRDefault="00C7467B" w:rsidP="00C7467B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010680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72376F41" w14:textId="4B7E3B59" w:rsidR="00C7467B" w:rsidRDefault="00C7467B" w:rsidP="00C7467B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902215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53B3FCA9" w14:textId="53930A75" w:rsidR="00C7467B" w:rsidRDefault="00C7467B" w:rsidP="00C7467B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7467B" w14:paraId="4116D98B" w14:textId="77777777" w:rsidTr="009E32B9">
        <w:trPr>
          <w:jc w:val="center"/>
        </w:trPr>
        <w:tc>
          <w:tcPr>
            <w:tcW w:w="810" w:type="dxa"/>
            <w:vAlign w:val="center"/>
          </w:tcPr>
          <w:p w14:paraId="3F978920" w14:textId="77777777" w:rsidR="00C7467B" w:rsidRDefault="00C7467B" w:rsidP="00C7467B">
            <w:pPr>
              <w:jc w:val="center"/>
            </w:pPr>
            <w:r>
              <w:t>3</w:t>
            </w:r>
          </w:p>
        </w:tc>
        <w:tc>
          <w:tcPr>
            <w:tcW w:w="6608" w:type="dxa"/>
          </w:tcPr>
          <w:p w14:paraId="337464EC" w14:textId="717EFDCD" w:rsidR="00C7467B" w:rsidRDefault="00C7467B" w:rsidP="00C7467B">
            <w:proofErr w:type="spellStart"/>
            <w:r>
              <w:rPr>
                <w:rFonts w:ascii="Cambria" w:hAnsi="Cambria" w:cs="Segoe UI"/>
                <w:color w:val="000000"/>
              </w:rPr>
              <w:t>Fatura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usulüne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uygun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düzenlenmiş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muhatabı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doğru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hesaplamaları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doğru</w:t>
            </w:r>
            <w:proofErr w:type="spellEnd"/>
            <w:r>
              <w:rPr>
                <w:rFonts w:ascii="Cambria" w:hAnsi="Cambria" w:cs="Segoe UI"/>
                <w:color w:val="000000"/>
              </w:rPr>
              <w:t>, e-</w:t>
            </w:r>
            <w:proofErr w:type="spellStart"/>
            <w:r>
              <w:rPr>
                <w:rFonts w:ascii="Cambria" w:hAnsi="Cambria" w:cs="Segoe UI"/>
                <w:color w:val="000000"/>
              </w:rPr>
              <w:t>Arşiv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kontrolleri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yapılmış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IBAN </w:t>
            </w:r>
            <w:proofErr w:type="spellStart"/>
            <w:r>
              <w:rPr>
                <w:rFonts w:ascii="Cambria" w:hAnsi="Cambria" w:cs="Segoe UI"/>
                <w:color w:val="000000"/>
              </w:rPr>
              <w:t>bilgileri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mevcut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mu?</w:t>
            </w:r>
            <w:r w:rsidRPr="00DE7A27">
              <w:rPr>
                <w:rFonts w:ascii="Cambria" w:hAnsi="Cambria" w:cs="Segoe UI"/>
                <w:b/>
                <w:bCs/>
                <w:color w:val="000000"/>
              </w:rPr>
              <w:t xml:space="preserve"> (</w:t>
            </w:r>
            <w:proofErr w:type="spellStart"/>
            <w:r w:rsidRPr="00DE7A27">
              <w:rPr>
                <w:rFonts w:ascii="Cambria" w:hAnsi="Cambria" w:cs="Segoe UI"/>
                <w:b/>
                <w:bCs/>
                <w:color w:val="000000"/>
              </w:rPr>
              <w:t>hizmet</w:t>
            </w:r>
            <w:proofErr w:type="spellEnd"/>
            <w:r w:rsidRPr="00DE7A27">
              <w:rPr>
                <w:rFonts w:ascii="Cambria" w:hAnsi="Cambria" w:cs="Segoe UI"/>
                <w:b/>
                <w:bCs/>
                <w:color w:val="000000"/>
              </w:rPr>
              <w:t xml:space="preserve"> </w:t>
            </w:r>
            <w:proofErr w:type="spellStart"/>
            <w:r w:rsidRPr="00DE7A27">
              <w:rPr>
                <w:rFonts w:ascii="Cambria" w:hAnsi="Cambria" w:cs="Segoe UI"/>
                <w:b/>
                <w:bCs/>
                <w:color w:val="000000"/>
              </w:rPr>
              <w:t>ve</w:t>
            </w:r>
            <w:proofErr w:type="spellEnd"/>
            <w:r w:rsidRPr="00DE7A27">
              <w:rPr>
                <w:rFonts w:ascii="Cambria" w:hAnsi="Cambria" w:cs="Segoe UI"/>
                <w:b/>
                <w:bCs/>
                <w:color w:val="000000"/>
              </w:rPr>
              <w:t xml:space="preserve"> </w:t>
            </w:r>
            <w:proofErr w:type="spellStart"/>
            <w:r w:rsidRPr="00DE7A27">
              <w:rPr>
                <w:rFonts w:ascii="Cambria" w:hAnsi="Cambria" w:cs="Segoe UI"/>
                <w:b/>
                <w:bCs/>
                <w:color w:val="000000"/>
              </w:rPr>
              <w:t>yapım</w:t>
            </w:r>
            <w:proofErr w:type="spellEnd"/>
            <w:r w:rsidRPr="00DE7A27">
              <w:rPr>
                <w:rFonts w:ascii="Cambria" w:hAnsi="Cambria" w:cs="Segoe UI"/>
                <w:b/>
                <w:bCs/>
                <w:color w:val="000000"/>
              </w:rPr>
              <w:t xml:space="preserve"> </w:t>
            </w:r>
            <w:proofErr w:type="spellStart"/>
            <w:r w:rsidRPr="00DE7A27">
              <w:rPr>
                <w:rFonts w:ascii="Cambria" w:hAnsi="Cambria" w:cs="Segoe UI"/>
                <w:b/>
                <w:bCs/>
                <w:color w:val="000000"/>
              </w:rPr>
              <w:t>işlerinde</w:t>
            </w:r>
            <w:proofErr w:type="spellEnd"/>
            <w:r w:rsidRPr="00DE7A27">
              <w:rPr>
                <w:rFonts w:ascii="Cambria" w:hAnsi="Cambria" w:cs="Segoe UI"/>
                <w:b/>
                <w:bCs/>
                <w:color w:val="000000"/>
              </w:rPr>
              <w:t xml:space="preserve"> </w:t>
            </w:r>
            <w:proofErr w:type="spellStart"/>
            <w:r w:rsidRPr="00DE7A27">
              <w:rPr>
                <w:rFonts w:ascii="Cambria" w:hAnsi="Cambria" w:cs="Segoe UI"/>
                <w:b/>
                <w:bCs/>
                <w:color w:val="000000"/>
              </w:rPr>
              <w:t>tevkifatlı</w:t>
            </w:r>
            <w:proofErr w:type="spellEnd"/>
            <w:r w:rsidRPr="00DE7A27">
              <w:rPr>
                <w:rFonts w:ascii="Cambria" w:hAnsi="Cambria" w:cs="Segoe UI"/>
                <w:b/>
                <w:bCs/>
                <w:color w:val="000000"/>
              </w:rPr>
              <w:t xml:space="preserve"> </w:t>
            </w:r>
            <w:proofErr w:type="spellStart"/>
            <w:r w:rsidRPr="00DE7A27">
              <w:rPr>
                <w:rFonts w:ascii="Cambria" w:hAnsi="Cambria" w:cs="Segoe UI"/>
                <w:b/>
                <w:bCs/>
                <w:color w:val="000000"/>
              </w:rPr>
              <w:t>fatura</w:t>
            </w:r>
            <w:proofErr w:type="spellEnd"/>
            <w:r w:rsidRPr="00DE7A27">
              <w:rPr>
                <w:rFonts w:ascii="Cambria" w:hAnsi="Cambria" w:cs="Segoe UI"/>
                <w:b/>
                <w:bCs/>
                <w:color w:val="000000"/>
              </w:rPr>
              <w:t xml:space="preserve"> </w:t>
            </w:r>
            <w:proofErr w:type="spellStart"/>
            <w:r w:rsidRPr="00DE7A27">
              <w:rPr>
                <w:rFonts w:ascii="Cambria" w:hAnsi="Cambria" w:cs="Segoe UI"/>
                <w:b/>
                <w:bCs/>
                <w:color w:val="000000"/>
              </w:rPr>
              <w:t>Strateji</w:t>
            </w:r>
            <w:proofErr w:type="spellEnd"/>
            <w:r w:rsidRPr="00DE7A27">
              <w:rPr>
                <w:rFonts w:ascii="Cambria" w:hAnsi="Cambria" w:cs="Segoe UI"/>
                <w:b/>
                <w:bCs/>
                <w:color w:val="000000"/>
              </w:rPr>
              <w:t xml:space="preserve"> </w:t>
            </w:r>
            <w:proofErr w:type="spellStart"/>
            <w:r w:rsidRPr="00DE7A27">
              <w:rPr>
                <w:rFonts w:ascii="Cambria" w:hAnsi="Cambria" w:cs="Segoe UI"/>
                <w:b/>
                <w:bCs/>
                <w:color w:val="000000"/>
              </w:rPr>
              <w:t>adına</w:t>
            </w:r>
            <w:proofErr w:type="spellEnd"/>
            <w:r w:rsidRPr="00DE7A27">
              <w:rPr>
                <w:rFonts w:ascii="Cambria" w:hAnsi="Cambria" w:cs="Segoe UI"/>
                <w:b/>
                <w:bCs/>
                <w:color w:val="000000"/>
              </w:rPr>
              <w:t xml:space="preserve"> </w:t>
            </w:r>
            <w:proofErr w:type="spellStart"/>
            <w:r w:rsidRPr="00DE7A27">
              <w:rPr>
                <w:rFonts w:ascii="Cambria" w:hAnsi="Cambria" w:cs="Segoe UI"/>
                <w:b/>
                <w:bCs/>
                <w:color w:val="000000"/>
              </w:rPr>
              <w:t>olacaktır</w:t>
            </w:r>
            <w:proofErr w:type="spellEnd"/>
            <w:proofErr w:type="gramStart"/>
            <w:r w:rsidRPr="00DE7A27">
              <w:rPr>
                <w:rFonts w:ascii="Cambria" w:hAnsi="Cambria" w:cs="Segoe UI"/>
                <w:b/>
                <w:bCs/>
                <w:color w:val="000000"/>
              </w:rPr>
              <w:t>.)</w:t>
            </w:r>
            <w:r>
              <w:rPr>
                <w:rFonts w:ascii="Cambria" w:hAnsi="Cambria" w:cs="Segoe UI"/>
                <w:b/>
                <w:bCs/>
                <w:color w:val="000000"/>
              </w:rPr>
              <w:t>(</w:t>
            </w:r>
            <w:proofErr w:type="spellStart"/>
            <w:proofErr w:type="gramEnd"/>
            <w:r>
              <w:rPr>
                <w:rFonts w:ascii="Cambria" w:hAnsi="Cambria" w:cs="Segoe UI"/>
                <w:b/>
                <w:bCs/>
                <w:color w:val="000000"/>
              </w:rPr>
              <w:t>Vn</w:t>
            </w:r>
            <w:proofErr w:type="spellEnd"/>
            <w:r>
              <w:rPr>
                <w:rFonts w:ascii="Cambria" w:hAnsi="Cambria" w:cs="Segoe UI"/>
                <w:b/>
                <w:bCs/>
                <w:color w:val="000000"/>
              </w:rPr>
              <w:t>: 0480588801)</w:t>
            </w:r>
          </w:p>
        </w:tc>
        <w:sdt>
          <w:sdtPr>
            <w:rPr>
              <w:sz w:val="18"/>
              <w:szCs w:val="18"/>
            </w:rPr>
            <w:id w:val="920997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1350727A" w14:textId="7EF11225" w:rsidR="00C7467B" w:rsidRDefault="00C7467B" w:rsidP="00C7467B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974290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10446367" w14:textId="0452A07E" w:rsidR="00C7467B" w:rsidRDefault="00C7467B" w:rsidP="00C7467B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753975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2AA618EC" w14:textId="0391D12C" w:rsidR="00C7467B" w:rsidRDefault="00C7467B" w:rsidP="00C7467B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7467B" w14:paraId="6B423030" w14:textId="77777777" w:rsidTr="009E32B9">
        <w:trPr>
          <w:trHeight w:val="424"/>
          <w:jc w:val="center"/>
        </w:trPr>
        <w:tc>
          <w:tcPr>
            <w:tcW w:w="810" w:type="dxa"/>
            <w:vAlign w:val="center"/>
          </w:tcPr>
          <w:p w14:paraId="24A49219" w14:textId="77777777" w:rsidR="00C7467B" w:rsidRDefault="00C7467B" w:rsidP="00C7467B">
            <w:pPr>
              <w:jc w:val="center"/>
            </w:pPr>
            <w:r>
              <w:t>4</w:t>
            </w:r>
          </w:p>
        </w:tc>
        <w:tc>
          <w:tcPr>
            <w:tcW w:w="6608" w:type="dxa"/>
          </w:tcPr>
          <w:p w14:paraId="58859270" w14:textId="5E469254" w:rsidR="00C7467B" w:rsidRDefault="00C7467B" w:rsidP="00C7467B">
            <w:proofErr w:type="spellStart"/>
            <w:r>
              <w:rPr>
                <w:rFonts w:ascii="Cambria" w:hAnsi="Cambria" w:cs="Segoe UI"/>
                <w:color w:val="000000"/>
              </w:rPr>
              <w:t>Muayene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kabul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işlemleri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(mal </w:t>
            </w:r>
            <w:proofErr w:type="spellStart"/>
            <w:r>
              <w:rPr>
                <w:rFonts w:ascii="Cambria" w:hAnsi="Cambria" w:cs="Segoe UI"/>
                <w:color w:val="000000"/>
              </w:rPr>
              <w:t>alımlarında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Muayene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Kabul </w:t>
            </w:r>
            <w:proofErr w:type="spellStart"/>
            <w:r>
              <w:rPr>
                <w:rFonts w:ascii="Cambria" w:hAnsi="Cambria" w:cs="Segoe UI"/>
                <w:color w:val="000000"/>
              </w:rPr>
              <w:t>Komisyonu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hizmet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alımlarında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Hizmet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İşleri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Kabul </w:t>
            </w:r>
            <w:proofErr w:type="spellStart"/>
            <w:r>
              <w:rPr>
                <w:rFonts w:ascii="Cambria" w:hAnsi="Cambria" w:cs="Segoe UI"/>
                <w:color w:val="000000"/>
              </w:rPr>
              <w:t>Tutanağı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) </w:t>
            </w:r>
            <w:proofErr w:type="spellStart"/>
            <w:r>
              <w:rPr>
                <w:rFonts w:ascii="Cambria" w:hAnsi="Cambria" w:cs="Segoe UI"/>
                <w:color w:val="000000"/>
              </w:rPr>
              <w:t>usulüne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uygun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gerçekleştirilmiş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mi?</w:t>
            </w:r>
          </w:p>
        </w:tc>
        <w:sdt>
          <w:sdtPr>
            <w:rPr>
              <w:sz w:val="18"/>
              <w:szCs w:val="18"/>
            </w:rPr>
            <w:id w:val="1678617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174FA5DC" w14:textId="594DE580" w:rsidR="00C7467B" w:rsidRDefault="00C7467B" w:rsidP="00C7467B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647320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659AB439" w14:textId="01BBDF3E" w:rsidR="00C7467B" w:rsidRDefault="00C7467B" w:rsidP="00C7467B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355307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7B00DD99" w14:textId="0489B412" w:rsidR="00C7467B" w:rsidRDefault="00C7467B" w:rsidP="00C7467B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7467B" w14:paraId="141FBE90" w14:textId="77777777" w:rsidTr="009E32B9">
        <w:trPr>
          <w:trHeight w:val="417"/>
          <w:jc w:val="center"/>
        </w:trPr>
        <w:tc>
          <w:tcPr>
            <w:tcW w:w="810" w:type="dxa"/>
            <w:vAlign w:val="center"/>
          </w:tcPr>
          <w:p w14:paraId="653F9A25" w14:textId="77777777" w:rsidR="00C7467B" w:rsidRDefault="00C7467B" w:rsidP="00C7467B">
            <w:pPr>
              <w:jc w:val="center"/>
            </w:pPr>
            <w:r>
              <w:t>5</w:t>
            </w:r>
          </w:p>
        </w:tc>
        <w:tc>
          <w:tcPr>
            <w:tcW w:w="6608" w:type="dxa"/>
          </w:tcPr>
          <w:p w14:paraId="54096F42" w14:textId="546884B2" w:rsidR="00C7467B" w:rsidRDefault="00C7467B" w:rsidP="00C7467B">
            <w:r>
              <w:rPr>
                <w:rFonts w:ascii="Cambria" w:hAnsi="Cambria" w:cs="Segoe UI"/>
                <w:color w:val="000000"/>
              </w:rPr>
              <w:t xml:space="preserve">Mal </w:t>
            </w:r>
            <w:proofErr w:type="spellStart"/>
            <w:r>
              <w:rPr>
                <w:rFonts w:ascii="Cambria" w:hAnsi="Cambria" w:cs="Segoe UI"/>
                <w:color w:val="000000"/>
              </w:rPr>
              <w:t>alımlarında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TKYS </w:t>
            </w:r>
            <w:proofErr w:type="spellStart"/>
            <w:r>
              <w:rPr>
                <w:rFonts w:ascii="Cambria" w:hAnsi="Cambria" w:cs="Segoe UI"/>
                <w:color w:val="000000"/>
              </w:rPr>
              <w:t>ve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HYS </w:t>
            </w:r>
            <w:proofErr w:type="spellStart"/>
            <w:r>
              <w:rPr>
                <w:rFonts w:ascii="Cambria" w:hAnsi="Cambria" w:cs="Segoe UI"/>
                <w:color w:val="000000"/>
              </w:rPr>
              <w:t>üzerinden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düzenlenen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Varlık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İşlem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Fişleri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ödeme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belgelerine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eklenmiş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fatura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ile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uyumlu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Taşınır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Kayıt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Yetkilisince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onaylanmış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mı</w:t>
            </w:r>
            <w:proofErr w:type="spellEnd"/>
            <w:r>
              <w:rPr>
                <w:rFonts w:ascii="Cambria" w:hAnsi="Cambria" w:cs="Segoe UI"/>
                <w:color w:val="000000"/>
              </w:rPr>
              <w:t>?</w:t>
            </w:r>
          </w:p>
        </w:tc>
        <w:sdt>
          <w:sdtPr>
            <w:rPr>
              <w:sz w:val="18"/>
              <w:szCs w:val="18"/>
            </w:rPr>
            <w:id w:val="-2119743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08FE0D73" w14:textId="1B460262" w:rsidR="00C7467B" w:rsidRDefault="00C7467B" w:rsidP="00C7467B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947965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1556996C" w14:textId="293E3ED1" w:rsidR="00C7467B" w:rsidRDefault="00C7467B" w:rsidP="00C7467B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044335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364870E4" w14:textId="5306D05B" w:rsidR="00C7467B" w:rsidRDefault="00C7467B" w:rsidP="00C7467B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7467B" w14:paraId="7D40B154" w14:textId="77777777" w:rsidTr="009E32B9">
        <w:trPr>
          <w:jc w:val="center"/>
        </w:trPr>
        <w:tc>
          <w:tcPr>
            <w:tcW w:w="810" w:type="dxa"/>
            <w:vAlign w:val="center"/>
          </w:tcPr>
          <w:p w14:paraId="20DE44B9" w14:textId="77777777" w:rsidR="00C7467B" w:rsidRDefault="00C7467B" w:rsidP="00C7467B">
            <w:pPr>
              <w:jc w:val="center"/>
            </w:pPr>
            <w:r>
              <w:t>6</w:t>
            </w:r>
          </w:p>
        </w:tc>
        <w:tc>
          <w:tcPr>
            <w:tcW w:w="6608" w:type="dxa"/>
          </w:tcPr>
          <w:p w14:paraId="09FF3FB5" w14:textId="2E846307" w:rsidR="00C7467B" w:rsidRDefault="00C7467B" w:rsidP="00C7467B">
            <w:proofErr w:type="spellStart"/>
            <w:r>
              <w:rPr>
                <w:rFonts w:ascii="Cambria" w:hAnsi="Cambria" w:cs="Segoe UI"/>
                <w:color w:val="000000"/>
              </w:rPr>
              <w:t>Gelir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İdaresi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Başkanlığından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alınan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vergi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borcu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sorgusu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(6183 22/A </w:t>
            </w:r>
            <w:proofErr w:type="spellStart"/>
            <w:r>
              <w:rPr>
                <w:rFonts w:ascii="Cambria" w:hAnsi="Cambria" w:cs="Segoe UI"/>
                <w:color w:val="000000"/>
              </w:rPr>
              <w:t>kapsamında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) </w:t>
            </w:r>
            <w:proofErr w:type="spellStart"/>
            <w:r>
              <w:rPr>
                <w:rFonts w:ascii="Cambria" w:hAnsi="Cambria" w:cs="Segoe UI"/>
                <w:color w:val="000000"/>
              </w:rPr>
              <w:t>güncel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usulüne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uygun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onaylanmış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gerekli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ise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kesinti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yapılmış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mı</w:t>
            </w:r>
            <w:proofErr w:type="spellEnd"/>
            <w:r>
              <w:rPr>
                <w:rFonts w:ascii="Cambria" w:hAnsi="Cambria" w:cs="Segoe UI"/>
                <w:color w:val="000000"/>
              </w:rPr>
              <w:t>?</w:t>
            </w:r>
          </w:p>
        </w:tc>
        <w:sdt>
          <w:sdtPr>
            <w:rPr>
              <w:sz w:val="18"/>
              <w:szCs w:val="18"/>
            </w:rPr>
            <w:id w:val="-1861729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03BB5B5" w14:textId="77765F18" w:rsidR="00C7467B" w:rsidRDefault="00C7467B" w:rsidP="00C7467B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319727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DB6A803" w14:textId="61AE9E6B" w:rsidR="00C7467B" w:rsidRDefault="00C7467B" w:rsidP="00C7467B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2100366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53584AF6" w14:textId="78D0FBF6" w:rsidR="00C7467B" w:rsidRDefault="00C7467B" w:rsidP="00C7467B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7467B" w14:paraId="64CC9416" w14:textId="77777777" w:rsidTr="009E32B9">
        <w:trPr>
          <w:jc w:val="center"/>
        </w:trPr>
        <w:tc>
          <w:tcPr>
            <w:tcW w:w="810" w:type="dxa"/>
            <w:vAlign w:val="center"/>
          </w:tcPr>
          <w:p w14:paraId="35DFEE49" w14:textId="77777777" w:rsidR="00C7467B" w:rsidRDefault="00C7467B" w:rsidP="00C7467B">
            <w:pPr>
              <w:jc w:val="center"/>
            </w:pPr>
            <w:r>
              <w:t>7</w:t>
            </w:r>
          </w:p>
        </w:tc>
        <w:tc>
          <w:tcPr>
            <w:tcW w:w="6608" w:type="dxa"/>
          </w:tcPr>
          <w:p w14:paraId="6AC52947" w14:textId="3D59DEC6" w:rsidR="00C7467B" w:rsidRDefault="00C7467B" w:rsidP="00C7467B">
            <w:proofErr w:type="spellStart"/>
            <w:r>
              <w:rPr>
                <w:rFonts w:ascii="Cambria" w:hAnsi="Cambria" w:cs="Segoe UI"/>
                <w:color w:val="000000"/>
              </w:rPr>
              <w:t>Ödeme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Emri </w:t>
            </w:r>
            <w:proofErr w:type="spellStart"/>
            <w:r>
              <w:rPr>
                <w:rFonts w:ascii="Cambria" w:hAnsi="Cambria" w:cs="Segoe UI"/>
                <w:color w:val="000000"/>
              </w:rPr>
              <w:t>Belgesindeki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IBAN </w:t>
            </w:r>
            <w:proofErr w:type="spellStart"/>
            <w:r>
              <w:rPr>
                <w:rFonts w:ascii="Cambria" w:hAnsi="Cambria" w:cs="Segoe UI"/>
                <w:color w:val="000000"/>
              </w:rPr>
              <w:t>ve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bütçe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tertibi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ilgili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belgelerle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uyumlu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mu?</w:t>
            </w:r>
          </w:p>
        </w:tc>
        <w:sdt>
          <w:sdtPr>
            <w:rPr>
              <w:sz w:val="18"/>
              <w:szCs w:val="18"/>
            </w:rPr>
            <w:id w:val="-1715190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8CD82EE" w14:textId="2B8F4A35" w:rsidR="00C7467B" w:rsidRDefault="00C7467B" w:rsidP="00C7467B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827857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6F249AEE" w14:textId="07A23D63" w:rsidR="00C7467B" w:rsidRDefault="00C7467B" w:rsidP="00C7467B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570029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6A589EAF" w14:textId="2F20618A" w:rsidR="00C7467B" w:rsidRDefault="00C7467B" w:rsidP="00C7467B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7467B" w14:paraId="5B5E3A95" w14:textId="77777777" w:rsidTr="009E32B9">
        <w:trPr>
          <w:jc w:val="center"/>
        </w:trPr>
        <w:tc>
          <w:tcPr>
            <w:tcW w:w="810" w:type="dxa"/>
            <w:vAlign w:val="center"/>
          </w:tcPr>
          <w:p w14:paraId="1759FB24" w14:textId="77777777" w:rsidR="00C7467B" w:rsidRDefault="00C7467B" w:rsidP="00C7467B">
            <w:pPr>
              <w:jc w:val="center"/>
            </w:pPr>
            <w:r>
              <w:t>8</w:t>
            </w:r>
          </w:p>
        </w:tc>
        <w:tc>
          <w:tcPr>
            <w:tcW w:w="6608" w:type="dxa"/>
          </w:tcPr>
          <w:p w14:paraId="7204642C" w14:textId="6D015691" w:rsidR="00C7467B" w:rsidRDefault="00C7467B" w:rsidP="00C7467B">
            <w:proofErr w:type="spellStart"/>
            <w:r>
              <w:rPr>
                <w:rFonts w:ascii="Cambria" w:hAnsi="Cambria" w:cs="Segoe UI"/>
                <w:color w:val="000000"/>
              </w:rPr>
              <w:t>Alınan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mal </w:t>
            </w:r>
            <w:proofErr w:type="spellStart"/>
            <w:r>
              <w:rPr>
                <w:rFonts w:ascii="Cambria" w:hAnsi="Cambria" w:cs="Segoe UI"/>
                <w:color w:val="000000"/>
              </w:rPr>
              <w:t>veya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hizmet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Tasarruf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Tedbirleri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Genelgesine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uygun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mu?</w:t>
            </w:r>
          </w:p>
        </w:tc>
        <w:sdt>
          <w:sdtPr>
            <w:rPr>
              <w:sz w:val="18"/>
              <w:szCs w:val="18"/>
            </w:rPr>
            <w:id w:val="1861318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D83F2DB" w14:textId="75593CDE" w:rsidR="00C7467B" w:rsidRDefault="00C7467B" w:rsidP="00C7467B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0158011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3A08939A" w14:textId="7CC3D070" w:rsidR="00C7467B" w:rsidRDefault="00C7467B" w:rsidP="00C7467B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60117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76133ED4" w14:textId="2939A5CC" w:rsidR="00C7467B" w:rsidRDefault="00C7467B" w:rsidP="00C7467B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7467B" w14:paraId="75AB4112" w14:textId="77777777" w:rsidTr="009E32B9">
        <w:trPr>
          <w:trHeight w:val="480"/>
          <w:jc w:val="center"/>
        </w:trPr>
        <w:tc>
          <w:tcPr>
            <w:tcW w:w="810" w:type="dxa"/>
            <w:vAlign w:val="center"/>
          </w:tcPr>
          <w:p w14:paraId="48FA51CD" w14:textId="77777777" w:rsidR="00C7467B" w:rsidRDefault="00C7467B" w:rsidP="00C7467B">
            <w:pPr>
              <w:jc w:val="center"/>
            </w:pPr>
            <w:r>
              <w:t>9</w:t>
            </w:r>
          </w:p>
        </w:tc>
        <w:tc>
          <w:tcPr>
            <w:tcW w:w="6608" w:type="dxa"/>
          </w:tcPr>
          <w:p w14:paraId="4620FFFC" w14:textId="5A0CABD4" w:rsidR="00C7467B" w:rsidRDefault="00C7467B" w:rsidP="00C7467B">
            <w:proofErr w:type="spellStart"/>
            <w:r>
              <w:rPr>
                <w:rFonts w:ascii="Cambria" w:hAnsi="Cambria" w:cs="Segoe UI"/>
                <w:color w:val="000000"/>
              </w:rPr>
              <w:t>Ödeme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Emri </w:t>
            </w:r>
            <w:proofErr w:type="spellStart"/>
            <w:r>
              <w:rPr>
                <w:rFonts w:ascii="Cambria" w:hAnsi="Cambria" w:cs="Segoe UI"/>
                <w:color w:val="000000"/>
              </w:rPr>
              <w:t>Belgesindeki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imzalar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yetki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çizelgesine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uygun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mu? </w:t>
            </w:r>
            <w:proofErr w:type="spellStart"/>
            <w:r>
              <w:rPr>
                <w:rFonts w:ascii="Cambria" w:hAnsi="Cambria" w:cs="Segoe UI"/>
                <w:color w:val="000000"/>
              </w:rPr>
              <w:t>Yetki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devri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bulunması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halinde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ilgili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belgeler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eklenmiş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mi?</w:t>
            </w:r>
          </w:p>
        </w:tc>
        <w:sdt>
          <w:sdtPr>
            <w:rPr>
              <w:sz w:val="18"/>
              <w:szCs w:val="18"/>
            </w:rPr>
            <w:id w:val="-461736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7B095091" w14:textId="3260E602" w:rsidR="00C7467B" w:rsidRDefault="00C7467B" w:rsidP="00C7467B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05538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F64CBB4" w14:textId="583A4F3E" w:rsidR="00C7467B" w:rsidRDefault="00C7467B" w:rsidP="00C7467B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1375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48E78A23" w14:textId="1560DBAF" w:rsidR="00C7467B" w:rsidRDefault="00C7467B" w:rsidP="00C7467B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7467B" w14:paraId="379624CB" w14:textId="77777777" w:rsidTr="009E32B9">
        <w:trPr>
          <w:trHeight w:val="454"/>
          <w:jc w:val="center"/>
        </w:trPr>
        <w:tc>
          <w:tcPr>
            <w:tcW w:w="810" w:type="dxa"/>
            <w:vAlign w:val="center"/>
          </w:tcPr>
          <w:p w14:paraId="45EC4002" w14:textId="77777777" w:rsidR="00C7467B" w:rsidRDefault="00C7467B" w:rsidP="00C7467B">
            <w:pPr>
              <w:jc w:val="center"/>
            </w:pPr>
            <w:r>
              <w:t>10</w:t>
            </w:r>
          </w:p>
        </w:tc>
        <w:tc>
          <w:tcPr>
            <w:tcW w:w="6608" w:type="dxa"/>
          </w:tcPr>
          <w:p w14:paraId="136058EF" w14:textId="416C39AA" w:rsidR="00C7467B" w:rsidRDefault="00C7467B" w:rsidP="00C7467B">
            <w:proofErr w:type="spellStart"/>
            <w:r>
              <w:rPr>
                <w:rFonts w:ascii="Cambria" w:hAnsi="Cambria" w:cs="Segoe UI"/>
                <w:color w:val="000000"/>
              </w:rPr>
              <w:t>Hatırlatma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: Döner </w:t>
            </w:r>
            <w:proofErr w:type="spellStart"/>
            <w:r>
              <w:rPr>
                <w:rFonts w:ascii="Cambria" w:hAnsi="Cambria" w:cs="Segoe UI"/>
                <w:color w:val="000000"/>
              </w:rPr>
              <w:t>Sermaye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İşletmesi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damga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vergisinden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muaf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olduğundan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damga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vergisi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kesintisi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yapılmaması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gerektiği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kontrol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edilmiş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mi?</w:t>
            </w:r>
          </w:p>
        </w:tc>
        <w:sdt>
          <w:sdtPr>
            <w:rPr>
              <w:sz w:val="18"/>
              <w:szCs w:val="18"/>
            </w:rPr>
            <w:id w:val="-583766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724071E2" w14:textId="7C9EB6BA" w:rsidR="00C7467B" w:rsidRDefault="00C7467B" w:rsidP="00C7467B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351028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D5DD99F" w14:textId="2B48AB96" w:rsidR="00C7467B" w:rsidRDefault="00C7467B" w:rsidP="00C7467B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713811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04727F9C" w14:textId="2478C093" w:rsidR="00C7467B" w:rsidRDefault="00C7467B" w:rsidP="00C7467B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</w:tbl>
    <w:p w14:paraId="21581B43" w14:textId="77777777" w:rsidR="009A45F6" w:rsidRDefault="00000000" w:rsidP="0049466B">
      <w:pPr>
        <w:jc w:val="both"/>
        <w:rPr>
          <w:rFonts w:ascii="Times New Roman" w:hAnsi="Times New Roman"/>
          <w:i/>
          <w:iCs/>
          <w:color w:val="000000"/>
          <w:sz w:val="24"/>
          <w:lang w:val="tr-TR" w:eastAsia="tr-TR"/>
        </w:rPr>
      </w:pPr>
      <w:r>
        <w:br/>
      </w:r>
    </w:p>
    <w:p w14:paraId="36B4E4C1" w14:textId="77777777" w:rsidR="009A45F6" w:rsidRDefault="009A45F6" w:rsidP="0049466B">
      <w:pPr>
        <w:jc w:val="both"/>
        <w:rPr>
          <w:rFonts w:ascii="Times New Roman" w:hAnsi="Times New Roman"/>
          <w:i/>
          <w:iCs/>
          <w:color w:val="000000"/>
          <w:sz w:val="24"/>
          <w:lang w:val="tr-TR" w:eastAsia="tr-TR"/>
        </w:rPr>
      </w:pPr>
    </w:p>
    <w:p w14:paraId="499ACFF1" w14:textId="77777777" w:rsidR="009A45F6" w:rsidRDefault="009A45F6" w:rsidP="0049466B">
      <w:pPr>
        <w:jc w:val="both"/>
        <w:rPr>
          <w:rFonts w:ascii="Times New Roman" w:hAnsi="Times New Roman"/>
          <w:i/>
          <w:iCs/>
          <w:color w:val="000000"/>
          <w:sz w:val="24"/>
          <w:lang w:val="tr-TR" w:eastAsia="tr-TR"/>
        </w:rPr>
      </w:pPr>
    </w:p>
    <w:p w14:paraId="6FCA9316" w14:textId="54B89E39" w:rsidR="0049466B" w:rsidRDefault="0049466B" w:rsidP="0049466B">
      <w:pPr>
        <w:jc w:val="both"/>
        <w:rPr>
          <w:rFonts w:ascii="Times New Roman" w:hAnsi="Times New Roman"/>
          <w:i/>
          <w:iCs/>
          <w:color w:val="000000"/>
          <w:sz w:val="24"/>
          <w:lang w:val="tr-TR" w:eastAsia="tr-TR"/>
        </w:rPr>
      </w:pPr>
      <w:r>
        <w:rPr>
          <w:rFonts w:ascii="Times New Roman" w:hAnsi="Times New Roman"/>
          <w:i/>
          <w:iCs/>
          <w:color w:val="000000"/>
          <w:sz w:val="24"/>
          <w:lang w:val="tr-TR" w:eastAsia="tr-TR"/>
        </w:rPr>
        <w:lastRenderedPageBreak/>
        <w:t xml:space="preserve">Kamu Ön Malî Kontrol Yönetmeliği’nin 6’ncı maddesi kapsamında; ödeme emri belgesi ve eki belgeler bütçe ilke ve esasları, ilgili mevzuat ve kamu iç kontrol standartları yönünden kontrol edilmiş olup uygun </w:t>
      </w:r>
      <w:proofErr w:type="gramStart"/>
      <w:r>
        <w:rPr>
          <w:rFonts w:ascii="Times New Roman" w:hAnsi="Times New Roman"/>
          <w:i/>
          <w:iCs/>
          <w:color w:val="000000"/>
          <w:sz w:val="24"/>
          <w:lang w:val="tr-TR" w:eastAsia="tr-TR"/>
        </w:rPr>
        <w:t>görülmüştür</w:t>
      </w:r>
      <w:proofErr w:type="gramEnd"/>
      <w:r>
        <w:rPr>
          <w:rFonts w:ascii="Times New Roman" w:hAnsi="Times New Roman"/>
          <w:i/>
          <w:iCs/>
          <w:color w:val="000000"/>
          <w:sz w:val="24"/>
          <w:lang w:val="tr-TR" w:eastAsia="tr-TR"/>
        </w:rPr>
        <w:t>.</w:t>
      </w:r>
    </w:p>
    <w:p w14:paraId="15E3E923" w14:textId="77777777" w:rsidR="00D07467" w:rsidRDefault="00000000" w:rsidP="00D07467">
      <w:pPr>
        <w:ind w:left="3600"/>
        <w:rPr>
          <w:b/>
          <w:bCs/>
        </w:rPr>
      </w:pPr>
      <w:proofErr w:type="spellStart"/>
      <w:r w:rsidRPr="0049466B">
        <w:rPr>
          <w:b/>
          <w:bCs/>
        </w:rPr>
        <w:t>Gerçekleştirme</w:t>
      </w:r>
      <w:proofErr w:type="spellEnd"/>
      <w:r w:rsidRPr="0049466B">
        <w:rPr>
          <w:b/>
          <w:bCs/>
        </w:rPr>
        <w:t xml:space="preserve"> </w:t>
      </w:r>
      <w:proofErr w:type="spellStart"/>
      <w:r w:rsidRPr="0049466B">
        <w:rPr>
          <w:b/>
          <w:bCs/>
        </w:rPr>
        <w:t>Görevlisi</w:t>
      </w:r>
      <w:proofErr w:type="spellEnd"/>
    </w:p>
    <w:p w14:paraId="4F1B3897" w14:textId="77777777" w:rsidR="00D07467" w:rsidRDefault="00D07467" w:rsidP="00D07467">
      <w:pPr>
        <w:ind w:left="3600"/>
      </w:pPr>
      <w:r>
        <w:t xml:space="preserve">                   …/…/</w:t>
      </w:r>
      <w:proofErr w:type="gramStart"/>
      <w:r>
        <w:t>20..</w:t>
      </w:r>
      <w:proofErr w:type="gramEnd"/>
    </w:p>
    <w:p w14:paraId="1CB787FB" w14:textId="6256DCE2" w:rsidR="00123BD3" w:rsidRDefault="00000000" w:rsidP="00D07467">
      <w:pPr>
        <w:ind w:left="3600"/>
      </w:pPr>
      <w:proofErr w:type="spellStart"/>
      <w:r>
        <w:t>Adı</w:t>
      </w:r>
      <w:proofErr w:type="spellEnd"/>
      <w:r>
        <w:t xml:space="preserve"> </w:t>
      </w:r>
      <w:proofErr w:type="spellStart"/>
      <w:r>
        <w:t>Soyadı</w:t>
      </w:r>
      <w:proofErr w:type="spellEnd"/>
      <w:r w:rsidR="00D07467">
        <w:tab/>
      </w:r>
      <w:r>
        <w:t>:</w:t>
      </w:r>
      <w:r>
        <w:br/>
      </w:r>
      <w:proofErr w:type="spellStart"/>
      <w:r>
        <w:t>Unvanı</w:t>
      </w:r>
      <w:proofErr w:type="spellEnd"/>
      <w:r>
        <w:t xml:space="preserve">: </w:t>
      </w:r>
      <w:r w:rsidR="00D07467">
        <w:tab/>
        <w:t>:</w:t>
      </w:r>
      <w:r>
        <w:br/>
      </w:r>
      <w:proofErr w:type="spellStart"/>
      <w:r>
        <w:t>İmza</w:t>
      </w:r>
      <w:proofErr w:type="spellEnd"/>
      <w:r w:rsidR="00D07467">
        <w:tab/>
      </w:r>
      <w:r w:rsidR="00D07467">
        <w:tab/>
      </w:r>
      <w:r>
        <w:t>:</w:t>
      </w:r>
    </w:p>
    <w:sectPr w:rsidR="00123BD3" w:rsidSect="009A45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850" w:bottom="1440" w:left="850" w:header="96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46529" w14:textId="77777777" w:rsidR="009A3E6F" w:rsidRDefault="009A3E6F" w:rsidP="009A45F6">
      <w:pPr>
        <w:spacing w:after="0" w:line="240" w:lineRule="auto"/>
      </w:pPr>
      <w:r>
        <w:separator/>
      </w:r>
    </w:p>
  </w:endnote>
  <w:endnote w:type="continuationSeparator" w:id="0">
    <w:p w14:paraId="698335E2" w14:textId="77777777" w:rsidR="009A3E6F" w:rsidRDefault="009A3E6F" w:rsidP="009A4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E9191" w14:textId="77777777" w:rsidR="009A45F6" w:rsidRDefault="009A45F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94F5A" w14:textId="3EE845F1" w:rsidR="009A45F6" w:rsidRDefault="009A45F6">
    <w:pPr>
      <w:pStyle w:val="AltBilgi"/>
    </w:pPr>
  </w:p>
  <w:tbl>
    <w:tblPr>
      <w:tblW w:w="1080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808"/>
      <w:gridCol w:w="3497"/>
      <w:gridCol w:w="3497"/>
    </w:tblGrid>
    <w:tr w:rsidR="009A45F6" w:rsidRPr="007A5A35" w14:paraId="3CB33ECE" w14:textId="77777777" w:rsidTr="007F4124">
      <w:trPr>
        <w:trHeight w:val="340"/>
        <w:jc w:val="center"/>
      </w:trPr>
      <w:tc>
        <w:tcPr>
          <w:tcW w:w="380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FD005FD" w14:textId="77777777" w:rsidR="009A45F6" w:rsidRPr="007A5A35" w:rsidRDefault="009A45F6" w:rsidP="009A45F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bookmarkStart w:id="0" w:name="_Hlk85100968"/>
          <w:bookmarkStart w:id="1" w:name="_Hlk89957417"/>
          <w:bookmarkStart w:id="2" w:name="_Hlk89957418"/>
          <w:bookmarkStart w:id="3" w:name="_Hlk89957419"/>
          <w:bookmarkStart w:id="4" w:name="_Hlk89957420"/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Hazırlayan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A82BA24" w14:textId="77777777" w:rsidR="009A45F6" w:rsidRPr="007A5A35" w:rsidRDefault="009A45F6" w:rsidP="009A45F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Sistem Onayı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42BBB0A" w14:textId="77777777" w:rsidR="009A45F6" w:rsidRPr="007A5A35" w:rsidRDefault="009A45F6" w:rsidP="009A45F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Yürürlük Onayı</w:t>
          </w:r>
        </w:p>
      </w:tc>
    </w:tr>
    <w:tr w:rsidR="009A45F6" w:rsidRPr="007A5A35" w14:paraId="1D6EA1E3" w14:textId="77777777" w:rsidTr="007F4124">
      <w:trPr>
        <w:trHeight w:val="340"/>
        <w:jc w:val="center"/>
      </w:trPr>
      <w:tc>
        <w:tcPr>
          <w:tcW w:w="380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37D4C50" w14:textId="77777777" w:rsidR="009A45F6" w:rsidRPr="007A5A35" w:rsidRDefault="009A45F6" w:rsidP="009A45F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Bölüm Kalite Sorumlusu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8E56CFC" w14:textId="77777777" w:rsidR="009A45F6" w:rsidRPr="007A5A35" w:rsidRDefault="009A45F6" w:rsidP="009A45F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Kalite Koordinatörü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492C3CE" w14:textId="77777777" w:rsidR="009A45F6" w:rsidRPr="007A5A35" w:rsidRDefault="009A45F6" w:rsidP="009A45F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Üst Yönetici</w:t>
          </w:r>
        </w:p>
      </w:tc>
    </w:tr>
    <w:bookmarkEnd w:id="0"/>
    <w:bookmarkEnd w:id="1"/>
    <w:bookmarkEnd w:id="2"/>
    <w:bookmarkEnd w:id="3"/>
    <w:bookmarkEnd w:id="4"/>
  </w:tbl>
  <w:p w14:paraId="52DA27D3" w14:textId="77777777" w:rsidR="009A45F6" w:rsidRDefault="009A45F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6E7EB" w14:textId="77777777" w:rsidR="009A45F6" w:rsidRDefault="009A45F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9B1B9" w14:textId="77777777" w:rsidR="009A3E6F" w:rsidRDefault="009A3E6F" w:rsidP="009A45F6">
      <w:pPr>
        <w:spacing w:after="0" w:line="240" w:lineRule="auto"/>
      </w:pPr>
      <w:r>
        <w:separator/>
      </w:r>
    </w:p>
  </w:footnote>
  <w:footnote w:type="continuationSeparator" w:id="0">
    <w:p w14:paraId="51BB3815" w14:textId="77777777" w:rsidR="009A3E6F" w:rsidRDefault="009A3E6F" w:rsidP="009A45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8B8EC" w14:textId="77777777" w:rsidR="009A45F6" w:rsidRDefault="009A45F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672"/>
      <w:gridCol w:w="5181"/>
      <w:gridCol w:w="2100"/>
      <w:gridCol w:w="1469"/>
    </w:tblGrid>
    <w:tr w:rsidR="009A45F6" w:rsidRPr="007A5A35" w14:paraId="6A18AA50" w14:textId="77777777" w:rsidTr="007F4124">
      <w:trPr>
        <w:trHeight w:val="261"/>
      </w:trPr>
      <w:tc>
        <w:tcPr>
          <w:tcW w:w="1676" w:type="dxa"/>
          <w:vMerge w:val="restart"/>
          <w:vAlign w:val="center"/>
        </w:tcPr>
        <w:p w14:paraId="3483AFEB" w14:textId="77777777" w:rsidR="009A45F6" w:rsidRPr="007A5A35" w:rsidRDefault="009A45F6" w:rsidP="009A45F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  <w:r w:rsidRPr="007A5A35">
            <w:rPr>
              <w:rFonts w:ascii="Arial" w:eastAsia="Calibri" w:hAnsi="Arial" w:cs="Arial"/>
              <w:noProof/>
              <w:szCs w:val="20"/>
              <w:lang w:val="tr-TR" w:eastAsia="tr-TR"/>
            </w:rPr>
            <w:drawing>
              <wp:inline distT="0" distB="0" distL="0" distR="0" wp14:anchorId="0AC02F10" wp14:editId="09DA2ACB">
                <wp:extent cx="838200" cy="838200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70" w:type="dxa"/>
          <w:vMerge w:val="restart"/>
          <w:vAlign w:val="center"/>
        </w:tcPr>
        <w:p w14:paraId="3B009021" w14:textId="77EC7964" w:rsidR="009A45F6" w:rsidRPr="0040110E" w:rsidRDefault="009A45F6" w:rsidP="009A45F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24"/>
              <w:szCs w:val="24"/>
              <w:lang w:val="tr-TR" w:eastAsia="tr-TR"/>
            </w:rPr>
          </w:pPr>
          <w:r w:rsidRPr="00C3103A">
            <w:rPr>
              <w:rFonts w:ascii="Times New Roman" w:hAnsi="Times New Roman"/>
              <w:b/>
              <w:bCs/>
              <w:color w:val="000000"/>
              <w:sz w:val="24"/>
              <w:szCs w:val="24"/>
              <w:lang w:val="tr-TR" w:eastAsia="tr-TR"/>
            </w:rPr>
            <w:t xml:space="preserve">4734'TE GEÇEN İSTİSNAİ ALIMLAR ÖDEMELERİNE </w:t>
          </w:r>
          <w:r w:rsidRPr="0040110E">
            <w:rPr>
              <w:rFonts w:ascii="Times New Roman" w:hAnsi="Times New Roman"/>
              <w:b/>
              <w:bCs/>
              <w:color w:val="000000"/>
              <w:sz w:val="24"/>
              <w:szCs w:val="24"/>
              <w:lang w:val="tr-TR" w:eastAsia="tr-TR"/>
            </w:rPr>
            <w:t>İLİŞKİN ÖN MALİ KONTROL LİSTE FORMU</w:t>
          </w:r>
        </w:p>
      </w:tc>
      <w:tc>
        <w:tcPr>
          <w:tcW w:w="2126" w:type="dxa"/>
          <w:vAlign w:val="center"/>
        </w:tcPr>
        <w:p w14:paraId="1FA61FF3" w14:textId="77777777" w:rsidR="009A45F6" w:rsidRPr="007A5A35" w:rsidRDefault="009A45F6" w:rsidP="009A45F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Doküman No</w:t>
          </w:r>
        </w:p>
      </w:tc>
      <w:tc>
        <w:tcPr>
          <w:tcW w:w="1474" w:type="dxa"/>
          <w:vAlign w:val="center"/>
        </w:tcPr>
        <w:p w14:paraId="43247E93" w14:textId="5CF2B25A" w:rsidR="009A45F6" w:rsidRPr="007A5A35" w:rsidRDefault="009A45F6" w:rsidP="009A45F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FR.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65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5</w:t>
          </w:r>
        </w:p>
      </w:tc>
    </w:tr>
    <w:tr w:rsidR="009A45F6" w:rsidRPr="007A5A35" w14:paraId="3387E884" w14:textId="77777777" w:rsidTr="007F4124">
      <w:trPr>
        <w:trHeight w:val="261"/>
      </w:trPr>
      <w:tc>
        <w:tcPr>
          <w:tcW w:w="1676" w:type="dxa"/>
          <w:vMerge/>
          <w:vAlign w:val="center"/>
        </w:tcPr>
        <w:p w14:paraId="4F4AA1E4" w14:textId="77777777" w:rsidR="009A45F6" w:rsidRPr="007A5A35" w:rsidRDefault="009A45F6" w:rsidP="009A45F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7D319811" w14:textId="77777777" w:rsidR="009A45F6" w:rsidRPr="007A5A35" w:rsidRDefault="009A45F6" w:rsidP="009A45F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72A3C81F" w14:textId="77777777" w:rsidR="009A45F6" w:rsidRPr="007A5A35" w:rsidRDefault="009A45F6" w:rsidP="009A45F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İlk Yayın Tarihi</w:t>
          </w:r>
        </w:p>
      </w:tc>
      <w:tc>
        <w:tcPr>
          <w:tcW w:w="1474" w:type="dxa"/>
          <w:vAlign w:val="center"/>
        </w:tcPr>
        <w:p w14:paraId="10414886" w14:textId="77777777" w:rsidR="009A45F6" w:rsidRPr="007A5A35" w:rsidRDefault="009A45F6" w:rsidP="009A45F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3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.0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8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.202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6</w:t>
          </w:r>
        </w:p>
      </w:tc>
    </w:tr>
    <w:tr w:rsidR="009A45F6" w:rsidRPr="007A5A35" w14:paraId="5F4A6B78" w14:textId="77777777" w:rsidTr="007F4124">
      <w:trPr>
        <w:trHeight w:val="261"/>
      </w:trPr>
      <w:tc>
        <w:tcPr>
          <w:tcW w:w="1676" w:type="dxa"/>
          <w:vMerge/>
          <w:vAlign w:val="center"/>
        </w:tcPr>
        <w:p w14:paraId="7FEFCD64" w14:textId="77777777" w:rsidR="009A45F6" w:rsidRPr="007A5A35" w:rsidRDefault="009A45F6" w:rsidP="009A45F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2DA7736F" w14:textId="77777777" w:rsidR="009A45F6" w:rsidRPr="007A5A35" w:rsidRDefault="009A45F6" w:rsidP="009A45F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0C0437C7" w14:textId="77777777" w:rsidR="009A45F6" w:rsidRPr="007A5A35" w:rsidRDefault="009A45F6" w:rsidP="009A45F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Tarihi</w:t>
          </w:r>
        </w:p>
      </w:tc>
      <w:tc>
        <w:tcPr>
          <w:tcW w:w="1474" w:type="dxa"/>
          <w:vAlign w:val="center"/>
        </w:tcPr>
        <w:p w14:paraId="18DC8797" w14:textId="77777777" w:rsidR="009A45F6" w:rsidRPr="007A5A35" w:rsidRDefault="009A45F6" w:rsidP="009A45F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-</w:t>
          </w:r>
        </w:p>
      </w:tc>
    </w:tr>
    <w:tr w:rsidR="009A45F6" w:rsidRPr="007A5A35" w14:paraId="64B4F99D" w14:textId="77777777" w:rsidTr="007F4124">
      <w:trPr>
        <w:trHeight w:val="261"/>
      </w:trPr>
      <w:tc>
        <w:tcPr>
          <w:tcW w:w="1676" w:type="dxa"/>
          <w:vMerge/>
          <w:vAlign w:val="center"/>
        </w:tcPr>
        <w:p w14:paraId="4509BC9A" w14:textId="77777777" w:rsidR="009A45F6" w:rsidRPr="007A5A35" w:rsidRDefault="009A45F6" w:rsidP="009A45F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219529E7" w14:textId="77777777" w:rsidR="009A45F6" w:rsidRPr="007A5A35" w:rsidRDefault="009A45F6" w:rsidP="009A45F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7275411B" w14:textId="77777777" w:rsidR="009A45F6" w:rsidRPr="007A5A35" w:rsidRDefault="009A45F6" w:rsidP="009A45F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No</w:t>
          </w:r>
        </w:p>
      </w:tc>
      <w:tc>
        <w:tcPr>
          <w:tcW w:w="1474" w:type="dxa"/>
          <w:vAlign w:val="center"/>
        </w:tcPr>
        <w:p w14:paraId="174F9FDF" w14:textId="77777777" w:rsidR="009A45F6" w:rsidRPr="007A5A35" w:rsidRDefault="009A45F6" w:rsidP="009A45F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</w:p>
      </w:tc>
    </w:tr>
    <w:tr w:rsidR="009A45F6" w:rsidRPr="007A5A35" w14:paraId="7EFEA9AC" w14:textId="77777777" w:rsidTr="007F4124">
      <w:trPr>
        <w:trHeight w:val="261"/>
      </w:trPr>
      <w:tc>
        <w:tcPr>
          <w:tcW w:w="1676" w:type="dxa"/>
          <w:vMerge/>
          <w:vAlign w:val="center"/>
        </w:tcPr>
        <w:p w14:paraId="0DD8E071" w14:textId="77777777" w:rsidR="009A45F6" w:rsidRPr="007A5A35" w:rsidRDefault="009A45F6" w:rsidP="009A45F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542711D0" w14:textId="77777777" w:rsidR="009A45F6" w:rsidRPr="007A5A35" w:rsidRDefault="009A45F6" w:rsidP="009A45F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79E32C54" w14:textId="77777777" w:rsidR="009A45F6" w:rsidRPr="007A5A35" w:rsidRDefault="009A45F6" w:rsidP="009A45F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Sayfa</w:t>
          </w:r>
        </w:p>
      </w:tc>
      <w:tc>
        <w:tcPr>
          <w:tcW w:w="1474" w:type="dxa"/>
          <w:vAlign w:val="center"/>
        </w:tcPr>
        <w:p w14:paraId="1B289591" w14:textId="77777777" w:rsidR="009A45F6" w:rsidRPr="007A5A35" w:rsidRDefault="009A45F6" w:rsidP="009A45F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begin"/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instrText xml:space="preserve"> PAGE   \* MERGEFORMAT </w:instrTex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separate"/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end"/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/</w:t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begin"/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instrText xml:space="preserve"> NUMPAGES   \* MERGEFORMAT </w:instrText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separate"/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fldChar w:fldCharType="end"/>
          </w:r>
        </w:p>
      </w:tc>
    </w:tr>
  </w:tbl>
  <w:p w14:paraId="78D04B48" w14:textId="7BBD9ED8" w:rsidR="009A45F6" w:rsidRDefault="009A45F6">
    <w:pPr>
      <w:pStyle w:val="stBilgi"/>
    </w:pPr>
  </w:p>
  <w:p w14:paraId="10DB27CF" w14:textId="77777777" w:rsidR="009A45F6" w:rsidRDefault="009A45F6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49B0B" w14:textId="77777777" w:rsidR="009A45F6" w:rsidRDefault="009A45F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54200028">
    <w:abstractNumId w:val="8"/>
  </w:num>
  <w:num w:numId="2" w16cid:durableId="723135967">
    <w:abstractNumId w:val="6"/>
  </w:num>
  <w:num w:numId="3" w16cid:durableId="1814758774">
    <w:abstractNumId w:val="5"/>
  </w:num>
  <w:num w:numId="4" w16cid:durableId="1241134221">
    <w:abstractNumId w:val="4"/>
  </w:num>
  <w:num w:numId="5" w16cid:durableId="965963797">
    <w:abstractNumId w:val="7"/>
  </w:num>
  <w:num w:numId="6" w16cid:durableId="2142383651">
    <w:abstractNumId w:val="3"/>
  </w:num>
  <w:num w:numId="7" w16cid:durableId="21052271">
    <w:abstractNumId w:val="2"/>
  </w:num>
  <w:num w:numId="8" w16cid:durableId="505708141">
    <w:abstractNumId w:val="1"/>
  </w:num>
  <w:num w:numId="9" w16cid:durableId="1369332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23BD3"/>
    <w:rsid w:val="0015074B"/>
    <w:rsid w:val="001567A3"/>
    <w:rsid w:val="001A668A"/>
    <w:rsid w:val="00214460"/>
    <w:rsid w:val="002377E3"/>
    <w:rsid w:val="0029639D"/>
    <w:rsid w:val="00326F90"/>
    <w:rsid w:val="00350BF0"/>
    <w:rsid w:val="003D678A"/>
    <w:rsid w:val="004710E6"/>
    <w:rsid w:val="0049466B"/>
    <w:rsid w:val="004B3BC9"/>
    <w:rsid w:val="005B2152"/>
    <w:rsid w:val="006A3593"/>
    <w:rsid w:val="006C17B4"/>
    <w:rsid w:val="0073159B"/>
    <w:rsid w:val="00780547"/>
    <w:rsid w:val="008831BD"/>
    <w:rsid w:val="00920C53"/>
    <w:rsid w:val="009A140A"/>
    <w:rsid w:val="009A3E6F"/>
    <w:rsid w:val="009A45F6"/>
    <w:rsid w:val="00AA1D8D"/>
    <w:rsid w:val="00B47730"/>
    <w:rsid w:val="00B71931"/>
    <w:rsid w:val="00C3103A"/>
    <w:rsid w:val="00C6718A"/>
    <w:rsid w:val="00C7467B"/>
    <w:rsid w:val="00CB0664"/>
    <w:rsid w:val="00CB281A"/>
    <w:rsid w:val="00D00C18"/>
    <w:rsid w:val="00D07467"/>
    <w:rsid w:val="00DE3D0A"/>
    <w:rsid w:val="00EA4814"/>
    <w:rsid w:val="00EB2BB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9EA2FE"/>
  <w14:defaultImageDpi w14:val="300"/>
  <w15:docId w15:val="{C2847196-2C28-4146-8CD9-2BCEA6838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tabs>
        <w:tab w:val="clear" w:pos="720"/>
        <w:tab w:val="num" w:pos="360"/>
      </w:tabs>
      <w:ind w:left="0" w:firstLine="0"/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ACER</cp:lastModifiedBy>
  <cp:revision>7</cp:revision>
  <dcterms:created xsi:type="dcterms:W3CDTF">2026-07-27T10:46:00Z</dcterms:created>
  <dcterms:modified xsi:type="dcterms:W3CDTF">2026-08-03T12:02:00Z</dcterms:modified>
  <cp:category/>
</cp:coreProperties>
</file>