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92"/>
        <w:gridCol w:w="8438"/>
      </w:tblGrid>
      <w:tr w:rsidR="00123BD3" w14:paraId="0B11984C" w14:textId="77777777" w:rsidTr="004F69C0">
        <w:trPr>
          <w:trHeight w:val="424"/>
        </w:trPr>
        <w:tc>
          <w:tcPr>
            <w:tcW w:w="2092" w:type="dxa"/>
            <w:vAlign w:val="center"/>
          </w:tcPr>
          <w:p w14:paraId="03A26DFB" w14:textId="77777777" w:rsidR="00123BD3" w:rsidRDefault="00000000" w:rsidP="00D07467">
            <w:proofErr w:type="spellStart"/>
            <w:r>
              <w:t>Harcama</w:t>
            </w:r>
            <w:proofErr w:type="spellEnd"/>
            <w:r>
              <w:t xml:space="preserve"> </w:t>
            </w:r>
            <w:proofErr w:type="spellStart"/>
            <w:r>
              <w:t>Birimi</w:t>
            </w:r>
            <w:proofErr w:type="spellEnd"/>
          </w:p>
        </w:tc>
        <w:tc>
          <w:tcPr>
            <w:tcW w:w="8438" w:type="dxa"/>
            <w:vAlign w:val="center"/>
          </w:tcPr>
          <w:p w14:paraId="0961E16C" w14:textId="77777777" w:rsidR="00123BD3" w:rsidRDefault="00123BD3" w:rsidP="00D07467">
            <w:pPr>
              <w:jc w:val="center"/>
            </w:pPr>
          </w:p>
        </w:tc>
      </w:tr>
      <w:tr w:rsidR="00123BD3" w14:paraId="36CA8615" w14:textId="77777777" w:rsidTr="004F69C0">
        <w:trPr>
          <w:trHeight w:val="441"/>
        </w:trPr>
        <w:tc>
          <w:tcPr>
            <w:tcW w:w="2092" w:type="dxa"/>
            <w:vAlign w:val="center"/>
          </w:tcPr>
          <w:p w14:paraId="3D0C4798" w14:textId="77777777" w:rsidR="00123BD3" w:rsidRDefault="00000000">
            <w:r>
              <w:t>İşin Adı</w:t>
            </w:r>
          </w:p>
        </w:tc>
        <w:tc>
          <w:tcPr>
            <w:tcW w:w="8438" w:type="dxa"/>
            <w:vAlign w:val="center"/>
          </w:tcPr>
          <w:p w14:paraId="1B235D99" w14:textId="77777777" w:rsidR="00123BD3" w:rsidRDefault="00123BD3"/>
        </w:tc>
      </w:tr>
    </w:tbl>
    <w:p w14:paraId="05FD9A49" w14:textId="77777777" w:rsidR="00D00C18" w:rsidRDefault="00D00C18"/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810"/>
        <w:gridCol w:w="6608"/>
        <w:gridCol w:w="1268"/>
        <w:gridCol w:w="980"/>
        <w:gridCol w:w="864"/>
      </w:tblGrid>
      <w:tr w:rsidR="00123BD3" w14:paraId="54F28CC4" w14:textId="77777777" w:rsidTr="008831BD">
        <w:trPr>
          <w:jc w:val="center"/>
        </w:trPr>
        <w:tc>
          <w:tcPr>
            <w:tcW w:w="810" w:type="dxa"/>
            <w:vAlign w:val="center"/>
          </w:tcPr>
          <w:p w14:paraId="521E98C2" w14:textId="77777777" w:rsidR="00123BD3" w:rsidRDefault="00000000">
            <w:pPr>
              <w:jc w:val="center"/>
            </w:pPr>
            <w:r>
              <w:rPr>
                <w:b/>
              </w:rPr>
              <w:t>Sıra No</w:t>
            </w:r>
          </w:p>
        </w:tc>
        <w:tc>
          <w:tcPr>
            <w:tcW w:w="6608" w:type="dxa"/>
            <w:vAlign w:val="center"/>
          </w:tcPr>
          <w:p w14:paraId="7AD731B9" w14:textId="77777777" w:rsidR="00123BD3" w:rsidRDefault="00000000">
            <w:pPr>
              <w:jc w:val="center"/>
            </w:pPr>
            <w:r>
              <w:rPr>
                <w:b/>
              </w:rPr>
              <w:t>Kontrol Edilecek Hususlar</w:t>
            </w:r>
          </w:p>
        </w:tc>
        <w:tc>
          <w:tcPr>
            <w:tcW w:w="1268" w:type="dxa"/>
            <w:vAlign w:val="center"/>
          </w:tcPr>
          <w:p w14:paraId="2C9B91F3" w14:textId="77777777" w:rsidR="00123BD3" w:rsidRDefault="00000000">
            <w:pPr>
              <w:jc w:val="center"/>
            </w:pPr>
            <w:r>
              <w:rPr>
                <w:b/>
              </w:rPr>
              <w:t>Zorunlu Değil</w:t>
            </w:r>
          </w:p>
        </w:tc>
        <w:tc>
          <w:tcPr>
            <w:tcW w:w="980" w:type="dxa"/>
            <w:vAlign w:val="center"/>
          </w:tcPr>
          <w:p w14:paraId="673AE7F9" w14:textId="77777777" w:rsidR="00123BD3" w:rsidRDefault="00000000">
            <w:pPr>
              <w:jc w:val="center"/>
            </w:pPr>
            <w:r>
              <w:rPr>
                <w:b/>
              </w:rPr>
              <w:t>Evet</w:t>
            </w:r>
          </w:p>
        </w:tc>
        <w:tc>
          <w:tcPr>
            <w:tcW w:w="864" w:type="dxa"/>
            <w:vAlign w:val="center"/>
          </w:tcPr>
          <w:p w14:paraId="59E22D59" w14:textId="77777777" w:rsidR="00123BD3" w:rsidRDefault="00000000">
            <w:pPr>
              <w:jc w:val="center"/>
            </w:pPr>
            <w:r>
              <w:rPr>
                <w:b/>
              </w:rPr>
              <w:t>Hayır</w:t>
            </w:r>
          </w:p>
        </w:tc>
      </w:tr>
      <w:tr w:rsidR="00046988" w14:paraId="6048EF0C" w14:textId="77777777" w:rsidTr="00D00C18">
        <w:trPr>
          <w:jc w:val="center"/>
        </w:trPr>
        <w:tc>
          <w:tcPr>
            <w:tcW w:w="810" w:type="dxa"/>
            <w:vAlign w:val="center"/>
          </w:tcPr>
          <w:p w14:paraId="780F2872" w14:textId="77777777" w:rsidR="00046988" w:rsidRDefault="00046988" w:rsidP="00046988">
            <w:pPr>
              <w:jc w:val="center"/>
            </w:pPr>
            <w:r>
              <w:t>1</w:t>
            </w:r>
          </w:p>
        </w:tc>
        <w:tc>
          <w:tcPr>
            <w:tcW w:w="6608" w:type="dxa"/>
          </w:tcPr>
          <w:p w14:paraId="788F972B" w14:textId="5B38B04C" w:rsidR="00046988" w:rsidRDefault="00046988" w:rsidP="00046988">
            <w:r>
              <w:rPr>
                <w:rFonts w:ascii="Cambria" w:hAnsi="Cambria" w:cs="Segoe UI"/>
                <w:color w:val="000000"/>
              </w:rPr>
              <w:t>KBS'de bulunan Vekalet Aylığı Bordrosu ve Banka Listesi raporları mevcut mu?</w:t>
            </w:r>
          </w:p>
        </w:tc>
        <w:sdt>
          <w:sdtPr>
            <w:rPr>
              <w:sz w:val="18"/>
              <w:szCs w:val="18"/>
            </w:rPr>
            <w:id w:val="-117733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7A75345" w14:textId="7C85D55A" w:rsidR="00046988" w:rsidRDefault="00046988" w:rsidP="0004698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43316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9324147" w14:textId="0A046D4C" w:rsidR="00046988" w:rsidRDefault="00046988" w:rsidP="0004698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764885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07FF1803" w14:textId="7C3E2160" w:rsidR="00046988" w:rsidRDefault="00046988" w:rsidP="0004698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46988" w14:paraId="3AF0B689" w14:textId="77777777" w:rsidTr="009E32B9">
        <w:trPr>
          <w:jc w:val="center"/>
        </w:trPr>
        <w:tc>
          <w:tcPr>
            <w:tcW w:w="810" w:type="dxa"/>
            <w:vAlign w:val="center"/>
          </w:tcPr>
          <w:p w14:paraId="690795E5" w14:textId="77777777" w:rsidR="00046988" w:rsidRDefault="00046988" w:rsidP="00046988">
            <w:pPr>
              <w:jc w:val="center"/>
            </w:pPr>
            <w:r>
              <w:t>2</w:t>
            </w:r>
          </w:p>
        </w:tc>
        <w:tc>
          <w:tcPr>
            <w:tcW w:w="6608" w:type="dxa"/>
          </w:tcPr>
          <w:p w14:paraId="630E59AA" w14:textId="28D03578" w:rsidR="00046988" w:rsidRDefault="00046988" w:rsidP="00046988">
            <w:r>
              <w:rPr>
                <w:rFonts w:ascii="Cambria" w:hAnsi="Cambria" w:cs="Segoe UI"/>
                <w:color w:val="000000"/>
              </w:rPr>
              <w:t>KBS'de vekalet bilgileri (unvan, kadro derecesi, ek gösterge, yan ödeme, özel hizmet tazminatı ve ek ödeme) doğru girilmiş mi?</w:t>
            </w:r>
          </w:p>
        </w:tc>
        <w:sdt>
          <w:sdtPr>
            <w:rPr>
              <w:sz w:val="18"/>
              <w:szCs w:val="18"/>
            </w:rPr>
            <w:id w:val="-1279245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892C90B" w14:textId="34380EA2" w:rsidR="00046988" w:rsidRDefault="00046988" w:rsidP="0004698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010680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72376F41" w14:textId="4B7E3B59" w:rsidR="00046988" w:rsidRDefault="00046988" w:rsidP="0004698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902215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B3FCA9" w14:textId="53930A75" w:rsidR="00046988" w:rsidRDefault="00046988" w:rsidP="0004698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46988" w14:paraId="4116D98B" w14:textId="77777777" w:rsidTr="009E32B9">
        <w:trPr>
          <w:jc w:val="center"/>
        </w:trPr>
        <w:tc>
          <w:tcPr>
            <w:tcW w:w="810" w:type="dxa"/>
            <w:vAlign w:val="center"/>
          </w:tcPr>
          <w:p w14:paraId="3F978920" w14:textId="77777777" w:rsidR="00046988" w:rsidRDefault="00046988" w:rsidP="00046988">
            <w:pPr>
              <w:jc w:val="center"/>
            </w:pPr>
            <w:r>
              <w:t>3</w:t>
            </w:r>
          </w:p>
        </w:tc>
        <w:tc>
          <w:tcPr>
            <w:tcW w:w="6608" w:type="dxa"/>
          </w:tcPr>
          <w:p w14:paraId="337464EC" w14:textId="569FF89C" w:rsidR="00046988" w:rsidRDefault="00046988" w:rsidP="00046988">
            <w:r>
              <w:rPr>
                <w:rFonts w:ascii="Cambria" w:hAnsi="Cambria" w:cs="Segoe UI"/>
                <w:color w:val="000000"/>
              </w:rPr>
              <w:t>Vekalet aylığı ile zam ve tazminat farkları, vekaletin şekline ve kadronun durumuna uygun olarak doğru hesaplanmış mı?</w:t>
            </w:r>
          </w:p>
        </w:tc>
        <w:sdt>
          <w:sdtPr>
            <w:rPr>
              <w:sz w:val="18"/>
              <w:szCs w:val="18"/>
            </w:rPr>
            <w:id w:val="920997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350727A" w14:textId="7EF11225" w:rsidR="00046988" w:rsidRDefault="00046988" w:rsidP="0004698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974290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0446367" w14:textId="0452A07E" w:rsidR="00046988" w:rsidRDefault="00046988" w:rsidP="0004698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753975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2AA618EC" w14:textId="0391D12C" w:rsidR="00046988" w:rsidRDefault="00046988" w:rsidP="0004698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46988" w14:paraId="6B423030" w14:textId="77777777" w:rsidTr="009E32B9">
        <w:trPr>
          <w:trHeight w:val="424"/>
          <w:jc w:val="center"/>
        </w:trPr>
        <w:tc>
          <w:tcPr>
            <w:tcW w:w="810" w:type="dxa"/>
            <w:vAlign w:val="center"/>
          </w:tcPr>
          <w:p w14:paraId="24A49219" w14:textId="77777777" w:rsidR="00046988" w:rsidRDefault="00046988" w:rsidP="00046988">
            <w:pPr>
              <w:jc w:val="center"/>
            </w:pPr>
            <w:r>
              <w:t>4</w:t>
            </w:r>
          </w:p>
        </w:tc>
        <w:tc>
          <w:tcPr>
            <w:tcW w:w="6608" w:type="dxa"/>
          </w:tcPr>
          <w:p w14:paraId="58859270" w14:textId="52116578" w:rsidR="00046988" w:rsidRDefault="00046988" w:rsidP="00046988">
            <w:r>
              <w:rPr>
                <w:rFonts w:ascii="Cambria" w:hAnsi="Cambria" w:cs="Segoe UI"/>
                <w:color w:val="000000"/>
              </w:rPr>
              <w:t>Vekalet görevine ara verilmesini gerektiren durumlarda eksik gün ödemesine esas belgeler mevcut mu?</w:t>
            </w:r>
          </w:p>
        </w:tc>
        <w:sdt>
          <w:sdtPr>
            <w:rPr>
              <w:sz w:val="18"/>
              <w:szCs w:val="18"/>
            </w:rPr>
            <w:id w:val="1678617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74FA5DC" w14:textId="594DE580" w:rsidR="00046988" w:rsidRDefault="00046988" w:rsidP="0004698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647320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59AB439" w14:textId="01BBDF3E" w:rsidR="00046988" w:rsidRDefault="00046988" w:rsidP="0004698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355307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B00DD99" w14:textId="0489B412" w:rsidR="00046988" w:rsidRDefault="00046988" w:rsidP="0004698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46988" w14:paraId="141FBE90" w14:textId="77777777" w:rsidTr="009E32B9">
        <w:trPr>
          <w:trHeight w:val="417"/>
          <w:jc w:val="center"/>
        </w:trPr>
        <w:tc>
          <w:tcPr>
            <w:tcW w:w="810" w:type="dxa"/>
            <w:vAlign w:val="center"/>
          </w:tcPr>
          <w:p w14:paraId="653F9A25" w14:textId="77777777" w:rsidR="00046988" w:rsidRDefault="00046988" w:rsidP="00046988">
            <w:pPr>
              <w:jc w:val="center"/>
            </w:pPr>
            <w:r>
              <w:t>5</w:t>
            </w:r>
          </w:p>
        </w:tc>
        <w:tc>
          <w:tcPr>
            <w:tcW w:w="6608" w:type="dxa"/>
          </w:tcPr>
          <w:p w14:paraId="54096F42" w14:textId="006E7C8C" w:rsidR="00046988" w:rsidRDefault="00046988" w:rsidP="00046988">
            <w:r>
              <w:rPr>
                <w:rFonts w:ascii="Cambria" w:hAnsi="Cambria" w:cs="Segoe UI"/>
                <w:color w:val="000000"/>
              </w:rPr>
              <w:t>657 sayılı Kanunun 86 ncı maddesi uyarınca görevlendirmeye ilişkin rektörlük oluru (ilk ödemede) mevcut mu?</w:t>
            </w:r>
          </w:p>
        </w:tc>
        <w:sdt>
          <w:sdtPr>
            <w:rPr>
              <w:sz w:val="18"/>
              <w:szCs w:val="18"/>
            </w:rPr>
            <w:id w:val="-2119743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08FE0D73" w14:textId="1B460262" w:rsidR="00046988" w:rsidRDefault="00046988" w:rsidP="0004698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947965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556996C" w14:textId="293E3ED1" w:rsidR="00046988" w:rsidRDefault="00046988" w:rsidP="0004698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44335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364870E4" w14:textId="5306D05B" w:rsidR="00046988" w:rsidRDefault="00046988" w:rsidP="0004698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46988" w14:paraId="7D40B154" w14:textId="77777777" w:rsidTr="009E32B9">
        <w:trPr>
          <w:jc w:val="center"/>
        </w:trPr>
        <w:tc>
          <w:tcPr>
            <w:tcW w:w="810" w:type="dxa"/>
            <w:vAlign w:val="center"/>
          </w:tcPr>
          <w:p w14:paraId="20DE44B9" w14:textId="77777777" w:rsidR="00046988" w:rsidRDefault="00046988" w:rsidP="00046988">
            <w:pPr>
              <w:jc w:val="center"/>
            </w:pPr>
            <w:r>
              <w:t>6</w:t>
            </w:r>
          </w:p>
        </w:tc>
        <w:tc>
          <w:tcPr>
            <w:tcW w:w="6608" w:type="dxa"/>
          </w:tcPr>
          <w:p w14:paraId="09FF3FB5" w14:textId="29ACB312" w:rsidR="00046988" w:rsidRDefault="00046988" w:rsidP="00046988">
            <w:r>
              <w:rPr>
                <w:rFonts w:ascii="Cambria" w:hAnsi="Cambria" w:cs="Segoe UI"/>
                <w:color w:val="000000"/>
              </w:rPr>
              <w:t>Ödeme Emri Belgesindeki imzalar yetki çizelgesine uygun mu? Yetki devri yapılmışsa buna ilişkin belgeler eklenmiş mi?</w:t>
            </w:r>
          </w:p>
        </w:tc>
        <w:sdt>
          <w:sdtPr>
            <w:rPr>
              <w:sz w:val="18"/>
              <w:szCs w:val="18"/>
            </w:rPr>
            <w:id w:val="-1861729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03BB5B5" w14:textId="77765F18" w:rsidR="00046988" w:rsidRDefault="00046988" w:rsidP="0004698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319727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DB6A803" w14:textId="61AE9E6B" w:rsidR="00046988" w:rsidRDefault="00046988" w:rsidP="0004698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100366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584AF6" w14:textId="78D0FBF6" w:rsidR="00046988" w:rsidRDefault="00046988" w:rsidP="0004698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46988" w14:paraId="64CC9416" w14:textId="77777777" w:rsidTr="009E32B9">
        <w:trPr>
          <w:jc w:val="center"/>
        </w:trPr>
        <w:tc>
          <w:tcPr>
            <w:tcW w:w="810" w:type="dxa"/>
            <w:vAlign w:val="center"/>
          </w:tcPr>
          <w:p w14:paraId="35DFEE49" w14:textId="77777777" w:rsidR="00046988" w:rsidRDefault="00046988" w:rsidP="00046988">
            <w:pPr>
              <w:jc w:val="center"/>
            </w:pPr>
            <w:r>
              <w:t>7</w:t>
            </w:r>
          </w:p>
        </w:tc>
        <w:tc>
          <w:tcPr>
            <w:tcW w:w="6608" w:type="dxa"/>
          </w:tcPr>
          <w:p w14:paraId="6AC52947" w14:textId="7F804480" w:rsidR="00046988" w:rsidRDefault="00046988" w:rsidP="00046988"/>
        </w:tc>
        <w:sdt>
          <w:sdtPr>
            <w:rPr>
              <w:sz w:val="18"/>
              <w:szCs w:val="18"/>
            </w:rPr>
            <w:id w:val="-1715190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8CD82EE" w14:textId="2B8F4A35" w:rsidR="00046988" w:rsidRDefault="00046988" w:rsidP="0004698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827857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F249AEE" w14:textId="07A23D63" w:rsidR="00046988" w:rsidRDefault="00046988" w:rsidP="0004698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570029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6A589EAF" w14:textId="2F20618A" w:rsidR="00046988" w:rsidRDefault="00046988" w:rsidP="0004698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14:paraId="6FCA9316" w14:textId="77777777" w:rsidR="0049466B" w:rsidRDefault="00000000" w:rsidP="0049466B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  <w:r>
        <w:br/>
      </w:r>
      <w:r w:rsidR="0049466B">
        <w:rPr>
          <w:rFonts w:ascii="Times New Roman" w:hAnsi="Times New Roman"/>
          <w:i/>
          <w:iCs/>
          <w:color w:val="000000"/>
          <w:sz w:val="24"/>
          <w:lang w:val="tr-TR" w:eastAsia="tr-TR"/>
        </w:rPr>
        <w:t>Kamu Ön Malî Kontrol Yönetmeliği’nin 6’ncı maddesi kapsamında; ödeme emri belgesi ve eki belgeler bütçe ilke ve esasları, ilgili mevzuat ve kamu iç kontrol standartları yönünden kontrol edilmiş olup uygun görülmüştür.</w:t>
      </w:r>
    </w:p>
    <w:p w14:paraId="15E3E923" w14:textId="77777777" w:rsidR="00D07467" w:rsidRDefault="00000000" w:rsidP="00D07467">
      <w:pPr>
        <w:ind w:left="3600"/>
        <w:rPr>
          <w:b/>
          <w:bCs/>
        </w:rPr>
      </w:pPr>
      <w:r w:rsidRPr="0049466B">
        <w:rPr>
          <w:b/>
          <w:bCs/>
        </w:rPr>
        <w:t>Gerçekleştirme Görevlisi</w:t>
      </w:r>
    </w:p>
    <w:p w14:paraId="4F1B3897" w14:textId="77777777" w:rsidR="00D07467" w:rsidRDefault="00D07467" w:rsidP="00D07467">
      <w:pPr>
        <w:ind w:left="3600"/>
      </w:pPr>
      <w:r>
        <w:t xml:space="preserve">                   …/…/20..</w:t>
      </w:r>
    </w:p>
    <w:p w14:paraId="1CB787FB" w14:textId="6256DCE2" w:rsidR="00123BD3" w:rsidRDefault="00000000" w:rsidP="00D07467">
      <w:pPr>
        <w:ind w:left="3600"/>
      </w:pPr>
      <w:r>
        <w:t>Adı Soyadı</w:t>
      </w:r>
      <w:r w:rsidR="00D07467">
        <w:tab/>
      </w:r>
      <w:r>
        <w:t>:</w:t>
      </w:r>
      <w:r>
        <w:br/>
        <w:t xml:space="preserve">Unvanı: </w:t>
      </w:r>
      <w:r w:rsidR="00D07467">
        <w:tab/>
        <w:t>:</w:t>
      </w:r>
      <w:r>
        <w:br/>
        <w:t>İmza</w:t>
      </w:r>
      <w:r w:rsidR="00D07467">
        <w:tab/>
      </w:r>
      <w:r w:rsidR="00D07467">
        <w:tab/>
      </w:r>
      <w:r>
        <w:t>:</w:t>
      </w:r>
    </w:p>
    <w:sectPr w:rsidR="00123BD3" w:rsidSect="00034616">
      <w:headerReference w:type="default" r:id="rId8"/>
      <w:footerReference w:type="default" r:id="rId9"/>
      <w:pgSz w:w="12240" w:h="15840"/>
      <w:pgMar w:top="1440" w:right="850" w:bottom="144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94B3F" w14:textId="77777777" w:rsidR="0070113F" w:rsidRDefault="0070113F" w:rsidP="004F69C0">
      <w:pPr>
        <w:spacing w:after="0" w:line="240" w:lineRule="auto"/>
      </w:pPr>
      <w:r>
        <w:separator/>
      </w:r>
    </w:p>
  </w:endnote>
  <w:endnote w:type="continuationSeparator" w:id="0">
    <w:p w14:paraId="5B58C71C" w14:textId="77777777" w:rsidR="0070113F" w:rsidRDefault="0070113F" w:rsidP="004F6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808"/>
      <w:gridCol w:w="3497"/>
      <w:gridCol w:w="3497"/>
    </w:tblGrid>
    <w:tr w:rsidR="004F69C0" w:rsidRPr="007A5A35" w14:paraId="4DBD80CA" w14:textId="77777777" w:rsidTr="00BF7F91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D546A00" w14:textId="77777777" w:rsidR="004F69C0" w:rsidRPr="007A5A35" w:rsidRDefault="004F69C0" w:rsidP="004F69C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bookmarkStart w:id="0" w:name="_Hlk85100968"/>
          <w:bookmarkStart w:id="1" w:name="_Hlk89957417"/>
          <w:bookmarkStart w:id="2" w:name="_Hlk89957418"/>
          <w:bookmarkStart w:id="3" w:name="_Hlk89957419"/>
          <w:bookmarkStart w:id="4" w:name="_Hlk89957420"/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Hazırlayan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A7356F7" w14:textId="77777777" w:rsidR="004F69C0" w:rsidRPr="007A5A35" w:rsidRDefault="004F69C0" w:rsidP="004F69C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Sistem Onayı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5DC412E" w14:textId="77777777" w:rsidR="004F69C0" w:rsidRPr="007A5A35" w:rsidRDefault="004F69C0" w:rsidP="004F69C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Yürürlük Onayı</w:t>
          </w:r>
        </w:p>
      </w:tc>
    </w:tr>
    <w:tr w:rsidR="004F69C0" w:rsidRPr="007A5A35" w14:paraId="1629A5F2" w14:textId="77777777" w:rsidTr="00BF7F91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02A19E" w14:textId="77777777" w:rsidR="004F69C0" w:rsidRPr="007A5A35" w:rsidRDefault="004F69C0" w:rsidP="004F69C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Bölüm Kalite Sorumlusu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FF1B3D" w14:textId="77777777" w:rsidR="004F69C0" w:rsidRPr="007A5A35" w:rsidRDefault="004F69C0" w:rsidP="004F69C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Kalite Koordinatörü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2C4E247" w14:textId="77777777" w:rsidR="004F69C0" w:rsidRPr="007A5A35" w:rsidRDefault="004F69C0" w:rsidP="004F69C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Üst Yönetici</w:t>
          </w:r>
        </w:p>
      </w:tc>
    </w:tr>
    <w:bookmarkEnd w:id="0"/>
    <w:bookmarkEnd w:id="1"/>
    <w:bookmarkEnd w:id="2"/>
    <w:bookmarkEnd w:id="3"/>
    <w:bookmarkEnd w:id="4"/>
  </w:tbl>
  <w:p w14:paraId="2710BDDB" w14:textId="202EC551" w:rsidR="004F69C0" w:rsidRDefault="004F69C0">
    <w:pPr>
      <w:pStyle w:val="AltBilgi"/>
    </w:pPr>
  </w:p>
  <w:p w14:paraId="4905B023" w14:textId="77777777" w:rsidR="004F69C0" w:rsidRDefault="004F69C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7E957" w14:textId="77777777" w:rsidR="0070113F" w:rsidRDefault="0070113F" w:rsidP="004F69C0">
      <w:pPr>
        <w:spacing w:after="0" w:line="240" w:lineRule="auto"/>
      </w:pPr>
      <w:r>
        <w:separator/>
      </w:r>
    </w:p>
  </w:footnote>
  <w:footnote w:type="continuationSeparator" w:id="0">
    <w:p w14:paraId="6DCFEB97" w14:textId="77777777" w:rsidR="0070113F" w:rsidRDefault="0070113F" w:rsidP="004F69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72"/>
      <w:gridCol w:w="5181"/>
      <w:gridCol w:w="2100"/>
      <w:gridCol w:w="1469"/>
    </w:tblGrid>
    <w:tr w:rsidR="004F69C0" w:rsidRPr="007A5A35" w14:paraId="267A584D" w14:textId="77777777" w:rsidTr="00BF7F91">
      <w:trPr>
        <w:trHeight w:val="261"/>
      </w:trPr>
      <w:tc>
        <w:tcPr>
          <w:tcW w:w="1676" w:type="dxa"/>
          <w:vMerge w:val="restart"/>
          <w:vAlign w:val="center"/>
        </w:tcPr>
        <w:p w14:paraId="0EDDDC7C" w14:textId="77777777" w:rsidR="004F69C0" w:rsidRPr="007A5A35" w:rsidRDefault="004F69C0" w:rsidP="004F69C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  <w:r w:rsidRPr="007A5A35">
            <w:rPr>
              <w:rFonts w:ascii="Arial" w:eastAsia="Calibri" w:hAnsi="Arial" w:cs="Arial"/>
              <w:noProof/>
              <w:szCs w:val="20"/>
              <w:lang w:val="tr-TR" w:eastAsia="tr-TR"/>
            </w:rPr>
            <w:drawing>
              <wp:inline distT="0" distB="0" distL="0" distR="0" wp14:anchorId="473981FC" wp14:editId="043C7059">
                <wp:extent cx="838200" cy="83820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70" w:type="dxa"/>
          <w:vMerge w:val="restart"/>
          <w:vAlign w:val="center"/>
        </w:tcPr>
        <w:p w14:paraId="706036C5" w14:textId="630B9DEF" w:rsidR="004F69C0" w:rsidRPr="004F69C0" w:rsidRDefault="004F69C0" w:rsidP="004F69C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bCs/>
              <w:sz w:val="24"/>
              <w:szCs w:val="24"/>
              <w:lang w:val="tr-TR" w:eastAsia="tr-TR"/>
            </w:rPr>
          </w:pPr>
          <w:r w:rsidRPr="004F69C0">
            <w:rPr>
              <w:rFonts w:ascii="Times New Roman" w:hAnsi="Times New Roman"/>
              <w:b/>
              <w:bCs/>
              <w:color w:val="000000"/>
              <w:sz w:val="24"/>
              <w:szCs w:val="24"/>
              <w:lang w:val="tr-TR" w:eastAsia="tr-TR"/>
            </w:rPr>
            <w:t xml:space="preserve">VEKALET ÖDEMELERİNE </w:t>
          </w:r>
          <w:r w:rsidRPr="004F69C0">
            <w:rPr>
              <w:rFonts w:ascii="Times New Roman" w:hAnsi="Times New Roman" w:cs="Times New Roman"/>
              <w:b/>
              <w:bCs/>
              <w:color w:val="000000"/>
              <w:sz w:val="24"/>
              <w:szCs w:val="24"/>
              <w:lang w:val="tr-TR" w:eastAsia="tr-TR"/>
            </w:rPr>
            <w:t>İLİŞKİN ÖN MALİ KONTROL LİSTE FORMU</w:t>
          </w:r>
        </w:p>
      </w:tc>
      <w:tc>
        <w:tcPr>
          <w:tcW w:w="2126" w:type="dxa"/>
          <w:vAlign w:val="center"/>
        </w:tcPr>
        <w:p w14:paraId="36220679" w14:textId="77777777" w:rsidR="004F69C0" w:rsidRPr="007A5A35" w:rsidRDefault="004F69C0" w:rsidP="004F69C0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Doküman No</w:t>
          </w:r>
        </w:p>
      </w:tc>
      <w:tc>
        <w:tcPr>
          <w:tcW w:w="1474" w:type="dxa"/>
          <w:vAlign w:val="center"/>
        </w:tcPr>
        <w:p w14:paraId="525F20CE" w14:textId="406053C1" w:rsidR="004F69C0" w:rsidRPr="007A5A35" w:rsidRDefault="004F69C0" w:rsidP="004F69C0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FR.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67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7</w:t>
          </w:r>
        </w:p>
      </w:tc>
    </w:tr>
    <w:tr w:rsidR="004F69C0" w:rsidRPr="007A5A35" w14:paraId="1E55CAA3" w14:textId="77777777" w:rsidTr="00BF7F91">
      <w:trPr>
        <w:trHeight w:val="261"/>
      </w:trPr>
      <w:tc>
        <w:tcPr>
          <w:tcW w:w="1676" w:type="dxa"/>
          <w:vMerge/>
          <w:vAlign w:val="center"/>
        </w:tcPr>
        <w:p w14:paraId="3E9A572B" w14:textId="77777777" w:rsidR="004F69C0" w:rsidRPr="007A5A35" w:rsidRDefault="004F69C0" w:rsidP="004F69C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420ED441" w14:textId="77777777" w:rsidR="004F69C0" w:rsidRPr="007A5A35" w:rsidRDefault="004F69C0" w:rsidP="004F69C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4DF18DF7" w14:textId="77777777" w:rsidR="004F69C0" w:rsidRPr="007A5A35" w:rsidRDefault="004F69C0" w:rsidP="004F69C0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İlk Yayın Tarihi</w:t>
          </w:r>
        </w:p>
      </w:tc>
      <w:tc>
        <w:tcPr>
          <w:tcW w:w="1474" w:type="dxa"/>
          <w:vAlign w:val="center"/>
        </w:tcPr>
        <w:p w14:paraId="46E01A17" w14:textId="77777777" w:rsidR="004F69C0" w:rsidRPr="007A5A35" w:rsidRDefault="004F69C0" w:rsidP="004F69C0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3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8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.202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</w:t>
          </w:r>
        </w:p>
      </w:tc>
    </w:tr>
    <w:tr w:rsidR="004F69C0" w:rsidRPr="007A5A35" w14:paraId="54B523C3" w14:textId="77777777" w:rsidTr="00BF7F91">
      <w:trPr>
        <w:trHeight w:val="261"/>
      </w:trPr>
      <w:tc>
        <w:tcPr>
          <w:tcW w:w="1676" w:type="dxa"/>
          <w:vMerge/>
          <w:vAlign w:val="center"/>
        </w:tcPr>
        <w:p w14:paraId="5C4B805E" w14:textId="77777777" w:rsidR="004F69C0" w:rsidRPr="007A5A35" w:rsidRDefault="004F69C0" w:rsidP="004F69C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578875FB" w14:textId="77777777" w:rsidR="004F69C0" w:rsidRPr="007A5A35" w:rsidRDefault="004F69C0" w:rsidP="004F69C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2923043D" w14:textId="77777777" w:rsidR="004F69C0" w:rsidRPr="007A5A35" w:rsidRDefault="004F69C0" w:rsidP="004F69C0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Tarihi</w:t>
          </w:r>
        </w:p>
      </w:tc>
      <w:tc>
        <w:tcPr>
          <w:tcW w:w="1474" w:type="dxa"/>
          <w:vAlign w:val="center"/>
        </w:tcPr>
        <w:p w14:paraId="3F665AC6" w14:textId="77777777" w:rsidR="004F69C0" w:rsidRPr="007A5A35" w:rsidRDefault="004F69C0" w:rsidP="004F69C0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-</w:t>
          </w:r>
        </w:p>
      </w:tc>
    </w:tr>
    <w:tr w:rsidR="004F69C0" w:rsidRPr="007A5A35" w14:paraId="48537A5D" w14:textId="77777777" w:rsidTr="00BF7F91">
      <w:trPr>
        <w:trHeight w:val="261"/>
      </w:trPr>
      <w:tc>
        <w:tcPr>
          <w:tcW w:w="1676" w:type="dxa"/>
          <w:vMerge/>
          <w:vAlign w:val="center"/>
        </w:tcPr>
        <w:p w14:paraId="4429D4C5" w14:textId="77777777" w:rsidR="004F69C0" w:rsidRPr="007A5A35" w:rsidRDefault="004F69C0" w:rsidP="004F69C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13D456BF" w14:textId="77777777" w:rsidR="004F69C0" w:rsidRPr="007A5A35" w:rsidRDefault="004F69C0" w:rsidP="004F69C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5410944F" w14:textId="77777777" w:rsidR="004F69C0" w:rsidRPr="007A5A35" w:rsidRDefault="004F69C0" w:rsidP="004F69C0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No</w:t>
          </w:r>
        </w:p>
      </w:tc>
      <w:tc>
        <w:tcPr>
          <w:tcW w:w="1474" w:type="dxa"/>
          <w:vAlign w:val="center"/>
        </w:tcPr>
        <w:p w14:paraId="1B167A03" w14:textId="77777777" w:rsidR="004F69C0" w:rsidRPr="007A5A35" w:rsidRDefault="004F69C0" w:rsidP="004F69C0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</w:p>
      </w:tc>
    </w:tr>
    <w:tr w:rsidR="004F69C0" w:rsidRPr="007A5A35" w14:paraId="2C515513" w14:textId="77777777" w:rsidTr="00BF7F91">
      <w:trPr>
        <w:trHeight w:val="261"/>
      </w:trPr>
      <w:tc>
        <w:tcPr>
          <w:tcW w:w="1676" w:type="dxa"/>
          <w:vMerge/>
          <w:vAlign w:val="center"/>
        </w:tcPr>
        <w:p w14:paraId="458A213E" w14:textId="77777777" w:rsidR="004F69C0" w:rsidRPr="007A5A35" w:rsidRDefault="004F69C0" w:rsidP="004F69C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5F2A3119" w14:textId="77777777" w:rsidR="004F69C0" w:rsidRPr="007A5A35" w:rsidRDefault="004F69C0" w:rsidP="004F69C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70AA634C" w14:textId="77777777" w:rsidR="004F69C0" w:rsidRPr="007A5A35" w:rsidRDefault="004F69C0" w:rsidP="004F69C0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Sayfa</w:t>
          </w:r>
        </w:p>
      </w:tc>
      <w:tc>
        <w:tcPr>
          <w:tcW w:w="1474" w:type="dxa"/>
          <w:vAlign w:val="center"/>
        </w:tcPr>
        <w:p w14:paraId="53B044EF" w14:textId="77777777" w:rsidR="004F69C0" w:rsidRPr="007A5A35" w:rsidRDefault="004F69C0" w:rsidP="004F69C0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instrText xml:space="preserve"> PAGE   \* MERGEFORMAT </w:instrTex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end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/</w: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instrText xml:space="preserve"> NUMPAGES   \* MERGEFORMAT </w:instrTex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fldChar w:fldCharType="end"/>
          </w:r>
        </w:p>
      </w:tc>
    </w:tr>
  </w:tbl>
  <w:p w14:paraId="1CB40404" w14:textId="5C38ECB6" w:rsidR="004F69C0" w:rsidRDefault="004F69C0">
    <w:pPr>
      <w:pStyle w:val="stBilgi"/>
    </w:pPr>
  </w:p>
  <w:p w14:paraId="618950FC" w14:textId="77777777" w:rsidR="004F69C0" w:rsidRDefault="004F69C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4200028">
    <w:abstractNumId w:val="8"/>
  </w:num>
  <w:num w:numId="2" w16cid:durableId="723135967">
    <w:abstractNumId w:val="6"/>
  </w:num>
  <w:num w:numId="3" w16cid:durableId="1814758774">
    <w:abstractNumId w:val="5"/>
  </w:num>
  <w:num w:numId="4" w16cid:durableId="1241134221">
    <w:abstractNumId w:val="4"/>
  </w:num>
  <w:num w:numId="5" w16cid:durableId="965963797">
    <w:abstractNumId w:val="7"/>
  </w:num>
  <w:num w:numId="6" w16cid:durableId="2142383651">
    <w:abstractNumId w:val="3"/>
  </w:num>
  <w:num w:numId="7" w16cid:durableId="21052271">
    <w:abstractNumId w:val="2"/>
  </w:num>
  <w:num w:numId="8" w16cid:durableId="505708141">
    <w:abstractNumId w:val="1"/>
  </w:num>
  <w:num w:numId="9" w16cid:durableId="1369332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3ABF"/>
    <w:rsid w:val="00034616"/>
    <w:rsid w:val="00046988"/>
    <w:rsid w:val="0006063C"/>
    <w:rsid w:val="00123BD3"/>
    <w:rsid w:val="0015074B"/>
    <w:rsid w:val="001567A3"/>
    <w:rsid w:val="001A668A"/>
    <w:rsid w:val="00214460"/>
    <w:rsid w:val="002377E3"/>
    <w:rsid w:val="0029639D"/>
    <w:rsid w:val="00326F90"/>
    <w:rsid w:val="00350BF0"/>
    <w:rsid w:val="003D678A"/>
    <w:rsid w:val="004710E6"/>
    <w:rsid w:val="0049466B"/>
    <w:rsid w:val="004F69C0"/>
    <w:rsid w:val="005B2152"/>
    <w:rsid w:val="006A3593"/>
    <w:rsid w:val="006C17B4"/>
    <w:rsid w:val="0070113F"/>
    <w:rsid w:val="0073159B"/>
    <w:rsid w:val="00780547"/>
    <w:rsid w:val="008002CA"/>
    <w:rsid w:val="008831BD"/>
    <w:rsid w:val="00920C53"/>
    <w:rsid w:val="009A140A"/>
    <w:rsid w:val="00AA1D8D"/>
    <w:rsid w:val="00B47730"/>
    <w:rsid w:val="00B71931"/>
    <w:rsid w:val="00C6718A"/>
    <w:rsid w:val="00CB0664"/>
    <w:rsid w:val="00D00C18"/>
    <w:rsid w:val="00D07467"/>
    <w:rsid w:val="00DE3D0A"/>
    <w:rsid w:val="00EA4814"/>
    <w:rsid w:val="00EB2BB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9EA2FE"/>
  <w14:defaultImageDpi w14:val="300"/>
  <w15:docId w15:val="{C2847196-2C28-4146-8CD9-2BCEA683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tabs>
        <w:tab w:val="clear" w:pos="720"/>
        <w:tab w:val="num" w:pos="360"/>
      </w:tabs>
      <w:ind w:left="0" w:firstLine="0"/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ACER</cp:lastModifiedBy>
  <cp:revision>6</cp:revision>
  <dcterms:created xsi:type="dcterms:W3CDTF">2026-07-27T10:46:00Z</dcterms:created>
  <dcterms:modified xsi:type="dcterms:W3CDTF">2026-08-03T12:57:00Z</dcterms:modified>
  <cp:category/>
</cp:coreProperties>
</file>