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8B55C9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8B55C9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A936C6" w14:paraId="6048EF0C" w14:textId="77777777" w:rsidTr="00BD327B">
        <w:trPr>
          <w:jc w:val="center"/>
        </w:trPr>
        <w:tc>
          <w:tcPr>
            <w:tcW w:w="810" w:type="dxa"/>
            <w:vAlign w:val="center"/>
          </w:tcPr>
          <w:p w14:paraId="780F2872" w14:textId="77777777" w:rsidR="00A936C6" w:rsidRDefault="00A936C6" w:rsidP="00A936C6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09F0CE59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KBS'de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Aylık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Banka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raporlar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PDF </w:t>
            </w:r>
            <w:proofErr w:type="spellStart"/>
            <w:r>
              <w:rPr>
                <w:rFonts w:ascii="Cambria" w:hAnsi="Cambria" w:cs="Segoe UI"/>
                <w:color w:val="000000"/>
              </w:rPr>
              <w:t>olarak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0B061C22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250EFCBD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400B7397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3AF0B689" w14:textId="77777777" w:rsidTr="00BD327B">
        <w:trPr>
          <w:jc w:val="center"/>
        </w:trPr>
        <w:tc>
          <w:tcPr>
            <w:tcW w:w="810" w:type="dxa"/>
            <w:vAlign w:val="center"/>
          </w:tcPr>
          <w:p w14:paraId="690795E5" w14:textId="77777777" w:rsidR="00A936C6" w:rsidRDefault="00A936C6" w:rsidP="00A936C6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0B50377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İşe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yeni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başlayan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;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başlama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Giriş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Atama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Kararnamesi</w:t>
            </w:r>
            <w:proofErr w:type="spellEnd"/>
            <w:r>
              <w:rPr>
                <w:rFonts w:ascii="Cambria" w:hAnsi="Cambria" w:cs="Segoe UI"/>
                <w:color w:val="000000"/>
              </w:rPr>
              <w:t>, (</w:t>
            </w:r>
            <w:proofErr w:type="spellStart"/>
            <w:r>
              <w:rPr>
                <w:rFonts w:ascii="Cambria" w:hAnsi="Cambria" w:cs="Segoe UI"/>
                <w:color w:val="000000"/>
              </w:rPr>
              <w:t>naklen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atamada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Nakil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), </w:t>
            </w:r>
            <w:proofErr w:type="spellStart"/>
            <w:r>
              <w:rPr>
                <w:rFonts w:ascii="Cambria" w:hAnsi="Cambria" w:cs="Segoe UI"/>
                <w:color w:val="000000"/>
              </w:rPr>
              <w:t>Aile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BES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Sendika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</w:t>
            </w:r>
            <w:proofErr w:type="spellStart"/>
            <w:r>
              <w:rPr>
                <w:rFonts w:ascii="Cambria" w:hAnsi="Cambria" w:cs="Segoe UI"/>
                <w:color w:val="000000"/>
              </w:rPr>
              <w:t>varsa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), KBS </w:t>
            </w:r>
            <w:proofErr w:type="spellStart"/>
            <w:r>
              <w:rPr>
                <w:rFonts w:ascii="Cambria" w:hAnsi="Cambria" w:cs="Segoe UI"/>
                <w:color w:val="000000"/>
              </w:rPr>
              <w:t>ekran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girişleri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kıst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Tazminatına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mevzuata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olarak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tamamlandı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202423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40AF5B57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6657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07791678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71152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20ACFEBE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4116D98B" w14:textId="77777777" w:rsidTr="00BD327B">
        <w:trPr>
          <w:jc w:val="center"/>
        </w:trPr>
        <w:tc>
          <w:tcPr>
            <w:tcW w:w="810" w:type="dxa"/>
            <w:vAlign w:val="center"/>
          </w:tcPr>
          <w:p w14:paraId="3F978920" w14:textId="77777777" w:rsidR="00A936C6" w:rsidRDefault="00A936C6" w:rsidP="00A936C6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3B5297EA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Ücretsiz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izin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dönüşü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başlayan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;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başlama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Giriş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kıst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tamamlandı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243030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4D5E989E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962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4A94FCF9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875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1CE3989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6B423030" w14:textId="77777777" w:rsidTr="00BD327B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A936C6" w:rsidRDefault="00A936C6" w:rsidP="00A936C6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6A9AC1E0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İşten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; KBS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seçilmiş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İlişik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</w:t>
            </w:r>
            <w:proofErr w:type="spellStart"/>
            <w:r>
              <w:rPr>
                <w:rFonts w:ascii="Cambria" w:hAnsi="Cambria" w:cs="Segoe UI"/>
                <w:color w:val="000000"/>
              </w:rPr>
              <w:t>naklen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ayrılanlarda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Nakil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579028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0436C288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86966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906CAAE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0572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76A12D2C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141FBE90" w14:textId="77777777" w:rsidTr="00BD327B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A936C6" w:rsidRDefault="00A936C6" w:rsidP="00A936C6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4E0C99D2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Aylıksız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izne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; KBS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kıst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maaş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GSS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mevzuata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olarak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545185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700FE867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933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793B7014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2077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3245311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7D40B154" w14:textId="77777777" w:rsidTr="00BD327B">
        <w:trPr>
          <w:jc w:val="center"/>
        </w:trPr>
        <w:tc>
          <w:tcPr>
            <w:tcW w:w="810" w:type="dxa"/>
            <w:vAlign w:val="center"/>
          </w:tcPr>
          <w:p w14:paraId="20DE44B9" w14:textId="77777777" w:rsidR="00A936C6" w:rsidRDefault="00A936C6" w:rsidP="00A936C6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63AA8ED0" w:rsidR="00A936C6" w:rsidRDefault="00A936C6" w:rsidP="00A936C6">
            <w:proofErr w:type="spellStart"/>
            <w:r w:rsidRPr="00A31EFD">
              <w:rPr>
                <w:rFonts w:ascii="Cambria" w:hAnsi="Cambria" w:cs="Segoe UI"/>
                <w:color w:val="000000"/>
              </w:rPr>
              <w:t>Akademik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personelin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göreve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başlama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şekli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görevlendirme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ve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izin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durumları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dikkate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alınarak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geliştirme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ödeneği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ile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gün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hesabı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ve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kesintiler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mevzuata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uygun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A31EFD">
              <w:rPr>
                <w:rFonts w:ascii="Cambria" w:hAnsi="Cambria" w:cs="Segoe UI"/>
                <w:color w:val="000000"/>
              </w:rPr>
              <w:t>mı</w:t>
            </w:r>
            <w:proofErr w:type="spellEnd"/>
            <w:r w:rsidRPr="00A31EFD"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573047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153C9999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5044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8A20861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84785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1039DB2E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64CC9416" w14:textId="77777777" w:rsidTr="00BD327B">
        <w:trPr>
          <w:jc w:val="center"/>
        </w:trPr>
        <w:tc>
          <w:tcPr>
            <w:tcW w:w="810" w:type="dxa"/>
            <w:vAlign w:val="center"/>
          </w:tcPr>
          <w:p w14:paraId="35DFEE49" w14:textId="77777777" w:rsidR="00A936C6" w:rsidRDefault="00A936C6" w:rsidP="00A936C6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4CE84F5D" w:rsidR="00A936C6" w:rsidRDefault="00A936C6" w:rsidP="00A936C6">
            <w:r>
              <w:rPr>
                <w:rFonts w:ascii="Cambria" w:hAnsi="Cambria" w:cs="Segoe UI"/>
                <w:color w:val="000000"/>
              </w:rPr>
              <w:t xml:space="preserve">2547 </w:t>
            </w:r>
            <w:proofErr w:type="spellStart"/>
            <w:r>
              <w:rPr>
                <w:rFonts w:ascii="Cambria" w:hAnsi="Cambria" w:cs="Segoe UI"/>
                <w:color w:val="000000"/>
              </w:rPr>
              <w:t>sayılı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Kanun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özel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kanunlar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kapsamında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görevlendirmelerde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geliştirme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ödeneği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hesabı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mevzuata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169773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7335FAAB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6466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737E47F3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7832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6E93DA9F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5B5E3A95" w14:textId="77777777" w:rsidTr="00BD327B">
        <w:trPr>
          <w:jc w:val="center"/>
        </w:trPr>
        <w:tc>
          <w:tcPr>
            <w:tcW w:w="810" w:type="dxa"/>
            <w:vAlign w:val="center"/>
          </w:tcPr>
          <w:p w14:paraId="1759FB24" w14:textId="77777777" w:rsidR="00A936C6" w:rsidRDefault="00A936C6" w:rsidP="00A936C6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07397C54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Akademik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görevlendirilmesine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>/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51550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4CAB5D1D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85467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9A40C2D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36220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6BC814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75AB4112" w14:textId="77777777" w:rsidTr="00BD327B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A936C6" w:rsidRDefault="00A936C6" w:rsidP="00A936C6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43635850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Terfi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KBS </w:t>
            </w:r>
            <w:proofErr w:type="spellStart"/>
            <w:r>
              <w:rPr>
                <w:rFonts w:ascii="Cambria" w:hAnsi="Cambria" w:cs="Segoe UI"/>
                <w:color w:val="000000"/>
              </w:rPr>
              <w:t>girişleri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Terfi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Onay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884759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49C49A7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0118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68DBAB3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46372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288FC73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379624CB" w14:textId="77777777" w:rsidTr="00BD327B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A936C6" w:rsidRDefault="00A936C6" w:rsidP="00A936C6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553FDEEF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Lojman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değişiklik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006334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66A13175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1155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73592D4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2282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19B9F88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4A2F651D" w14:textId="77777777" w:rsidTr="00BD327B">
        <w:trPr>
          <w:jc w:val="center"/>
        </w:trPr>
        <w:tc>
          <w:tcPr>
            <w:tcW w:w="810" w:type="dxa"/>
            <w:vAlign w:val="center"/>
          </w:tcPr>
          <w:p w14:paraId="160E3E2A" w14:textId="77777777" w:rsidR="00A936C6" w:rsidRDefault="00A936C6" w:rsidP="00A936C6">
            <w:pPr>
              <w:jc w:val="center"/>
            </w:pPr>
            <w:r>
              <w:t>11</w:t>
            </w:r>
          </w:p>
        </w:tc>
        <w:tc>
          <w:tcPr>
            <w:tcW w:w="6608" w:type="dxa"/>
          </w:tcPr>
          <w:p w14:paraId="3B73907F" w14:textId="0E5869EB" w:rsidR="00A936C6" w:rsidRDefault="00A936C6" w:rsidP="00A936C6">
            <w:r>
              <w:rPr>
                <w:rFonts w:ascii="Cambria" w:hAnsi="Cambria" w:cs="Segoe UI"/>
                <w:color w:val="000000"/>
              </w:rPr>
              <w:t xml:space="preserve">İlk </w:t>
            </w:r>
            <w:proofErr w:type="spellStart"/>
            <w:r>
              <w:rPr>
                <w:rFonts w:ascii="Cambria" w:hAnsi="Cambria" w:cs="Segoe UI"/>
                <w:color w:val="000000"/>
              </w:rPr>
              <w:t>kez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icra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uygulanacaksa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icra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dairesi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99745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4C27F815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7012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7D310BB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98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56B7EF2C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5DEC94BD" w14:textId="77777777" w:rsidTr="00BD327B">
        <w:trPr>
          <w:jc w:val="center"/>
        </w:trPr>
        <w:tc>
          <w:tcPr>
            <w:tcW w:w="810" w:type="dxa"/>
            <w:vAlign w:val="center"/>
          </w:tcPr>
          <w:p w14:paraId="6D37964E" w14:textId="530D77F8" w:rsidR="00A936C6" w:rsidRDefault="00A936C6" w:rsidP="00A936C6">
            <w:pPr>
              <w:jc w:val="center"/>
            </w:pPr>
            <w:r>
              <w:t>12</w:t>
            </w:r>
          </w:p>
        </w:tc>
        <w:tc>
          <w:tcPr>
            <w:tcW w:w="6608" w:type="dxa"/>
          </w:tcPr>
          <w:p w14:paraId="088E2301" w14:textId="70E40FD8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Yabancı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tazminatına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Sonuç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KBS </w:t>
            </w:r>
            <w:proofErr w:type="spellStart"/>
            <w:r>
              <w:rPr>
                <w:rFonts w:ascii="Cambria" w:hAnsi="Cambria" w:cs="Segoe UI"/>
                <w:color w:val="000000"/>
              </w:rPr>
              <w:t>kayıtları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338053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4FE189CC" w14:textId="1CACB583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3080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A7025F0" w14:textId="29F172CD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9367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B6C1EF5" w14:textId="276F0645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1A500ADC" w14:textId="77777777" w:rsidTr="00BD327B">
        <w:trPr>
          <w:jc w:val="center"/>
        </w:trPr>
        <w:tc>
          <w:tcPr>
            <w:tcW w:w="810" w:type="dxa"/>
            <w:vAlign w:val="center"/>
          </w:tcPr>
          <w:p w14:paraId="5812FA8A" w14:textId="7692C503" w:rsidR="00A936C6" w:rsidRDefault="00A936C6" w:rsidP="00A936C6">
            <w:pPr>
              <w:jc w:val="center"/>
            </w:pPr>
            <w:r>
              <w:t>13</w:t>
            </w:r>
          </w:p>
        </w:tc>
        <w:tc>
          <w:tcPr>
            <w:tcW w:w="6608" w:type="dxa"/>
          </w:tcPr>
          <w:p w14:paraId="6B225ED7" w14:textId="7840C980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Rapor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varsa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Sağlık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Raporları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Hastalık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İzin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83012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9D4EBA" w14:textId="2154044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8512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4DE1E958" w14:textId="6F97C047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3221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EC1C283" w14:textId="01FB76E7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170CB8F6" w14:textId="77777777" w:rsidTr="00BD327B">
        <w:trPr>
          <w:jc w:val="center"/>
        </w:trPr>
        <w:tc>
          <w:tcPr>
            <w:tcW w:w="810" w:type="dxa"/>
            <w:vAlign w:val="center"/>
          </w:tcPr>
          <w:p w14:paraId="0BBD69B9" w14:textId="5CDA4D14" w:rsidR="00A936C6" w:rsidRDefault="00A936C6" w:rsidP="00A936C6">
            <w:pPr>
              <w:jc w:val="center"/>
            </w:pPr>
            <w:r>
              <w:lastRenderedPageBreak/>
              <w:t>14</w:t>
            </w:r>
          </w:p>
        </w:tc>
        <w:tc>
          <w:tcPr>
            <w:tcW w:w="6608" w:type="dxa"/>
          </w:tcPr>
          <w:p w14:paraId="7C8DA2D7" w14:textId="687F3367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Öğrenim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durumu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değişen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KBS </w:t>
            </w:r>
            <w:proofErr w:type="spellStart"/>
            <w:r>
              <w:rPr>
                <w:rFonts w:ascii="Cambria" w:hAnsi="Cambria" w:cs="Segoe UI"/>
                <w:color w:val="000000"/>
              </w:rPr>
              <w:t>kayıtları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2127491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60ACFAA1" w14:textId="2BA2605B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66670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717DB50" w14:textId="04816968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3508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19456A53" w14:textId="141547A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1630ACD2" w14:textId="77777777" w:rsidTr="00BD327B">
        <w:trPr>
          <w:jc w:val="center"/>
        </w:trPr>
        <w:tc>
          <w:tcPr>
            <w:tcW w:w="810" w:type="dxa"/>
            <w:vAlign w:val="center"/>
          </w:tcPr>
          <w:p w14:paraId="5E2081CB" w14:textId="599EC74E" w:rsidR="00A936C6" w:rsidRDefault="00A936C6" w:rsidP="00A936C6">
            <w:pPr>
              <w:jc w:val="center"/>
            </w:pPr>
            <w:r>
              <w:t>15</w:t>
            </w:r>
          </w:p>
        </w:tc>
        <w:tc>
          <w:tcPr>
            <w:tcW w:w="6608" w:type="dxa"/>
          </w:tcPr>
          <w:p w14:paraId="20202D14" w14:textId="72E3D2A7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Sendika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üyeliği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üyelikten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ayrılmaya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 (</w:t>
            </w:r>
            <w:proofErr w:type="spellStart"/>
            <w:r>
              <w:rPr>
                <w:rFonts w:ascii="Cambria" w:hAnsi="Cambria" w:cs="Segoe UI"/>
                <w:color w:val="000000"/>
              </w:rPr>
              <w:t>Değişiklik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varsa</w:t>
            </w:r>
            <w:proofErr w:type="spellEnd"/>
            <w:r>
              <w:rPr>
                <w:rFonts w:ascii="Cambria" w:hAnsi="Cambria" w:cs="Segoe UI"/>
                <w:color w:val="000000"/>
              </w:rPr>
              <w:t>)</w:t>
            </w:r>
          </w:p>
        </w:tc>
        <w:sdt>
          <w:sdtPr>
            <w:rPr>
              <w:sz w:val="18"/>
              <w:szCs w:val="18"/>
            </w:rPr>
            <w:id w:val="-6496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D6E1410" w14:textId="6FA9E902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7894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53045B57" w14:textId="124B75BC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3745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930F4EA" w14:textId="243062E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3DCA8938" w14:textId="77777777" w:rsidTr="00BD327B">
        <w:trPr>
          <w:jc w:val="center"/>
        </w:trPr>
        <w:tc>
          <w:tcPr>
            <w:tcW w:w="810" w:type="dxa"/>
            <w:vAlign w:val="center"/>
          </w:tcPr>
          <w:p w14:paraId="6462B8C6" w14:textId="2B58FF9E" w:rsidR="00A936C6" w:rsidRDefault="00A936C6" w:rsidP="00A936C6">
            <w:pPr>
              <w:jc w:val="center"/>
            </w:pPr>
            <w:r>
              <w:t>16</w:t>
            </w:r>
          </w:p>
        </w:tc>
        <w:tc>
          <w:tcPr>
            <w:tcW w:w="6608" w:type="dxa"/>
          </w:tcPr>
          <w:p w14:paraId="3A575E85" w14:textId="29154183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indirimine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poliçeleri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poliçelerin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birikim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içerip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içermediği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2072844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44D1DEF2" w14:textId="75B9566A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32883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4262C075" w14:textId="30A45A3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4104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17E1A79" w14:textId="647D6053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40771992" w14:textId="77777777" w:rsidTr="00BD327B">
        <w:trPr>
          <w:jc w:val="center"/>
        </w:trPr>
        <w:tc>
          <w:tcPr>
            <w:tcW w:w="810" w:type="dxa"/>
            <w:vAlign w:val="center"/>
          </w:tcPr>
          <w:p w14:paraId="1DFF0D73" w14:textId="61433AEF" w:rsidR="00A936C6" w:rsidRDefault="00A936C6" w:rsidP="00A936C6">
            <w:pPr>
              <w:jc w:val="center"/>
            </w:pPr>
            <w:r>
              <w:t>17</w:t>
            </w:r>
          </w:p>
        </w:tc>
        <w:tc>
          <w:tcPr>
            <w:tcW w:w="6608" w:type="dxa"/>
          </w:tcPr>
          <w:p w14:paraId="5CB3C207" w14:textId="2F7F0759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Aile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durumunda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değişiklik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varsa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61057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7276ACB" w14:textId="45FC104F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8954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E38EF4C" w14:textId="3486D6AA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3255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94112B3" w14:textId="4099937A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40B04788" w14:textId="77777777" w:rsidTr="00BD327B">
        <w:trPr>
          <w:jc w:val="center"/>
        </w:trPr>
        <w:tc>
          <w:tcPr>
            <w:tcW w:w="810" w:type="dxa"/>
            <w:vAlign w:val="center"/>
          </w:tcPr>
          <w:p w14:paraId="341CC6E3" w14:textId="7DEC31EC" w:rsidR="00A936C6" w:rsidRDefault="00A936C6" w:rsidP="00A936C6">
            <w:pPr>
              <w:jc w:val="center"/>
            </w:pPr>
            <w:r>
              <w:t>18</w:t>
            </w:r>
          </w:p>
        </w:tc>
        <w:tc>
          <w:tcPr>
            <w:tcW w:w="6608" w:type="dxa"/>
          </w:tcPr>
          <w:p w14:paraId="4F06CBEE" w14:textId="3749A31F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İlave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matraha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164770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2CA3EA7" w14:textId="2E4AD109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65262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3D27AAA" w14:textId="00EBF2FF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402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CB8981C" w14:textId="3BC04A5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06AA63CD" w14:textId="77777777" w:rsidTr="00BD327B">
        <w:trPr>
          <w:jc w:val="center"/>
        </w:trPr>
        <w:tc>
          <w:tcPr>
            <w:tcW w:w="810" w:type="dxa"/>
            <w:vAlign w:val="center"/>
          </w:tcPr>
          <w:p w14:paraId="45B512AF" w14:textId="763E95CB" w:rsidR="00A936C6" w:rsidRDefault="00A936C6" w:rsidP="00A936C6">
            <w:pPr>
              <w:jc w:val="center"/>
            </w:pPr>
            <w:r>
              <w:t>19</w:t>
            </w:r>
          </w:p>
        </w:tc>
        <w:tc>
          <w:tcPr>
            <w:tcW w:w="6608" w:type="dxa"/>
          </w:tcPr>
          <w:p w14:paraId="4E9A9B17" w14:textId="1F03A22C" w:rsidR="00A936C6" w:rsidRDefault="00A936C6" w:rsidP="00A936C6">
            <w:r>
              <w:rPr>
                <w:rFonts w:ascii="Cambria" w:hAnsi="Cambria" w:cs="Segoe UI"/>
                <w:color w:val="000000"/>
              </w:rPr>
              <w:t xml:space="preserve">Manuel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Çeşitli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31256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C3CA131" w14:textId="004BD24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4915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5D00947D" w14:textId="13A3F029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41352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A4D6862" w14:textId="72E84602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5B31B232" w14:textId="77777777" w:rsidTr="00BD327B">
        <w:trPr>
          <w:jc w:val="center"/>
        </w:trPr>
        <w:tc>
          <w:tcPr>
            <w:tcW w:w="810" w:type="dxa"/>
            <w:vAlign w:val="center"/>
          </w:tcPr>
          <w:p w14:paraId="51C36E09" w14:textId="2319AB4C" w:rsidR="00A936C6" w:rsidRDefault="00A936C6" w:rsidP="00A936C6">
            <w:pPr>
              <w:jc w:val="center"/>
            </w:pPr>
            <w:r>
              <w:t>20</w:t>
            </w:r>
          </w:p>
        </w:tc>
        <w:tc>
          <w:tcPr>
            <w:tcW w:w="6608" w:type="dxa"/>
          </w:tcPr>
          <w:p w14:paraId="516142CF" w14:textId="69713784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Maaştan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kişi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borcu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yapılıyor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ilk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kesintiye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53772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B4CDC7D" w14:textId="78E0B0B5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8795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EB3605A" w14:textId="3F366DB1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1353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2845EB1" w14:textId="17D8D0E2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2D69FF91" w14:textId="77777777" w:rsidTr="00BD327B">
        <w:trPr>
          <w:jc w:val="center"/>
        </w:trPr>
        <w:tc>
          <w:tcPr>
            <w:tcW w:w="810" w:type="dxa"/>
            <w:vAlign w:val="center"/>
          </w:tcPr>
          <w:p w14:paraId="1C8E18C9" w14:textId="21BFAC34" w:rsidR="00A936C6" w:rsidRDefault="00A936C6" w:rsidP="00A936C6">
            <w:pPr>
              <w:jc w:val="center"/>
            </w:pPr>
            <w:r>
              <w:t>21</w:t>
            </w:r>
          </w:p>
        </w:tc>
        <w:tc>
          <w:tcPr>
            <w:tcW w:w="6608" w:type="dxa"/>
          </w:tcPr>
          <w:p w14:paraId="12598AB9" w14:textId="376BB25F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Akademik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Teşvik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Ödeneği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</w:t>
            </w:r>
            <w:proofErr w:type="spellStart"/>
            <w:r>
              <w:rPr>
                <w:rFonts w:ascii="Cambria" w:hAnsi="Cambria" w:cs="Segoe UI"/>
                <w:color w:val="000000"/>
              </w:rPr>
              <w:t>Şubat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ilk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97768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02B9B6C" w14:textId="6237D26C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57016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3F64B42" w14:textId="28FAF08A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67112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AB218B0" w14:textId="792DBFF5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56ED50F8" w14:textId="77777777" w:rsidTr="00BD327B">
        <w:trPr>
          <w:jc w:val="center"/>
        </w:trPr>
        <w:tc>
          <w:tcPr>
            <w:tcW w:w="810" w:type="dxa"/>
            <w:vAlign w:val="center"/>
          </w:tcPr>
          <w:p w14:paraId="567E192B" w14:textId="54F97472" w:rsidR="00A936C6" w:rsidRDefault="00A936C6" w:rsidP="00A936C6">
            <w:pPr>
              <w:jc w:val="center"/>
            </w:pPr>
            <w:r>
              <w:t>22</w:t>
            </w:r>
          </w:p>
        </w:tc>
        <w:tc>
          <w:tcPr>
            <w:tcW w:w="6608" w:type="dxa"/>
          </w:tcPr>
          <w:p w14:paraId="3E986901" w14:textId="39A6C42C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Dil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Tazminatına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Sonuç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malî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yılın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ilk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780016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80111CB" w14:textId="60C6F587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0334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5C148F0E" w14:textId="5EBF4AE5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21065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1BC10519" w14:textId="7600E206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39EADFCF" w14:textId="77777777" w:rsidTr="00BD327B">
        <w:trPr>
          <w:jc w:val="center"/>
        </w:trPr>
        <w:tc>
          <w:tcPr>
            <w:tcW w:w="810" w:type="dxa"/>
            <w:vAlign w:val="center"/>
          </w:tcPr>
          <w:p w14:paraId="0CB02CDD" w14:textId="549D1A09" w:rsidR="00A936C6" w:rsidRDefault="00A936C6" w:rsidP="00A936C6">
            <w:pPr>
              <w:jc w:val="center"/>
            </w:pPr>
            <w:r>
              <w:t>23</w:t>
            </w:r>
          </w:p>
        </w:tc>
        <w:tc>
          <w:tcPr>
            <w:tcW w:w="6608" w:type="dxa"/>
          </w:tcPr>
          <w:p w14:paraId="5DB5C25F" w14:textId="4DC0A7C5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Personelin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kıdem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aylığına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esas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sürelerini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gösteren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onaylı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malî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yılın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ilk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662544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EE972C" w14:textId="33B1B0F4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1556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C2A3298" w14:textId="33364FE9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4905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9E3F996" w14:textId="53FCE67F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2FA72F60" w14:textId="77777777" w:rsidTr="00BD327B">
        <w:trPr>
          <w:jc w:val="center"/>
        </w:trPr>
        <w:tc>
          <w:tcPr>
            <w:tcW w:w="810" w:type="dxa"/>
            <w:vAlign w:val="center"/>
          </w:tcPr>
          <w:p w14:paraId="0298ECD5" w14:textId="5CEF5974" w:rsidR="00A936C6" w:rsidRDefault="00A936C6" w:rsidP="00A936C6">
            <w:pPr>
              <w:jc w:val="center"/>
            </w:pPr>
            <w:r>
              <w:t>24</w:t>
            </w:r>
          </w:p>
        </w:tc>
        <w:tc>
          <w:tcPr>
            <w:tcW w:w="6608" w:type="dxa"/>
          </w:tcPr>
          <w:p w14:paraId="3FC258AF" w14:textId="72F11DF5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KBS'de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Banka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Dökümü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Maaş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Dökümü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Akademik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edildi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421727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DD0F8FC" w14:textId="55F47B8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510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4ECA9FE" w14:textId="4889301E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9168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27C4C" w14:textId="28CE4CD7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3B606EBA" w14:textId="77777777" w:rsidTr="00BD327B">
        <w:trPr>
          <w:jc w:val="center"/>
        </w:trPr>
        <w:tc>
          <w:tcPr>
            <w:tcW w:w="810" w:type="dxa"/>
            <w:vAlign w:val="center"/>
          </w:tcPr>
          <w:p w14:paraId="3BD13F75" w14:textId="0610392B" w:rsidR="00A936C6" w:rsidRDefault="00A936C6" w:rsidP="00A936C6">
            <w:pPr>
              <w:jc w:val="center"/>
            </w:pPr>
            <w:r>
              <w:t>25</w:t>
            </w:r>
          </w:p>
        </w:tc>
        <w:tc>
          <w:tcPr>
            <w:tcW w:w="6608" w:type="dxa"/>
          </w:tcPr>
          <w:p w14:paraId="657C2D37" w14:textId="1AB79568" w:rsidR="00A936C6" w:rsidRDefault="00A936C6" w:rsidP="00A936C6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yapıldı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  <w:r w:rsidR="0043406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34061">
              <w:rPr>
                <w:rFonts w:ascii="Cambria" w:hAnsi="Cambria" w:cs="Segoe UI"/>
                <w:color w:val="000000"/>
              </w:rPr>
              <w:t>Alıcı</w:t>
            </w:r>
            <w:proofErr w:type="spellEnd"/>
            <w:r w:rsidR="0043406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34061">
              <w:rPr>
                <w:rFonts w:ascii="Cambria" w:hAnsi="Cambria" w:cs="Segoe UI"/>
                <w:color w:val="000000"/>
              </w:rPr>
              <w:t>bilgilerinde</w:t>
            </w:r>
            <w:proofErr w:type="spellEnd"/>
            <w:r w:rsidR="0043406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34061">
              <w:rPr>
                <w:rFonts w:ascii="Cambria" w:hAnsi="Cambria" w:cs="Segoe UI"/>
                <w:color w:val="000000"/>
              </w:rPr>
              <w:t>birim</w:t>
            </w:r>
            <w:proofErr w:type="spellEnd"/>
            <w:r w:rsidR="0043406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34061">
              <w:rPr>
                <w:rFonts w:ascii="Cambria" w:hAnsi="Cambria" w:cs="Segoe UI"/>
                <w:color w:val="000000"/>
              </w:rPr>
              <w:t>İBANı</w:t>
            </w:r>
            <w:proofErr w:type="spellEnd"/>
            <w:r w:rsidR="0043406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434061"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 w:rsidR="00434061"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1848594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67DF7C48" w14:textId="70737FE8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1244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03AFC62E" w14:textId="509C65CC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5485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9527508" w14:textId="7790D41A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36C6" w14:paraId="3B64A028" w14:textId="77777777" w:rsidTr="008831BD">
        <w:trPr>
          <w:jc w:val="center"/>
        </w:trPr>
        <w:tc>
          <w:tcPr>
            <w:tcW w:w="810" w:type="dxa"/>
            <w:vAlign w:val="center"/>
          </w:tcPr>
          <w:p w14:paraId="7D849F99" w14:textId="55BE3F9C" w:rsidR="00A936C6" w:rsidRDefault="00A936C6" w:rsidP="00A936C6">
            <w:pPr>
              <w:jc w:val="center"/>
            </w:pPr>
            <w:r>
              <w:t>26</w:t>
            </w:r>
          </w:p>
        </w:tc>
        <w:tc>
          <w:tcPr>
            <w:tcW w:w="6608" w:type="dxa"/>
            <w:vAlign w:val="center"/>
          </w:tcPr>
          <w:p w14:paraId="63EB9C1A" w14:textId="34C6229C" w:rsidR="00A936C6" w:rsidRDefault="00A936C6" w:rsidP="00A936C6">
            <w:proofErr w:type="spellStart"/>
            <w:r w:rsidRPr="00A31EFD">
              <w:t>Ödeme</w:t>
            </w:r>
            <w:proofErr w:type="spellEnd"/>
            <w:r w:rsidRPr="00A31EFD">
              <w:t xml:space="preserve"> Emri </w:t>
            </w:r>
            <w:proofErr w:type="spellStart"/>
            <w:r w:rsidRPr="00A31EFD">
              <w:t>Belgesi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yetkili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kişilerce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imzalanmış</w:t>
            </w:r>
            <w:proofErr w:type="spellEnd"/>
            <w:r w:rsidRPr="00A31EFD">
              <w:t xml:space="preserve">; </w:t>
            </w:r>
            <w:proofErr w:type="spellStart"/>
            <w:r w:rsidRPr="00A31EFD">
              <w:t>yetki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devri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yapılmış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ise</w:t>
            </w:r>
            <w:proofErr w:type="spellEnd"/>
            <w:r w:rsidRPr="00A31EFD">
              <w:t xml:space="preserve"> buna </w:t>
            </w:r>
            <w:proofErr w:type="spellStart"/>
            <w:r w:rsidRPr="00A31EFD">
              <w:t>ilişkin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belgeler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dosyaya</w:t>
            </w:r>
            <w:proofErr w:type="spellEnd"/>
            <w:r w:rsidRPr="00A31EFD">
              <w:t xml:space="preserve"> </w:t>
            </w:r>
            <w:proofErr w:type="spellStart"/>
            <w:r w:rsidRPr="00A31EFD">
              <w:t>eklenmiş</w:t>
            </w:r>
            <w:proofErr w:type="spellEnd"/>
            <w:r w:rsidRPr="00A31EFD">
              <w:t xml:space="preserve"> mi?</w:t>
            </w:r>
          </w:p>
        </w:tc>
        <w:sdt>
          <w:sdtPr>
            <w:rPr>
              <w:sz w:val="18"/>
              <w:szCs w:val="18"/>
            </w:rPr>
            <w:id w:val="-64366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60D08475" w14:textId="052723B8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247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7675BD" w14:textId="269248C5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157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D8FA973" w14:textId="189FEE50" w:rsidR="00A936C6" w:rsidRDefault="00A936C6" w:rsidP="00A936C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D2F6F" w14:paraId="08B37CFB" w14:textId="77777777" w:rsidTr="008831BD">
        <w:trPr>
          <w:jc w:val="center"/>
        </w:trPr>
        <w:tc>
          <w:tcPr>
            <w:tcW w:w="810" w:type="dxa"/>
            <w:vAlign w:val="center"/>
          </w:tcPr>
          <w:p w14:paraId="6C6B5206" w14:textId="51945C3F" w:rsidR="00CD2F6F" w:rsidRDefault="00CD2F6F" w:rsidP="00CD2F6F">
            <w:pPr>
              <w:jc w:val="center"/>
            </w:pPr>
            <w:r>
              <w:t>27</w:t>
            </w:r>
          </w:p>
        </w:tc>
        <w:tc>
          <w:tcPr>
            <w:tcW w:w="6608" w:type="dxa"/>
            <w:vAlign w:val="center"/>
          </w:tcPr>
          <w:p w14:paraId="6C369F85" w14:textId="688167C6" w:rsidR="00CD2F6F" w:rsidRPr="00A31EFD" w:rsidRDefault="00CD2F6F" w:rsidP="00CD2F6F">
            <w:proofErr w:type="spellStart"/>
            <w:r w:rsidRPr="00CD2F6F">
              <w:t>Taslak</w:t>
            </w:r>
            <w:proofErr w:type="spellEnd"/>
            <w:r w:rsidRPr="00CD2F6F">
              <w:t xml:space="preserve"> </w:t>
            </w:r>
            <w:proofErr w:type="spellStart"/>
            <w:r w:rsidRPr="00CD2F6F">
              <w:t>Ödeme</w:t>
            </w:r>
            <w:proofErr w:type="spellEnd"/>
            <w:r w:rsidRPr="00CD2F6F">
              <w:t xml:space="preserve"> Emri HYS </w:t>
            </w:r>
            <w:proofErr w:type="spellStart"/>
            <w:r w:rsidRPr="00CD2F6F">
              <w:t>üzerinde</w:t>
            </w:r>
            <w:proofErr w:type="spellEnd"/>
            <w:r w:rsidRPr="00CD2F6F">
              <w:t xml:space="preserve"> </w:t>
            </w:r>
            <w:proofErr w:type="spellStart"/>
            <w:r w:rsidRPr="00CD2F6F">
              <w:t>harcama</w:t>
            </w:r>
            <w:proofErr w:type="spellEnd"/>
            <w:r w:rsidRPr="00CD2F6F">
              <w:t xml:space="preserve"> </w:t>
            </w:r>
            <w:proofErr w:type="spellStart"/>
            <w:r w:rsidRPr="00CD2F6F">
              <w:t>Talimatı</w:t>
            </w:r>
            <w:proofErr w:type="spellEnd"/>
            <w:r w:rsidRPr="00CD2F6F">
              <w:t xml:space="preserve"> </w:t>
            </w:r>
            <w:proofErr w:type="spellStart"/>
            <w:r w:rsidRPr="00CD2F6F">
              <w:t>ile</w:t>
            </w:r>
            <w:proofErr w:type="spellEnd"/>
            <w:r w:rsidRPr="00CD2F6F">
              <w:t xml:space="preserve"> </w:t>
            </w:r>
            <w:proofErr w:type="spellStart"/>
            <w:r w:rsidRPr="00CD2F6F">
              <w:t>ilişkilendirilmiş</w:t>
            </w:r>
            <w:proofErr w:type="spellEnd"/>
            <w:r w:rsidRPr="00CD2F6F">
              <w:t xml:space="preserve"> mi?</w:t>
            </w:r>
          </w:p>
        </w:tc>
        <w:sdt>
          <w:sdtPr>
            <w:rPr>
              <w:sz w:val="18"/>
              <w:szCs w:val="18"/>
            </w:rPr>
            <w:id w:val="154887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692AE87" w14:textId="642445AF" w:rsidR="00CD2F6F" w:rsidRDefault="00CD2F6F" w:rsidP="00CD2F6F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4129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443E123C" w14:textId="5E922516" w:rsidR="00CD2F6F" w:rsidRDefault="00CD2F6F" w:rsidP="00CD2F6F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77393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1C4E738C" w14:textId="27A5A704" w:rsidR="00CD2F6F" w:rsidRDefault="00CD2F6F" w:rsidP="00CD2F6F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8C944" w14:textId="77777777" w:rsidR="00D204B6" w:rsidRDefault="00D204B6" w:rsidP="008B55C9">
      <w:pPr>
        <w:spacing w:after="0" w:line="240" w:lineRule="auto"/>
      </w:pPr>
      <w:r>
        <w:separator/>
      </w:r>
    </w:p>
  </w:endnote>
  <w:endnote w:type="continuationSeparator" w:id="0">
    <w:p w14:paraId="07840363" w14:textId="77777777" w:rsidR="00D204B6" w:rsidRDefault="00D204B6" w:rsidP="008B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8E7B" w14:textId="77777777" w:rsidR="008B55C9" w:rsidRDefault="008B55C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95BE" w14:textId="3F89776E" w:rsidR="008B55C9" w:rsidRDefault="008B55C9">
    <w:pPr>
      <w:pStyle w:val="AltBilgi"/>
    </w:pPr>
  </w:p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8B55C9" w:rsidRPr="007A5A35" w14:paraId="0492180E" w14:textId="77777777" w:rsidTr="00762D53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AE2EF3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4BD2A1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3DC46BA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8B55C9" w:rsidRPr="007A5A35" w14:paraId="545543DA" w14:textId="77777777" w:rsidTr="00762D53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B17353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A237BA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40CF15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28D97BB" w14:textId="77777777" w:rsidR="008B55C9" w:rsidRDefault="008B55C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5F4B" w14:textId="77777777" w:rsidR="008B55C9" w:rsidRDefault="008B55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15A0" w14:textId="77777777" w:rsidR="00D204B6" w:rsidRDefault="00D204B6" w:rsidP="008B55C9">
      <w:pPr>
        <w:spacing w:after="0" w:line="240" w:lineRule="auto"/>
      </w:pPr>
      <w:r>
        <w:separator/>
      </w:r>
    </w:p>
  </w:footnote>
  <w:footnote w:type="continuationSeparator" w:id="0">
    <w:p w14:paraId="0C32BA5F" w14:textId="77777777" w:rsidR="00D204B6" w:rsidRDefault="00D204B6" w:rsidP="008B5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AC34" w14:textId="77777777" w:rsidR="008B55C9" w:rsidRDefault="008B55C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8B55C9" w:rsidRPr="007A5A35" w14:paraId="46705C64" w14:textId="77777777" w:rsidTr="00762D53">
      <w:trPr>
        <w:trHeight w:val="261"/>
      </w:trPr>
      <w:tc>
        <w:tcPr>
          <w:tcW w:w="1676" w:type="dxa"/>
          <w:vMerge w:val="restart"/>
          <w:vAlign w:val="center"/>
        </w:tcPr>
        <w:p w14:paraId="687A3525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FE6E486" wp14:editId="27D99544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355ACA7" w14:textId="3059F884" w:rsidR="008B55C9" w:rsidRPr="00CD73B4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756134">
            <w:rPr>
              <w:rFonts w:ascii="Times New Roman" w:eastAsia="Calibri" w:hAnsi="Times New Roman"/>
              <w:b/>
              <w:bCs/>
              <w:sz w:val="24"/>
              <w:lang w:val="tr-TR"/>
            </w:rPr>
            <w:t xml:space="preserve">KADROLU PERSONEL MAAŞ 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ÖDEMELER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NE İL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ŞK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 ÖN MAL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KONTROL 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STE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FORMU</w:t>
          </w:r>
        </w:p>
      </w:tc>
      <w:tc>
        <w:tcPr>
          <w:tcW w:w="2126" w:type="dxa"/>
          <w:vAlign w:val="center"/>
        </w:tcPr>
        <w:p w14:paraId="78CD3ED5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4F06C1C" w14:textId="790D2C2C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64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5</w:t>
          </w:r>
        </w:p>
      </w:tc>
    </w:tr>
    <w:tr w:rsidR="008B55C9" w:rsidRPr="007A5A35" w14:paraId="3085A193" w14:textId="77777777" w:rsidTr="00762D53">
      <w:trPr>
        <w:trHeight w:val="261"/>
      </w:trPr>
      <w:tc>
        <w:tcPr>
          <w:tcW w:w="1676" w:type="dxa"/>
          <w:vMerge/>
          <w:vAlign w:val="center"/>
        </w:tcPr>
        <w:p w14:paraId="5F9549A9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D37B05B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C759CB3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270972CB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8B55C9" w:rsidRPr="007A5A35" w14:paraId="0152E260" w14:textId="77777777" w:rsidTr="00762D53">
      <w:trPr>
        <w:trHeight w:val="261"/>
      </w:trPr>
      <w:tc>
        <w:tcPr>
          <w:tcW w:w="1676" w:type="dxa"/>
          <w:vMerge/>
          <w:vAlign w:val="center"/>
        </w:tcPr>
        <w:p w14:paraId="1194575A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2E7CE19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1DA439E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7D60B028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8B55C9" w:rsidRPr="007A5A35" w14:paraId="49AAE193" w14:textId="77777777" w:rsidTr="00762D53">
      <w:trPr>
        <w:trHeight w:val="261"/>
      </w:trPr>
      <w:tc>
        <w:tcPr>
          <w:tcW w:w="1676" w:type="dxa"/>
          <w:vMerge/>
          <w:vAlign w:val="center"/>
        </w:tcPr>
        <w:p w14:paraId="63C32975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11A4A44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89FF30F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2B3C76EB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8B55C9" w:rsidRPr="007A5A35" w14:paraId="6C478C86" w14:textId="77777777" w:rsidTr="00762D53">
      <w:trPr>
        <w:trHeight w:val="261"/>
      </w:trPr>
      <w:tc>
        <w:tcPr>
          <w:tcW w:w="1676" w:type="dxa"/>
          <w:vMerge/>
          <w:vAlign w:val="center"/>
        </w:tcPr>
        <w:p w14:paraId="3B9C93D4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0DFF42D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AA712C1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68736A0" w14:textId="77777777" w:rsidR="008B55C9" w:rsidRPr="007A5A35" w:rsidRDefault="008B55C9" w:rsidP="008B55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34D701B2" w14:textId="532B9D4B" w:rsidR="008B55C9" w:rsidRDefault="008B55C9">
    <w:pPr>
      <w:pStyle w:val="stBilgi"/>
    </w:pPr>
  </w:p>
  <w:p w14:paraId="2B3AD937" w14:textId="77777777" w:rsidR="008B55C9" w:rsidRDefault="008B55C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DB261" w14:textId="77777777" w:rsidR="008B55C9" w:rsidRDefault="008B55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5A"/>
    <w:rsid w:val="00214460"/>
    <w:rsid w:val="002377E3"/>
    <w:rsid w:val="0029639D"/>
    <w:rsid w:val="00326F90"/>
    <w:rsid w:val="00350BF0"/>
    <w:rsid w:val="003D678A"/>
    <w:rsid w:val="00434061"/>
    <w:rsid w:val="0049466B"/>
    <w:rsid w:val="00624FC7"/>
    <w:rsid w:val="006A3593"/>
    <w:rsid w:val="006C17B4"/>
    <w:rsid w:val="006E0F1E"/>
    <w:rsid w:val="00780547"/>
    <w:rsid w:val="008831BD"/>
    <w:rsid w:val="008B55C9"/>
    <w:rsid w:val="009A140A"/>
    <w:rsid w:val="009D406C"/>
    <w:rsid w:val="00A01655"/>
    <w:rsid w:val="00A31EFD"/>
    <w:rsid w:val="00A936C6"/>
    <w:rsid w:val="00AA1D8D"/>
    <w:rsid w:val="00B47730"/>
    <w:rsid w:val="00B71931"/>
    <w:rsid w:val="00CB0664"/>
    <w:rsid w:val="00CD2F6F"/>
    <w:rsid w:val="00D07467"/>
    <w:rsid w:val="00D204B6"/>
    <w:rsid w:val="00DE3D0A"/>
    <w:rsid w:val="00EA4814"/>
    <w:rsid w:val="00F559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11</cp:revision>
  <dcterms:created xsi:type="dcterms:W3CDTF">2026-07-27T07:23:00Z</dcterms:created>
  <dcterms:modified xsi:type="dcterms:W3CDTF">2026-08-03T11:08:00Z</dcterms:modified>
  <cp:category/>
</cp:coreProperties>
</file>