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737561" w14:paraId="0B11984C" w14:textId="77777777" w:rsidTr="00737561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737561" w:rsidRDefault="00737561" w:rsidP="00737561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737561" w:rsidRDefault="00737561" w:rsidP="00737561">
            <w:pPr>
              <w:jc w:val="center"/>
            </w:pPr>
          </w:p>
        </w:tc>
      </w:tr>
      <w:tr w:rsidR="00737561" w14:paraId="36CA8615" w14:textId="77777777" w:rsidTr="00737561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737561" w:rsidRDefault="00737561" w:rsidP="00737561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737561" w:rsidRDefault="00737561" w:rsidP="00737561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0736D2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0736D2" w:rsidRDefault="000736D2" w:rsidP="000736D2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42D7CC6C" w:rsidR="000736D2" w:rsidRDefault="000736D2" w:rsidP="000736D2">
            <w:r>
              <w:rPr>
                <w:rFonts w:ascii="Cambria" w:hAnsi="Cambria" w:cs="Segoe UI"/>
                <w:color w:val="000000"/>
              </w:rPr>
              <w:t>Avans verilmesine ilişkin Harcama Talimatı/Onay Belgesi ile avansın çekildiğini gösteren Ödeme Emri Belgesi mevcut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736D2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0736D2" w:rsidRDefault="000736D2" w:rsidP="000736D2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6BCA109E" w:rsidR="000736D2" w:rsidRDefault="000736D2" w:rsidP="000736D2">
            <w:r>
              <w:rPr>
                <w:rFonts w:ascii="Cambria" w:hAnsi="Cambria" w:cs="Segoe UI"/>
                <w:color w:val="000000"/>
              </w:rPr>
              <w:t>Fatura/Tahsilat Makbuzu mevcut, şekil şartlarına uygun, hesaplamaları doğru, e-Arşiv fatura kontrolleri yapılmış ve hizmet alımlarında KDV tevkifatı doğru uygulanmış mı?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736D2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0736D2" w:rsidRDefault="000736D2" w:rsidP="000736D2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41EC5EE1" w:rsidR="000736D2" w:rsidRDefault="000736D2" w:rsidP="000736D2">
            <w:r>
              <w:rPr>
                <w:rFonts w:ascii="Cambria" w:hAnsi="Cambria" w:cs="Segoe UI"/>
                <w:color w:val="000000"/>
              </w:rPr>
              <w:t>Muayene Kabul Komisyonu/Hizmet İşleri Kabul Tutanağı mevcut, fatura bilgileri ile uyumlu ve mal veya hizmet usulüne uygun kabul edilmiş mi?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736D2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0736D2" w:rsidRDefault="000736D2" w:rsidP="000736D2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2400C3B8" w:rsidR="000736D2" w:rsidRDefault="000736D2" w:rsidP="000736D2">
            <w:r>
              <w:rPr>
                <w:rFonts w:ascii="Cambria" w:hAnsi="Cambria" w:cs="Segoe UI"/>
                <w:color w:val="000000"/>
              </w:rPr>
              <w:t>Çekilen avans süresinde mahsup edilmiş, ön ödeme artığı süresinde iade edilmiş, hesabı kapatılmış ve gecikme varsa faiz hesaplanarak dekont eklenmiş mi?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736D2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0736D2" w:rsidRDefault="000736D2" w:rsidP="000736D2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576B214F" w:rsidR="000736D2" w:rsidRDefault="000736D2" w:rsidP="000736D2">
            <w:r>
              <w:rPr>
                <w:rFonts w:ascii="Cambria" w:hAnsi="Cambria" w:cs="Segoe UI"/>
                <w:color w:val="000000"/>
              </w:rPr>
              <w:t>Damga Vergisi Detay Kodu doğru seçilmiş mi?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736D2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0736D2" w:rsidRDefault="000736D2" w:rsidP="000736D2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43E9BCF9" w:rsidR="000736D2" w:rsidRDefault="000736D2" w:rsidP="000736D2">
            <w:r>
              <w:rPr>
                <w:rFonts w:ascii="Cambria" w:hAnsi="Cambria" w:cs="Segoe UI"/>
                <w:color w:val="000000"/>
              </w:rPr>
              <w:t>Ödeme Emri Belgesindeki imzalar yetki çizelgesine uygun mu? Yetki devri yapılmışsa buna ilişkin belgeler eklenmiş mi?</w:t>
            </w:r>
          </w:p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736D2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0736D2" w:rsidRDefault="000736D2" w:rsidP="000736D2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3E92958F" w:rsidR="000736D2" w:rsidRDefault="000736D2" w:rsidP="000736D2"/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736D2" w14:paraId="5B5E3A95" w14:textId="77777777" w:rsidTr="009E32B9">
        <w:trPr>
          <w:jc w:val="center"/>
        </w:trPr>
        <w:tc>
          <w:tcPr>
            <w:tcW w:w="810" w:type="dxa"/>
            <w:vAlign w:val="center"/>
          </w:tcPr>
          <w:p w14:paraId="1759FB24" w14:textId="77777777" w:rsidR="000736D2" w:rsidRDefault="000736D2" w:rsidP="000736D2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5ED8F964" w:rsidR="000736D2" w:rsidRDefault="000736D2" w:rsidP="000736D2"/>
        </w:tc>
        <w:sdt>
          <w:sdtPr>
            <w:rPr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5593CDE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CC3D070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2939A5CC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736D2" w14:paraId="75AB4112" w14:textId="77777777" w:rsidTr="009E32B9">
        <w:trPr>
          <w:trHeight w:val="480"/>
          <w:jc w:val="center"/>
        </w:trPr>
        <w:tc>
          <w:tcPr>
            <w:tcW w:w="810" w:type="dxa"/>
            <w:vAlign w:val="center"/>
          </w:tcPr>
          <w:p w14:paraId="48FA51CD" w14:textId="77777777" w:rsidR="000736D2" w:rsidRDefault="000736D2" w:rsidP="000736D2">
            <w:pPr>
              <w:jc w:val="center"/>
            </w:pPr>
            <w:r>
              <w:t>9</w:t>
            </w:r>
          </w:p>
        </w:tc>
        <w:tc>
          <w:tcPr>
            <w:tcW w:w="6608" w:type="dxa"/>
          </w:tcPr>
          <w:p w14:paraId="4620FFFC" w14:textId="5E51F133" w:rsidR="000736D2" w:rsidRDefault="000736D2" w:rsidP="000736D2"/>
        </w:tc>
        <w:sdt>
          <w:sdtPr>
            <w:rPr>
              <w:sz w:val="18"/>
              <w:szCs w:val="18"/>
            </w:rPr>
            <w:id w:val="-46173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B095091" w14:textId="3260E602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0553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F64CBB4" w14:textId="583A4F3E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375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48E78A23" w14:textId="1560DBAF" w:rsidR="000736D2" w:rsidRDefault="000736D2" w:rsidP="000736D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</w:t>
      </w:r>
      <w:proofErr w:type="gramStart"/>
      <w:r>
        <w:t>20..</w:t>
      </w:r>
      <w:proofErr w:type="gramEnd"/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13857" w14:textId="77777777" w:rsidR="005B2576" w:rsidRDefault="005B2576" w:rsidP="00F555CB">
      <w:pPr>
        <w:spacing w:after="0" w:line="240" w:lineRule="auto"/>
      </w:pPr>
      <w:r>
        <w:separator/>
      </w:r>
    </w:p>
  </w:endnote>
  <w:endnote w:type="continuationSeparator" w:id="0">
    <w:p w14:paraId="7B629EBB" w14:textId="77777777" w:rsidR="005B2576" w:rsidRDefault="005B2576" w:rsidP="00F55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8F25E" w14:textId="77777777" w:rsidR="00F555CB" w:rsidRDefault="00F555C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F555CB" w:rsidRPr="007A5A35" w14:paraId="09AAADD6" w14:textId="77777777" w:rsidTr="000903E6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5E6941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F8A959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18580CA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F555CB" w:rsidRPr="007A5A35" w14:paraId="12D44831" w14:textId="77777777" w:rsidTr="000903E6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DBA628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824E4E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E02F741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698F77E2" w14:textId="131B5A28" w:rsidR="00F555CB" w:rsidRDefault="00F555CB">
    <w:pPr>
      <w:pStyle w:val="AltBilgi"/>
    </w:pPr>
  </w:p>
  <w:p w14:paraId="157DBE38" w14:textId="77777777" w:rsidR="00F555CB" w:rsidRDefault="00F555C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ACF2" w14:textId="77777777" w:rsidR="00F555CB" w:rsidRDefault="00F555C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81519" w14:textId="77777777" w:rsidR="005B2576" w:rsidRDefault="005B2576" w:rsidP="00F555CB">
      <w:pPr>
        <w:spacing w:after="0" w:line="240" w:lineRule="auto"/>
      </w:pPr>
      <w:r>
        <w:separator/>
      </w:r>
    </w:p>
  </w:footnote>
  <w:footnote w:type="continuationSeparator" w:id="0">
    <w:p w14:paraId="620BE782" w14:textId="77777777" w:rsidR="005B2576" w:rsidRDefault="005B2576" w:rsidP="00F55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F3EBB" w14:textId="77777777" w:rsidR="00F555CB" w:rsidRDefault="00F555C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CFF8" w14:textId="13F224F5" w:rsidR="00F555CB" w:rsidRDefault="00F555CB">
    <w:pPr>
      <w:pStyle w:val="stBilgi"/>
    </w:pP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F555CB" w:rsidRPr="007A5A35" w14:paraId="14AFE9A0" w14:textId="77777777" w:rsidTr="000903E6">
      <w:trPr>
        <w:trHeight w:val="261"/>
      </w:trPr>
      <w:tc>
        <w:tcPr>
          <w:tcW w:w="1676" w:type="dxa"/>
          <w:vMerge w:val="restart"/>
          <w:vAlign w:val="center"/>
        </w:tcPr>
        <w:p w14:paraId="4B807D21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43FCB1F1" wp14:editId="504337E0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1B4D48B0" w14:textId="00495D3C" w:rsidR="00F555CB" w:rsidRPr="00F555CB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F555CB">
            <w:rPr>
              <w:rFonts w:ascii="Times New Roman" w:hAnsi="Times New Roman" w:cs="Times New Roman"/>
              <w:b/>
              <w:bCs/>
              <w:sz w:val="24"/>
              <w:szCs w:val="24"/>
            </w:rPr>
            <w:t>İŞ, KRED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F555C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VE MUTEME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T</w:t>
          </w:r>
          <w:r w:rsidRPr="00F555C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AVANS AÇMA VE KAPATMA ÖDEMELER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F555C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NE </w:t>
          </w:r>
          <w:r w:rsidRPr="00F555CB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7EEA386A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7A832859" w14:textId="77EAE632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67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9</w:t>
          </w:r>
        </w:p>
      </w:tc>
    </w:tr>
    <w:tr w:rsidR="00F555CB" w:rsidRPr="007A5A35" w14:paraId="17771B5D" w14:textId="77777777" w:rsidTr="000903E6">
      <w:trPr>
        <w:trHeight w:val="261"/>
      </w:trPr>
      <w:tc>
        <w:tcPr>
          <w:tcW w:w="1676" w:type="dxa"/>
          <w:vMerge/>
          <w:vAlign w:val="center"/>
        </w:tcPr>
        <w:p w14:paraId="3BA26C60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61248321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0C7642D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0C5AEE5D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F555CB" w:rsidRPr="007A5A35" w14:paraId="26E4DD6A" w14:textId="77777777" w:rsidTr="000903E6">
      <w:trPr>
        <w:trHeight w:val="261"/>
      </w:trPr>
      <w:tc>
        <w:tcPr>
          <w:tcW w:w="1676" w:type="dxa"/>
          <w:vMerge/>
          <w:vAlign w:val="center"/>
        </w:tcPr>
        <w:p w14:paraId="4F616D64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67AE6E6A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29CED796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7F3171BA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F555CB" w:rsidRPr="007A5A35" w14:paraId="451EAB3A" w14:textId="77777777" w:rsidTr="000903E6">
      <w:trPr>
        <w:trHeight w:val="261"/>
      </w:trPr>
      <w:tc>
        <w:tcPr>
          <w:tcW w:w="1676" w:type="dxa"/>
          <w:vMerge/>
          <w:vAlign w:val="center"/>
        </w:tcPr>
        <w:p w14:paraId="350EF444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19BD967E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194325AF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4009701C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F555CB" w:rsidRPr="007A5A35" w14:paraId="2071ACBE" w14:textId="77777777" w:rsidTr="000903E6">
      <w:trPr>
        <w:trHeight w:val="261"/>
      </w:trPr>
      <w:tc>
        <w:tcPr>
          <w:tcW w:w="1676" w:type="dxa"/>
          <w:vMerge/>
          <w:vAlign w:val="center"/>
        </w:tcPr>
        <w:p w14:paraId="449BADBB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2364BAB9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6A5C123D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69348F7D" w14:textId="77777777" w:rsidR="00F555CB" w:rsidRPr="007A5A35" w:rsidRDefault="00F555CB" w:rsidP="00F555C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7C7CDE36" w14:textId="77777777" w:rsidR="00F555CB" w:rsidRDefault="00F555C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8A256" w14:textId="77777777" w:rsidR="00F555CB" w:rsidRDefault="00F555C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36D2"/>
    <w:rsid w:val="000F65A9"/>
    <w:rsid w:val="00123BD3"/>
    <w:rsid w:val="0015074B"/>
    <w:rsid w:val="001567A3"/>
    <w:rsid w:val="001A668A"/>
    <w:rsid w:val="00214460"/>
    <w:rsid w:val="002377E3"/>
    <w:rsid w:val="0029639D"/>
    <w:rsid w:val="002E2022"/>
    <w:rsid w:val="00326F90"/>
    <w:rsid w:val="00350BF0"/>
    <w:rsid w:val="003D678A"/>
    <w:rsid w:val="004710E6"/>
    <w:rsid w:val="0049466B"/>
    <w:rsid w:val="005B2152"/>
    <w:rsid w:val="005B2576"/>
    <w:rsid w:val="006A3593"/>
    <w:rsid w:val="006C17B4"/>
    <w:rsid w:val="0073159B"/>
    <w:rsid w:val="00737561"/>
    <w:rsid w:val="00780547"/>
    <w:rsid w:val="008831BD"/>
    <w:rsid w:val="008E6050"/>
    <w:rsid w:val="00920C53"/>
    <w:rsid w:val="009A140A"/>
    <w:rsid w:val="00AA1D8D"/>
    <w:rsid w:val="00B47730"/>
    <w:rsid w:val="00B71931"/>
    <w:rsid w:val="00C6718A"/>
    <w:rsid w:val="00C804C3"/>
    <w:rsid w:val="00CB0664"/>
    <w:rsid w:val="00D00C18"/>
    <w:rsid w:val="00D07467"/>
    <w:rsid w:val="00DE3D0A"/>
    <w:rsid w:val="00EA4814"/>
    <w:rsid w:val="00EB2BB1"/>
    <w:rsid w:val="00F555C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8</cp:revision>
  <dcterms:created xsi:type="dcterms:W3CDTF">2026-07-27T10:46:00Z</dcterms:created>
  <dcterms:modified xsi:type="dcterms:W3CDTF">2026-08-03T13:05:00Z</dcterms:modified>
  <cp:category/>
</cp:coreProperties>
</file>