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CD73B4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CD73B4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655AA7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C61AA8" w14:paraId="6048EF0C" w14:textId="77777777" w:rsidTr="00655AA7">
        <w:trPr>
          <w:jc w:val="center"/>
        </w:trPr>
        <w:tc>
          <w:tcPr>
            <w:tcW w:w="810" w:type="dxa"/>
            <w:vAlign w:val="center"/>
          </w:tcPr>
          <w:p w14:paraId="780F2872" w14:textId="77777777" w:rsidR="00C61AA8" w:rsidRDefault="00C61AA8" w:rsidP="00C61AA8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548EB1EC" w:rsidR="00C61AA8" w:rsidRDefault="00C61AA8" w:rsidP="00C61AA8">
            <w:r>
              <w:rPr>
                <w:rFonts w:ascii="Cambria" w:hAnsi="Cambria" w:cs="Segoe UI"/>
                <w:color w:val="000000"/>
              </w:rPr>
              <w:t>Ödeme Emri Belgesi'ndeki bütçe tertibi doğru seçilmiş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015D0CC2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65F36EE3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4A1F1B54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3AF0B689" w14:textId="77777777" w:rsidTr="00655AA7">
        <w:trPr>
          <w:jc w:val="center"/>
        </w:trPr>
        <w:tc>
          <w:tcPr>
            <w:tcW w:w="810" w:type="dxa"/>
            <w:vAlign w:val="center"/>
          </w:tcPr>
          <w:p w14:paraId="690795E5" w14:textId="77777777" w:rsidR="00C61AA8" w:rsidRDefault="00C61AA8" w:rsidP="00C61AA8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14C8FF7" w:rsidR="00C61AA8" w:rsidRDefault="00C61AA8" w:rsidP="00C61AA8">
            <w:r>
              <w:rPr>
                <w:rFonts w:ascii="Cambria" w:hAnsi="Cambria" w:cs="Segoe UI"/>
                <w:color w:val="000000"/>
              </w:rPr>
              <w:t>Ödeme Emri Belgesi'ndeki kesinti kodları doğru seçilmiş mi?</w:t>
            </w:r>
          </w:p>
        </w:tc>
        <w:sdt>
          <w:sdtPr>
            <w:rPr>
              <w:sz w:val="18"/>
              <w:szCs w:val="18"/>
            </w:rPr>
            <w:id w:val="38337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11FD0858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2795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5970E3A5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490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3370B825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4116D98B" w14:textId="77777777" w:rsidTr="00655AA7">
        <w:trPr>
          <w:jc w:val="center"/>
        </w:trPr>
        <w:tc>
          <w:tcPr>
            <w:tcW w:w="810" w:type="dxa"/>
            <w:vAlign w:val="center"/>
          </w:tcPr>
          <w:p w14:paraId="3F978920" w14:textId="77777777" w:rsidR="00C61AA8" w:rsidRDefault="00C61AA8" w:rsidP="00C61AA8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713BB96A" w:rsidR="00C61AA8" w:rsidRDefault="00C61AA8" w:rsidP="00C61AA8">
            <w:r>
              <w:rPr>
                <w:rFonts w:ascii="Cambria" w:hAnsi="Cambria" w:cs="Segoe UI"/>
                <w:color w:val="000000"/>
              </w:rPr>
              <w:t>Bordro, Harcama Talimatı Onay Belgesi ve Banka Listesi eklendi mi?</w:t>
            </w:r>
          </w:p>
        </w:tc>
        <w:sdt>
          <w:sdtPr>
            <w:rPr>
              <w:sz w:val="18"/>
              <w:szCs w:val="18"/>
            </w:rPr>
            <w:id w:val="48220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166300A0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0096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56B378A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43331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6B60EF79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6B423030" w14:textId="77777777" w:rsidTr="00655AA7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C61AA8" w:rsidRDefault="00C61AA8" w:rsidP="00C61AA8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1B450AAD" w:rsidR="00C61AA8" w:rsidRDefault="00C61AA8" w:rsidP="00C61AA8">
            <w:r>
              <w:rPr>
                <w:rFonts w:ascii="Cambria" w:hAnsi="Cambria" w:cs="Segoe UI"/>
                <w:color w:val="000000"/>
              </w:rPr>
              <w:t>Harcama Talimatının hukuki dayanağı ve gerekçesi harcamanın mahiyetine uygun mu?</w:t>
            </w:r>
          </w:p>
        </w:tc>
        <w:sdt>
          <w:sdtPr>
            <w:rPr>
              <w:sz w:val="18"/>
              <w:szCs w:val="18"/>
            </w:rPr>
            <w:id w:val="-1993005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4CB3DBDC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7499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364770FF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106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3B3BE061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141FBE90" w14:textId="77777777" w:rsidTr="00655AA7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C61AA8" w:rsidRDefault="00C61AA8" w:rsidP="00C61AA8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42B754E8" w:rsidR="00C61AA8" w:rsidRDefault="00C61AA8" w:rsidP="00C61AA8">
            <w:r>
              <w:rPr>
                <w:rFonts w:ascii="Cambria" w:hAnsi="Cambria" w:cs="Segoe UI"/>
                <w:color w:val="000000"/>
              </w:rPr>
              <w:t>Sigortalı işe başlama bildirgeleri ile İŞKUR Gençlik Programı Yüklenici Sözleşmesi/Protokolü ilk ödemeye eklendi mi?</w:t>
            </w:r>
          </w:p>
        </w:tc>
        <w:sdt>
          <w:sdtPr>
            <w:rPr>
              <w:sz w:val="18"/>
              <w:szCs w:val="18"/>
            </w:rPr>
            <w:id w:val="-120717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6159C2D2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11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39FA515A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696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4B0C4C5B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7D40B154" w14:textId="77777777" w:rsidTr="00655AA7">
        <w:trPr>
          <w:jc w:val="center"/>
        </w:trPr>
        <w:tc>
          <w:tcPr>
            <w:tcW w:w="810" w:type="dxa"/>
            <w:vAlign w:val="center"/>
          </w:tcPr>
          <w:p w14:paraId="20DE44B9" w14:textId="77777777" w:rsidR="00C61AA8" w:rsidRDefault="00C61AA8" w:rsidP="00C61AA8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0E411BC1" w:rsidR="00C61AA8" w:rsidRDefault="00C61AA8" w:rsidP="00C61AA8">
            <w:r>
              <w:rPr>
                <w:rFonts w:ascii="Cambria" w:hAnsi="Cambria" w:cs="Segoe UI"/>
                <w:color w:val="000000"/>
              </w:rPr>
              <w:t>İcra kesinti listesi ve kesintiye ilişkin diğer evraklar eklendi mi? (Kesinti varsa)</w:t>
            </w:r>
          </w:p>
        </w:tc>
        <w:sdt>
          <w:sdtPr>
            <w:rPr>
              <w:sz w:val="18"/>
              <w:szCs w:val="18"/>
            </w:rPr>
            <w:id w:val="70768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5660C607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475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4539B744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13742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4B7098A9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64CC9416" w14:textId="77777777" w:rsidTr="00655AA7">
        <w:trPr>
          <w:jc w:val="center"/>
        </w:trPr>
        <w:tc>
          <w:tcPr>
            <w:tcW w:w="810" w:type="dxa"/>
            <w:vAlign w:val="center"/>
          </w:tcPr>
          <w:p w14:paraId="35DFEE49" w14:textId="77777777" w:rsidR="00C61AA8" w:rsidRDefault="00C61AA8" w:rsidP="00C61AA8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72D27BEC" w:rsidR="00C61AA8" w:rsidRDefault="00C61AA8" w:rsidP="00C61AA8">
            <w:r>
              <w:rPr>
                <w:rFonts w:ascii="Cambria" w:hAnsi="Cambria" w:cs="Segoe UI"/>
                <w:color w:val="000000"/>
              </w:rPr>
              <w:t>Devam çizelgesi, personel listesi, onaylı SGK bildirgeleri ve ücret bordrosu eklendi mi?</w:t>
            </w:r>
          </w:p>
        </w:tc>
        <w:sdt>
          <w:sdtPr>
            <w:rPr>
              <w:sz w:val="18"/>
              <w:szCs w:val="18"/>
            </w:rPr>
            <w:id w:val="-83337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38F07632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6537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200F95F9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6355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1A366A1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5B5E3A95" w14:textId="77777777" w:rsidTr="00655AA7">
        <w:trPr>
          <w:jc w:val="center"/>
        </w:trPr>
        <w:tc>
          <w:tcPr>
            <w:tcW w:w="810" w:type="dxa"/>
            <w:vAlign w:val="center"/>
          </w:tcPr>
          <w:p w14:paraId="1759FB24" w14:textId="77777777" w:rsidR="00C61AA8" w:rsidRDefault="00C61AA8" w:rsidP="00C61AA8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224EBE42" w:rsidR="00C61AA8" w:rsidRDefault="00C61AA8" w:rsidP="00C61AA8">
            <w:r>
              <w:rPr>
                <w:rFonts w:ascii="Cambria" w:hAnsi="Cambria" w:cs="Segoe UI"/>
                <w:color w:val="000000"/>
              </w:rPr>
              <w:t>Programın haftalık yararlanma süresi (en fazla 22,5 saat/3 gün) uygulandı mı ile %5,5 sosyal güvenlik primi ücretten kesildi mi?</w:t>
            </w:r>
          </w:p>
        </w:tc>
        <w:sdt>
          <w:sdtPr>
            <w:rPr>
              <w:sz w:val="18"/>
              <w:szCs w:val="18"/>
            </w:rPr>
            <w:id w:val="82246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D3BC603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34019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5DE70BE6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991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13079BB2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75AB4112" w14:textId="77777777" w:rsidTr="00655AA7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C61AA8" w:rsidRDefault="00C61AA8" w:rsidP="00C61AA8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7B517CF8" w:rsidR="00C61AA8" w:rsidRDefault="00C61AA8" w:rsidP="00C61AA8">
            <w:r>
              <w:rPr>
                <w:rFonts w:ascii="Cambria" w:hAnsi="Cambria" w:cs="Segoe UI"/>
                <w:color w:val="000000"/>
              </w:rPr>
              <w:t>Yeni işe başlayan öğrenci bulunması halinde Sigortalı İşe Giriş Bildirgesi ve Katılımcı Taahhütnamesi eklendi mi?</w:t>
            </w:r>
          </w:p>
        </w:tc>
        <w:sdt>
          <w:sdtPr>
            <w:rPr>
              <w:sz w:val="18"/>
              <w:szCs w:val="18"/>
            </w:rPr>
            <w:id w:val="20760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0088EE3D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103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23E194C8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88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7294165D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379624CB" w14:textId="77777777" w:rsidTr="00655AA7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C61AA8" w:rsidRDefault="00C61AA8" w:rsidP="00C61AA8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003420A5" w:rsidR="00C61AA8" w:rsidRDefault="00C61AA8" w:rsidP="00C61AA8">
            <w:r>
              <w:rPr>
                <w:rFonts w:ascii="Cambria" w:hAnsi="Cambria" w:cs="Segoe UI"/>
                <w:color w:val="000000"/>
              </w:rPr>
              <w:t>İşten ayrılan öğrenci bulunması halinde Sigortalı İşten Ayrılış Bildirgesi eklendi mi?</w:t>
            </w:r>
          </w:p>
        </w:tc>
        <w:sdt>
          <w:sdtPr>
            <w:rPr>
              <w:sz w:val="18"/>
              <w:szCs w:val="18"/>
            </w:rPr>
            <w:id w:val="135253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43B05984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8452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589E1A35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3158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709D3D5D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1AA8" w14:paraId="4A2F651D" w14:textId="77777777" w:rsidTr="00655AA7">
        <w:trPr>
          <w:jc w:val="center"/>
        </w:trPr>
        <w:tc>
          <w:tcPr>
            <w:tcW w:w="810" w:type="dxa"/>
            <w:vAlign w:val="center"/>
          </w:tcPr>
          <w:p w14:paraId="160E3E2A" w14:textId="77777777" w:rsidR="00C61AA8" w:rsidRDefault="00C61AA8" w:rsidP="00C61AA8">
            <w:pPr>
              <w:jc w:val="center"/>
            </w:pPr>
            <w:r>
              <w:t>11</w:t>
            </w:r>
          </w:p>
        </w:tc>
        <w:tc>
          <w:tcPr>
            <w:tcW w:w="6608" w:type="dxa"/>
          </w:tcPr>
          <w:p w14:paraId="3B73907F" w14:textId="6AD518CE" w:rsidR="00C61AA8" w:rsidRDefault="00C61AA8" w:rsidP="00C61AA8">
            <w:r>
              <w:rPr>
                <w:rFonts w:ascii="Cambria" w:hAnsi="Cambria" w:cs="Segoe UI"/>
                <w:color w:val="000000"/>
              </w:rPr>
              <w:t>Ödeme Emri Belgesi yetkili kişilerce imzalanmış; yetki devri yapılmış ise buna ilişkin belgeler dosyaya eklenmiş mi?</w:t>
            </w:r>
          </w:p>
        </w:tc>
        <w:sdt>
          <w:sdtPr>
            <w:rPr>
              <w:sz w:val="18"/>
              <w:szCs w:val="18"/>
            </w:rPr>
            <w:id w:val="-40877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17357FF8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5512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3BE10839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6769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58EDE9AB" w:rsidR="00C61AA8" w:rsidRDefault="00C61AA8" w:rsidP="00C61AA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66F05" w14:textId="77777777" w:rsidR="00F35E4E" w:rsidRDefault="00F35E4E" w:rsidP="00CD73B4">
      <w:pPr>
        <w:spacing w:after="0" w:line="240" w:lineRule="auto"/>
      </w:pPr>
      <w:r>
        <w:separator/>
      </w:r>
    </w:p>
  </w:endnote>
  <w:endnote w:type="continuationSeparator" w:id="0">
    <w:p w14:paraId="462DA90F" w14:textId="77777777" w:rsidR="00F35E4E" w:rsidRDefault="00F35E4E" w:rsidP="00CD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CD73B4" w:rsidRPr="007A5A35" w14:paraId="2E422202" w14:textId="77777777" w:rsidTr="00831FD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5683EF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104138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FA2A934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CD73B4" w:rsidRPr="007A5A35" w14:paraId="769910EB" w14:textId="77777777" w:rsidTr="00831FD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1F72B4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804445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AC805F3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4DFB984" w14:textId="034F3048" w:rsidR="00CD73B4" w:rsidRDefault="00CD73B4">
    <w:pPr>
      <w:pStyle w:val="AltBilgi"/>
    </w:pPr>
  </w:p>
  <w:p w14:paraId="45367E97" w14:textId="77777777" w:rsidR="00CD73B4" w:rsidRDefault="00CD73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9C6F" w14:textId="77777777" w:rsidR="00F35E4E" w:rsidRDefault="00F35E4E" w:rsidP="00CD73B4">
      <w:pPr>
        <w:spacing w:after="0" w:line="240" w:lineRule="auto"/>
      </w:pPr>
      <w:r>
        <w:separator/>
      </w:r>
    </w:p>
  </w:footnote>
  <w:footnote w:type="continuationSeparator" w:id="0">
    <w:p w14:paraId="458C4FCF" w14:textId="77777777" w:rsidR="00F35E4E" w:rsidRDefault="00F35E4E" w:rsidP="00CD7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CD73B4" w:rsidRPr="007A5A35" w14:paraId="0D74F990" w14:textId="77777777" w:rsidTr="00831FD0">
      <w:trPr>
        <w:trHeight w:val="261"/>
      </w:trPr>
      <w:tc>
        <w:tcPr>
          <w:tcW w:w="1676" w:type="dxa"/>
          <w:vMerge w:val="restart"/>
          <w:vAlign w:val="center"/>
        </w:tcPr>
        <w:p w14:paraId="4F654452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EA228B9" wp14:editId="3E012217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7AFAEF4D" w14:textId="3AEC9206" w:rsidR="00CD73B4" w:rsidRPr="00CD73B4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İŞKUR GENÇL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K PROGRAMI ÖDEMELER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NE İL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ŞK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N ÖN MAL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KONTROL L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CD73B4">
            <w:rPr>
              <w:rFonts w:ascii="Times New Roman" w:hAnsi="Times New Roman" w:cs="Times New Roman"/>
              <w:b/>
              <w:bCs/>
              <w:sz w:val="24"/>
              <w:szCs w:val="24"/>
            </w:rPr>
            <w:t>STE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FORMU</w:t>
          </w:r>
        </w:p>
      </w:tc>
      <w:tc>
        <w:tcPr>
          <w:tcW w:w="2126" w:type="dxa"/>
          <w:vAlign w:val="center"/>
        </w:tcPr>
        <w:p w14:paraId="07BB644C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B036CE2" w14:textId="225F22F8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64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4</w:t>
          </w:r>
        </w:p>
      </w:tc>
    </w:tr>
    <w:tr w:rsidR="00CD73B4" w:rsidRPr="007A5A35" w14:paraId="6A8A6119" w14:textId="77777777" w:rsidTr="00831FD0">
      <w:trPr>
        <w:trHeight w:val="261"/>
      </w:trPr>
      <w:tc>
        <w:tcPr>
          <w:tcW w:w="1676" w:type="dxa"/>
          <w:vMerge/>
          <w:vAlign w:val="center"/>
        </w:tcPr>
        <w:p w14:paraId="5B96CC86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33107E5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B08C684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2AB48621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CD73B4" w:rsidRPr="007A5A35" w14:paraId="7F4C2F24" w14:textId="77777777" w:rsidTr="00831FD0">
      <w:trPr>
        <w:trHeight w:val="261"/>
      </w:trPr>
      <w:tc>
        <w:tcPr>
          <w:tcW w:w="1676" w:type="dxa"/>
          <w:vMerge/>
          <w:vAlign w:val="center"/>
        </w:tcPr>
        <w:p w14:paraId="59BBF65D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AE73869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36BD9D4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4B907102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CD73B4" w:rsidRPr="007A5A35" w14:paraId="5E14D2B5" w14:textId="77777777" w:rsidTr="00831FD0">
      <w:trPr>
        <w:trHeight w:val="261"/>
      </w:trPr>
      <w:tc>
        <w:tcPr>
          <w:tcW w:w="1676" w:type="dxa"/>
          <w:vMerge/>
          <w:vAlign w:val="center"/>
        </w:tcPr>
        <w:p w14:paraId="28B97AFB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EAFAF3F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4E2E956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701E8658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CD73B4" w:rsidRPr="007A5A35" w14:paraId="3FE1A5CB" w14:textId="77777777" w:rsidTr="00831FD0">
      <w:trPr>
        <w:trHeight w:val="261"/>
      </w:trPr>
      <w:tc>
        <w:tcPr>
          <w:tcW w:w="1676" w:type="dxa"/>
          <w:vMerge/>
          <w:vAlign w:val="center"/>
        </w:tcPr>
        <w:p w14:paraId="5FE44397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301EFE4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C5CD739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0B94D91" w14:textId="77777777" w:rsidR="00CD73B4" w:rsidRPr="007A5A35" w:rsidRDefault="00CD73B4" w:rsidP="00CD73B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C686D13" w14:textId="12A00E4F" w:rsidR="00CD73B4" w:rsidRDefault="00CD73B4">
    <w:pPr>
      <w:pStyle w:val="stBilgi"/>
    </w:pPr>
  </w:p>
  <w:p w14:paraId="06B53DFF" w14:textId="77777777" w:rsidR="00CD73B4" w:rsidRDefault="00CD73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2E1631"/>
    <w:rsid w:val="00326F90"/>
    <w:rsid w:val="00350BF0"/>
    <w:rsid w:val="003D678A"/>
    <w:rsid w:val="0049466B"/>
    <w:rsid w:val="00655AA7"/>
    <w:rsid w:val="006A3593"/>
    <w:rsid w:val="006C17B4"/>
    <w:rsid w:val="006E0F1E"/>
    <w:rsid w:val="00780547"/>
    <w:rsid w:val="009A140A"/>
    <w:rsid w:val="00AA1D8D"/>
    <w:rsid w:val="00B47730"/>
    <w:rsid w:val="00B71931"/>
    <w:rsid w:val="00C61AA8"/>
    <w:rsid w:val="00CB0664"/>
    <w:rsid w:val="00CD73B4"/>
    <w:rsid w:val="00D07467"/>
    <w:rsid w:val="00DE3D0A"/>
    <w:rsid w:val="00EA4814"/>
    <w:rsid w:val="00F35E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2026-07-27T07:23:00Z</dcterms:created>
  <dcterms:modified xsi:type="dcterms:W3CDTF">2026-08-03T11:04:00Z</dcterms:modified>
  <cp:category/>
</cp:coreProperties>
</file>