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092"/>
        <w:gridCol w:w="8438"/>
      </w:tblGrid>
      <w:tr w:rsidR="00741CCC" w14:paraId="0B11984C" w14:textId="77777777" w:rsidTr="00741CCC">
        <w:trPr>
          <w:trHeight w:val="424"/>
        </w:trPr>
        <w:tc>
          <w:tcPr>
            <w:tcW w:w="2092" w:type="dxa"/>
            <w:vAlign w:val="center"/>
          </w:tcPr>
          <w:p w14:paraId="03A26DFB" w14:textId="77777777" w:rsidR="00741CCC" w:rsidRDefault="00741CCC" w:rsidP="00741CCC">
            <w:proofErr w:type="spellStart"/>
            <w:r>
              <w:t>Harcama</w:t>
            </w:r>
            <w:proofErr w:type="spellEnd"/>
            <w:r>
              <w:t xml:space="preserve"> </w:t>
            </w:r>
            <w:proofErr w:type="spellStart"/>
            <w:r>
              <w:t>Birimi</w:t>
            </w:r>
            <w:proofErr w:type="spellEnd"/>
          </w:p>
        </w:tc>
        <w:tc>
          <w:tcPr>
            <w:tcW w:w="8438" w:type="dxa"/>
            <w:vAlign w:val="center"/>
          </w:tcPr>
          <w:p w14:paraId="0961E16C" w14:textId="77777777" w:rsidR="00741CCC" w:rsidRDefault="00741CCC" w:rsidP="00741CCC">
            <w:pPr>
              <w:jc w:val="center"/>
            </w:pPr>
          </w:p>
        </w:tc>
      </w:tr>
      <w:tr w:rsidR="00741CCC" w14:paraId="36CA8615" w14:textId="77777777" w:rsidTr="00741CCC">
        <w:trPr>
          <w:trHeight w:val="441"/>
        </w:trPr>
        <w:tc>
          <w:tcPr>
            <w:tcW w:w="2092" w:type="dxa"/>
            <w:vAlign w:val="center"/>
          </w:tcPr>
          <w:p w14:paraId="3D0C4798" w14:textId="77777777" w:rsidR="00741CCC" w:rsidRDefault="00741CCC" w:rsidP="00741CCC">
            <w:r>
              <w:t>İşin Adı</w:t>
            </w:r>
          </w:p>
        </w:tc>
        <w:tc>
          <w:tcPr>
            <w:tcW w:w="8438" w:type="dxa"/>
            <w:vAlign w:val="center"/>
          </w:tcPr>
          <w:p w14:paraId="1B235D99" w14:textId="77777777" w:rsidR="00741CCC" w:rsidRDefault="00741CCC" w:rsidP="00741CCC"/>
        </w:tc>
      </w:tr>
    </w:tbl>
    <w:p w14:paraId="05FD9A49" w14:textId="77777777" w:rsidR="00D00C18" w:rsidRDefault="00D00C18"/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810"/>
        <w:gridCol w:w="6608"/>
        <w:gridCol w:w="1268"/>
        <w:gridCol w:w="980"/>
        <w:gridCol w:w="864"/>
      </w:tblGrid>
      <w:tr w:rsidR="00123BD3" w14:paraId="54F28CC4" w14:textId="77777777" w:rsidTr="008831BD">
        <w:trPr>
          <w:jc w:val="center"/>
        </w:trPr>
        <w:tc>
          <w:tcPr>
            <w:tcW w:w="810" w:type="dxa"/>
            <w:vAlign w:val="center"/>
          </w:tcPr>
          <w:p w14:paraId="521E98C2" w14:textId="77777777" w:rsidR="00123BD3" w:rsidRDefault="00000000">
            <w:pPr>
              <w:jc w:val="center"/>
            </w:pPr>
            <w:r>
              <w:rPr>
                <w:b/>
              </w:rPr>
              <w:t>Sıra No</w:t>
            </w:r>
          </w:p>
        </w:tc>
        <w:tc>
          <w:tcPr>
            <w:tcW w:w="6608" w:type="dxa"/>
            <w:vAlign w:val="center"/>
          </w:tcPr>
          <w:p w14:paraId="7AD731B9" w14:textId="77777777" w:rsidR="00123BD3" w:rsidRDefault="00000000">
            <w:pPr>
              <w:jc w:val="center"/>
            </w:pPr>
            <w:r>
              <w:rPr>
                <w:b/>
              </w:rPr>
              <w:t>Kontrol Edilecek Hususlar</w:t>
            </w:r>
          </w:p>
        </w:tc>
        <w:tc>
          <w:tcPr>
            <w:tcW w:w="1268" w:type="dxa"/>
            <w:vAlign w:val="center"/>
          </w:tcPr>
          <w:p w14:paraId="2C9B91F3" w14:textId="77777777" w:rsidR="00123BD3" w:rsidRDefault="00000000">
            <w:pPr>
              <w:jc w:val="center"/>
            </w:pPr>
            <w:r>
              <w:rPr>
                <w:b/>
              </w:rPr>
              <w:t>Zorunlu Değil</w:t>
            </w:r>
          </w:p>
        </w:tc>
        <w:tc>
          <w:tcPr>
            <w:tcW w:w="980" w:type="dxa"/>
            <w:vAlign w:val="center"/>
          </w:tcPr>
          <w:p w14:paraId="673AE7F9" w14:textId="77777777" w:rsidR="00123BD3" w:rsidRDefault="00000000">
            <w:pPr>
              <w:jc w:val="center"/>
            </w:pPr>
            <w:r>
              <w:rPr>
                <w:b/>
              </w:rPr>
              <w:t>Evet</w:t>
            </w:r>
          </w:p>
        </w:tc>
        <w:tc>
          <w:tcPr>
            <w:tcW w:w="864" w:type="dxa"/>
            <w:vAlign w:val="center"/>
          </w:tcPr>
          <w:p w14:paraId="59E22D59" w14:textId="77777777" w:rsidR="00123BD3" w:rsidRDefault="00000000">
            <w:pPr>
              <w:jc w:val="center"/>
            </w:pPr>
            <w:r>
              <w:rPr>
                <w:b/>
              </w:rPr>
              <w:t>Hayır</w:t>
            </w:r>
          </w:p>
        </w:tc>
      </w:tr>
      <w:tr w:rsidR="00741CCC" w14:paraId="6048EF0C" w14:textId="77777777" w:rsidTr="00D00C18">
        <w:trPr>
          <w:jc w:val="center"/>
        </w:trPr>
        <w:tc>
          <w:tcPr>
            <w:tcW w:w="810" w:type="dxa"/>
            <w:vAlign w:val="center"/>
          </w:tcPr>
          <w:p w14:paraId="780F2872" w14:textId="77777777" w:rsidR="00741CCC" w:rsidRDefault="00741CCC" w:rsidP="00741CCC">
            <w:pPr>
              <w:jc w:val="center"/>
            </w:pPr>
            <w:r>
              <w:t>1</w:t>
            </w:r>
          </w:p>
        </w:tc>
        <w:tc>
          <w:tcPr>
            <w:tcW w:w="6608" w:type="dxa"/>
          </w:tcPr>
          <w:p w14:paraId="788F972B" w14:textId="665B7457" w:rsidR="00741CCC" w:rsidRDefault="00741CCC" w:rsidP="00741CCC">
            <w:r>
              <w:rPr>
                <w:rFonts w:ascii="Cambria" w:hAnsi="Cambria" w:cs="Segoe UI"/>
                <w:color w:val="000000"/>
              </w:rPr>
              <w:t>Harcama Talimatı/Onay Belgesi mevcut, hukuki dayanağı, gerekçesi, gerçekleştirme usulü ve bütçe tertibi harcamaya uygun mu?</w:t>
            </w:r>
          </w:p>
        </w:tc>
        <w:sdt>
          <w:sdtPr>
            <w:rPr>
              <w:sz w:val="18"/>
              <w:szCs w:val="18"/>
            </w:rPr>
            <w:id w:val="-1177335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37A75345" w14:textId="7C85D55A" w:rsidR="00741CCC" w:rsidRDefault="00741CCC" w:rsidP="00741CCC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643316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29324147" w14:textId="0A046D4C" w:rsidR="00741CCC" w:rsidRDefault="00741CCC" w:rsidP="00741CCC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764885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07FF1803" w14:textId="7C3E2160" w:rsidR="00741CCC" w:rsidRDefault="00741CCC" w:rsidP="00741CCC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741CCC" w14:paraId="3AF0B689" w14:textId="77777777" w:rsidTr="009E32B9">
        <w:trPr>
          <w:jc w:val="center"/>
        </w:trPr>
        <w:tc>
          <w:tcPr>
            <w:tcW w:w="810" w:type="dxa"/>
            <w:vAlign w:val="center"/>
          </w:tcPr>
          <w:p w14:paraId="690795E5" w14:textId="77777777" w:rsidR="00741CCC" w:rsidRDefault="00741CCC" w:rsidP="00741CCC">
            <w:pPr>
              <w:jc w:val="center"/>
            </w:pPr>
            <w:r>
              <w:t>2</w:t>
            </w:r>
          </w:p>
        </w:tc>
        <w:tc>
          <w:tcPr>
            <w:tcW w:w="6608" w:type="dxa"/>
          </w:tcPr>
          <w:p w14:paraId="630E59AA" w14:textId="0720788D" w:rsidR="00741CCC" w:rsidRDefault="00741CCC" w:rsidP="00741CCC">
            <w:r>
              <w:rPr>
                <w:rFonts w:ascii="Cambria" w:hAnsi="Cambria" w:cs="Segoe UI"/>
                <w:color w:val="000000"/>
              </w:rPr>
              <w:t>Ön ödeme kredi şeklinde yapılacaksa alım Tebliğ kapsamındaki kurumlardan mı yapılmış,  mal/malzeme listesi, e-Satış Müşteri Sepet Listesi ve (gerekiyorsa) Tasarruf Tedbirleri kapsamında üst yönetici onayı mevcut mu?</w:t>
            </w:r>
          </w:p>
        </w:tc>
        <w:sdt>
          <w:sdtPr>
            <w:rPr>
              <w:sz w:val="18"/>
              <w:szCs w:val="18"/>
            </w:rPr>
            <w:id w:val="-1279245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3892C90B" w14:textId="34380EA2" w:rsidR="00741CCC" w:rsidRDefault="00741CCC" w:rsidP="00741CCC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010680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72376F41" w14:textId="4B7E3B59" w:rsidR="00741CCC" w:rsidRDefault="00741CCC" w:rsidP="00741CCC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902215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53B3FCA9" w14:textId="53930A75" w:rsidR="00741CCC" w:rsidRDefault="00741CCC" w:rsidP="00741CCC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741CCC" w14:paraId="4116D98B" w14:textId="77777777" w:rsidTr="009E32B9">
        <w:trPr>
          <w:jc w:val="center"/>
        </w:trPr>
        <w:tc>
          <w:tcPr>
            <w:tcW w:w="810" w:type="dxa"/>
            <w:vAlign w:val="center"/>
          </w:tcPr>
          <w:p w14:paraId="3F978920" w14:textId="77777777" w:rsidR="00741CCC" w:rsidRDefault="00741CCC" w:rsidP="00741CCC">
            <w:pPr>
              <w:jc w:val="center"/>
            </w:pPr>
            <w:r>
              <w:t>3</w:t>
            </w:r>
          </w:p>
        </w:tc>
        <w:tc>
          <w:tcPr>
            <w:tcW w:w="6608" w:type="dxa"/>
          </w:tcPr>
          <w:p w14:paraId="337464EC" w14:textId="04B8BBC1" w:rsidR="00741CCC" w:rsidRDefault="00741CCC" w:rsidP="00741CCC">
            <w:proofErr w:type="spellStart"/>
            <w:r>
              <w:rPr>
                <w:rFonts w:ascii="Cambria" w:hAnsi="Cambria" w:cs="Segoe UI"/>
                <w:color w:val="000000"/>
              </w:rPr>
              <w:t>Ön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ödeme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mutemete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yapılacaksa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mutemet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görevlendirilmesi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mevcut mu? </w:t>
            </w:r>
            <w:proofErr w:type="spellStart"/>
            <w:r>
              <w:rPr>
                <w:rFonts w:ascii="Cambria" w:hAnsi="Cambria" w:cs="Segoe UI"/>
                <w:color w:val="000000"/>
              </w:rPr>
              <w:t>Mutemet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ile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ilgili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Ziraat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bankası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avans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hesabı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</w:t>
            </w:r>
            <w:proofErr w:type="spellStart"/>
            <w:r>
              <w:rPr>
                <w:rFonts w:ascii="Cambria" w:hAnsi="Cambria" w:cs="Segoe UI"/>
                <w:color w:val="000000"/>
              </w:rPr>
              <w:t>mevcut</w:t>
            </w:r>
            <w:proofErr w:type="spellEnd"/>
            <w:r>
              <w:rPr>
                <w:rFonts w:ascii="Cambria" w:hAnsi="Cambria" w:cs="Segoe UI"/>
                <w:color w:val="000000"/>
              </w:rPr>
              <w:t xml:space="preserve"> mu?</w:t>
            </w:r>
          </w:p>
        </w:tc>
        <w:sdt>
          <w:sdtPr>
            <w:rPr>
              <w:sz w:val="18"/>
              <w:szCs w:val="18"/>
            </w:rPr>
            <w:id w:val="920997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1350727A" w14:textId="7EF11225" w:rsidR="00741CCC" w:rsidRDefault="00741CCC" w:rsidP="00741CCC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974290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10446367" w14:textId="0452A07E" w:rsidR="00741CCC" w:rsidRDefault="00741CCC" w:rsidP="00741CCC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7539752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2AA618EC" w14:textId="0391D12C" w:rsidR="00741CCC" w:rsidRDefault="00741CCC" w:rsidP="00741CCC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741CCC" w14:paraId="6B423030" w14:textId="77777777" w:rsidTr="009E32B9">
        <w:trPr>
          <w:trHeight w:val="424"/>
          <w:jc w:val="center"/>
        </w:trPr>
        <w:tc>
          <w:tcPr>
            <w:tcW w:w="810" w:type="dxa"/>
            <w:vAlign w:val="center"/>
          </w:tcPr>
          <w:p w14:paraId="24A49219" w14:textId="77777777" w:rsidR="00741CCC" w:rsidRDefault="00741CCC" w:rsidP="00741CCC">
            <w:pPr>
              <w:jc w:val="center"/>
            </w:pPr>
            <w:r>
              <w:t>4</w:t>
            </w:r>
          </w:p>
        </w:tc>
        <w:tc>
          <w:tcPr>
            <w:tcW w:w="6608" w:type="dxa"/>
          </w:tcPr>
          <w:p w14:paraId="58859270" w14:textId="3107A7C5" w:rsidR="00741CCC" w:rsidRDefault="00741CCC" w:rsidP="00741CCC">
            <w:r>
              <w:t xml:space="preserve">DMO dan </w:t>
            </w:r>
            <w:proofErr w:type="spellStart"/>
            <w:r>
              <w:t>yapılacak</w:t>
            </w:r>
            <w:proofErr w:type="spellEnd"/>
            <w:r>
              <w:t xml:space="preserve"> </w:t>
            </w:r>
            <w:proofErr w:type="spellStart"/>
            <w:r>
              <w:t>alımlarda</w:t>
            </w:r>
            <w:proofErr w:type="spellEnd"/>
            <w:r>
              <w:t xml:space="preserve"> HYS </w:t>
            </w:r>
            <w:proofErr w:type="spellStart"/>
            <w:r>
              <w:t>Tedarik</w:t>
            </w:r>
            <w:proofErr w:type="spellEnd"/>
            <w:r>
              <w:t xml:space="preserve"> </w:t>
            </w:r>
            <w:proofErr w:type="spellStart"/>
            <w:r>
              <w:t>Yönetim</w:t>
            </w:r>
            <w:proofErr w:type="spellEnd"/>
            <w:r>
              <w:t xml:space="preserve"> </w:t>
            </w:r>
            <w:proofErr w:type="spellStart"/>
            <w:r>
              <w:t>Sistemi</w:t>
            </w:r>
            <w:proofErr w:type="spellEnd"/>
            <w:r>
              <w:t xml:space="preserve"> </w:t>
            </w:r>
            <w:proofErr w:type="spellStart"/>
            <w:r>
              <w:t>kullanılmış</w:t>
            </w:r>
            <w:proofErr w:type="spellEnd"/>
            <w:r>
              <w:t xml:space="preserve"> mı? </w:t>
            </w:r>
          </w:p>
        </w:tc>
        <w:sdt>
          <w:sdtPr>
            <w:rPr>
              <w:sz w:val="18"/>
              <w:szCs w:val="18"/>
            </w:rPr>
            <w:id w:val="16786172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174FA5DC" w14:textId="594DE580" w:rsidR="00741CCC" w:rsidRDefault="00741CCC" w:rsidP="00741CCC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647320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659AB439" w14:textId="01BBDF3E" w:rsidR="00741CCC" w:rsidRDefault="00741CCC" w:rsidP="00741CCC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3553077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7B00DD99" w14:textId="0489B412" w:rsidR="00741CCC" w:rsidRDefault="00741CCC" w:rsidP="00741CCC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741CCC" w14:paraId="141FBE90" w14:textId="77777777" w:rsidTr="009E32B9">
        <w:trPr>
          <w:trHeight w:val="417"/>
          <w:jc w:val="center"/>
        </w:trPr>
        <w:tc>
          <w:tcPr>
            <w:tcW w:w="810" w:type="dxa"/>
            <w:vAlign w:val="center"/>
          </w:tcPr>
          <w:p w14:paraId="653F9A25" w14:textId="77777777" w:rsidR="00741CCC" w:rsidRDefault="00741CCC" w:rsidP="00741CCC">
            <w:pPr>
              <w:jc w:val="center"/>
            </w:pPr>
            <w:r>
              <w:t>5</w:t>
            </w:r>
          </w:p>
        </w:tc>
        <w:tc>
          <w:tcPr>
            <w:tcW w:w="6608" w:type="dxa"/>
          </w:tcPr>
          <w:p w14:paraId="54096F42" w14:textId="2EC91730" w:rsidR="00741CCC" w:rsidRDefault="00741CCC" w:rsidP="00741CCC">
            <w:r>
              <w:rPr>
                <w:rFonts w:ascii="Cambria" w:hAnsi="Cambria" w:cs="Segoe UI"/>
                <w:color w:val="000000"/>
              </w:rPr>
              <w:t>Ödeme Emri Belgesinde damga vergisi ve damga vergisi detay kodu doğru uygulanmış, bütçe tertibi doğru seçilmiş mi?</w:t>
            </w:r>
          </w:p>
        </w:tc>
        <w:sdt>
          <w:sdtPr>
            <w:rPr>
              <w:sz w:val="18"/>
              <w:szCs w:val="18"/>
            </w:rPr>
            <w:id w:val="-2119743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08FE0D73" w14:textId="1B460262" w:rsidR="00741CCC" w:rsidRDefault="00741CCC" w:rsidP="00741CCC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947965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1556996C" w14:textId="293E3ED1" w:rsidR="00741CCC" w:rsidRDefault="00741CCC" w:rsidP="00741CCC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0443358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364870E4" w14:textId="5306D05B" w:rsidR="00741CCC" w:rsidRDefault="00741CCC" w:rsidP="00741CCC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741CCC" w14:paraId="7D40B154" w14:textId="77777777" w:rsidTr="009E32B9">
        <w:trPr>
          <w:jc w:val="center"/>
        </w:trPr>
        <w:tc>
          <w:tcPr>
            <w:tcW w:w="810" w:type="dxa"/>
            <w:vAlign w:val="center"/>
          </w:tcPr>
          <w:p w14:paraId="20DE44B9" w14:textId="77777777" w:rsidR="00741CCC" w:rsidRDefault="00741CCC" w:rsidP="00741CCC">
            <w:pPr>
              <w:jc w:val="center"/>
            </w:pPr>
            <w:r>
              <w:t>6</w:t>
            </w:r>
          </w:p>
        </w:tc>
        <w:tc>
          <w:tcPr>
            <w:tcW w:w="6608" w:type="dxa"/>
          </w:tcPr>
          <w:p w14:paraId="09FF3FB5" w14:textId="738B52DE" w:rsidR="00741CCC" w:rsidRDefault="00741CCC" w:rsidP="00741CCC">
            <w:r>
              <w:rPr>
                <w:rFonts w:ascii="Cambria" w:hAnsi="Cambria" w:cs="Segoe UI"/>
                <w:color w:val="000000"/>
              </w:rPr>
              <w:t>Avans tutarı yıllık belirlenen parasal sınır ve oranlara uygun mu?</w:t>
            </w:r>
          </w:p>
        </w:tc>
        <w:sdt>
          <w:sdtPr>
            <w:rPr>
              <w:sz w:val="18"/>
              <w:szCs w:val="18"/>
            </w:rPr>
            <w:id w:val="-1861729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203BB5B5" w14:textId="77765F18" w:rsidR="00741CCC" w:rsidRDefault="00741CCC" w:rsidP="00741CCC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319727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2DB6A803" w14:textId="61AE9E6B" w:rsidR="00741CCC" w:rsidRDefault="00741CCC" w:rsidP="00741CCC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2100366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53584AF6" w14:textId="78D0FBF6" w:rsidR="00741CCC" w:rsidRDefault="00741CCC" w:rsidP="00741CCC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741CCC" w14:paraId="64CC9416" w14:textId="77777777" w:rsidTr="009E32B9">
        <w:trPr>
          <w:jc w:val="center"/>
        </w:trPr>
        <w:tc>
          <w:tcPr>
            <w:tcW w:w="810" w:type="dxa"/>
            <w:vAlign w:val="center"/>
          </w:tcPr>
          <w:p w14:paraId="35DFEE49" w14:textId="77777777" w:rsidR="00741CCC" w:rsidRDefault="00741CCC" w:rsidP="00741CCC">
            <w:pPr>
              <w:jc w:val="center"/>
            </w:pPr>
            <w:r>
              <w:t>7</w:t>
            </w:r>
          </w:p>
        </w:tc>
        <w:tc>
          <w:tcPr>
            <w:tcW w:w="6608" w:type="dxa"/>
          </w:tcPr>
          <w:p w14:paraId="6AC52947" w14:textId="42F704F6" w:rsidR="00741CCC" w:rsidRDefault="00741CCC" w:rsidP="00741CCC">
            <w:r>
              <w:rPr>
                <w:rFonts w:ascii="Cambria" w:hAnsi="Cambria" w:cs="Segoe UI"/>
                <w:color w:val="000000"/>
              </w:rPr>
              <w:t>Alınacak mal veya hizmet Tasarruf Tedbirleri Genelgesi ile uyumlu mu?</w:t>
            </w:r>
          </w:p>
        </w:tc>
        <w:sdt>
          <w:sdtPr>
            <w:rPr>
              <w:sz w:val="18"/>
              <w:szCs w:val="18"/>
            </w:rPr>
            <w:id w:val="-1715190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28CD82EE" w14:textId="2B8F4A35" w:rsidR="00741CCC" w:rsidRDefault="00741CCC" w:rsidP="00741CCC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827857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6F249AEE" w14:textId="07A23D63" w:rsidR="00741CCC" w:rsidRDefault="00741CCC" w:rsidP="00741CCC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570029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6A589EAF" w14:textId="2F20618A" w:rsidR="00741CCC" w:rsidRDefault="00741CCC" w:rsidP="00741CCC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741CCC" w14:paraId="5B5E3A95" w14:textId="77777777" w:rsidTr="009E32B9">
        <w:trPr>
          <w:jc w:val="center"/>
        </w:trPr>
        <w:tc>
          <w:tcPr>
            <w:tcW w:w="810" w:type="dxa"/>
            <w:vAlign w:val="center"/>
          </w:tcPr>
          <w:p w14:paraId="1759FB24" w14:textId="77777777" w:rsidR="00741CCC" w:rsidRDefault="00741CCC" w:rsidP="00741CCC">
            <w:pPr>
              <w:jc w:val="center"/>
            </w:pPr>
            <w:r>
              <w:t>8</w:t>
            </w:r>
          </w:p>
        </w:tc>
        <w:tc>
          <w:tcPr>
            <w:tcW w:w="6608" w:type="dxa"/>
          </w:tcPr>
          <w:p w14:paraId="7204642C" w14:textId="19862404" w:rsidR="00741CCC" w:rsidRDefault="00741CCC" w:rsidP="00741CCC">
            <w:r>
              <w:rPr>
                <w:rFonts w:ascii="Cambria" w:hAnsi="Cambria" w:cs="Segoe UI"/>
                <w:color w:val="000000"/>
              </w:rPr>
              <w:t>Ödeme Emri Belgesindeki imzalar yetki çizelgesine uygun mu? Yetki devri yapılmışsa buna ilişkin belgeler eklenmiş mi</w:t>
            </w:r>
          </w:p>
        </w:tc>
        <w:sdt>
          <w:sdtPr>
            <w:rPr>
              <w:sz w:val="18"/>
              <w:szCs w:val="18"/>
            </w:rPr>
            <w:id w:val="1861318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2D83F2DB" w14:textId="75593CDE" w:rsidR="00741CCC" w:rsidRDefault="00741CCC" w:rsidP="00741CCC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0158011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3A08939A" w14:textId="7CC3D070" w:rsidR="00741CCC" w:rsidRDefault="00741CCC" w:rsidP="00741CCC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660117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76133ED4" w14:textId="2939A5CC" w:rsidR="00741CCC" w:rsidRDefault="00741CCC" w:rsidP="00741CCC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741CCC" w14:paraId="75AB4112" w14:textId="77777777" w:rsidTr="009E32B9">
        <w:trPr>
          <w:trHeight w:val="480"/>
          <w:jc w:val="center"/>
        </w:trPr>
        <w:tc>
          <w:tcPr>
            <w:tcW w:w="810" w:type="dxa"/>
            <w:vAlign w:val="center"/>
          </w:tcPr>
          <w:p w14:paraId="48FA51CD" w14:textId="77777777" w:rsidR="00741CCC" w:rsidRDefault="00741CCC" w:rsidP="00741CCC">
            <w:pPr>
              <w:jc w:val="center"/>
            </w:pPr>
            <w:r>
              <w:t>9</w:t>
            </w:r>
          </w:p>
        </w:tc>
        <w:tc>
          <w:tcPr>
            <w:tcW w:w="6608" w:type="dxa"/>
          </w:tcPr>
          <w:p w14:paraId="4620FFFC" w14:textId="765ABCD1" w:rsidR="00741CCC" w:rsidRDefault="00741CCC" w:rsidP="00741CCC"/>
        </w:tc>
        <w:sdt>
          <w:sdtPr>
            <w:rPr>
              <w:sz w:val="18"/>
              <w:szCs w:val="18"/>
            </w:rPr>
            <w:id w:val="-461736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68" w:type="dxa"/>
                <w:vAlign w:val="center"/>
              </w:tcPr>
              <w:p w14:paraId="7B095091" w14:textId="3260E602" w:rsidR="00741CCC" w:rsidRDefault="00741CCC" w:rsidP="00741CCC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6055387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0" w:type="dxa"/>
                <w:vAlign w:val="center"/>
              </w:tcPr>
              <w:p w14:paraId="2F64CBB4" w14:textId="583A4F3E" w:rsidR="00741CCC" w:rsidRDefault="00741CCC" w:rsidP="00741CCC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13759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vAlign w:val="center"/>
              </w:tcPr>
              <w:p w14:paraId="48E78A23" w14:textId="1560DBAF" w:rsidR="00741CCC" w:rsidRDefault="00741CCC" w:rsidP="00741CCC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</w:tbl>
    <w:p w14:paraId="6FCA9316" w14:textId="77777777" w:rsidR="0049466B" w:rsidRDefault="00000000" w:rsidP="0049466B">
      <w:pPr>
        <w:jc w:val="both"/>
        <w:rPr>
          <w:rFonts w:ascii="Times New Roman" w:hAnsi="Times New Roman"/>
          <w:i/>
          <w:iCs/>
          <w:color w:val="000000"/>
          <w:sz w:val="24"/>
          <w:lang w:val="tr-TR" w:eastAsia="tr-TR"/>
        </w:rPr>
      </w:pPr>
      <w:r>
        <w:br/>
      </w:r>
      <w:r w:rsidR="0049466B">
        <w:rPr>
          <w:rFonts w:ascii="Times New Roman" w:hAnsi="Times New Roman"/>
          <w:i/>
          <w:iCs/>
          <w:color w:val="000000"/>
          <w:sz w:val="24"/>
          <w:lang w:val="tr-TR" w:eastAsia="tr-TR"/>
        </w:rPr>
        <w:t>Kamu Ön Malî Kontrol Yönetmeliği’nin 6’ncı maddesi kapsamında; ödeme emri belgesi ve eki belgeler bütçe ilke ve esasları, ilgili mevzuat ve kamu iç kontrol standartları yönünden kontrol edilmiş olup uygun görülmüştür.</w:t>
      </w:r>
    </w:p>
    <w:p w14:paraId="15E3E923" w14:textId="77777777" w:rsidR="00D07467" w:rsidRDefault="00000000" w:rsidP="00D07467">
      <w:pPr>
        <w:ind w:left="3600"/>
        <w:rPr>
          <w:b/>
          <w:bCs/>
        </w:rPr>
      </w:pPr>
      <w:r w:rsidRPr="0049466B">
        <w:rPr>
          <w:b/>
          <w:bCs/>
        </w:rPr>
        <w:t>Gerçekleştirme Görevlisi</w:t>
      </w:r>
    </w:p>
    <w:p w14:paraId="4F1B3897" w14:textId="77777777" w:rsidR="00D07467" w:rsidRDefault="00D07467" w:rsidP="00D07467">
      <w:pPr>
        <w:ind w:left="3600"/>
      </w:pPr>
      <w:r>
        <w:t xml:space="preserve">                   …/…/20..</w:t>
      </w:r>
    </w:p>
    <w:p w14:paraId="1CB787FB" w14:textId="6256DCE2" w:rsidR="00123BD3" w:rsidRDefault="00000000" w:rsidP="00D07467">
      <w:pPr>
        <w:ind w:left="3600"/>
      </w:pPr>
      <w:r>
        <w:t>Adı Soyadı</w:t>
      </w:r>
      <w:r w:rsidR="00D07467">
        <w:tab/>
      </w:r>
      <w:r>
        <w:t>:</w:t>
      </w:r>
      <w:r>
        <w:br/>
        <w:t xml:space="preserve">Unvanı: </w:t>
      </w:r>
      <w:r w:rsidR="00D07467">
        <w:tab/>
        <w:t>:</w:t>
      </w:r>
      <w:r>
        <w:br/>
        <w:t>İmza</w:t>
      </w:r>
      <w:r w:rsidR="00D07467">
        <w:tab/>
      </w:r>
      <w:r w:rsidR="00D07467">
        <w:tab/>
      </w:r>
      <w:r>
        <w:t>:</w:t>
      </w:r>
    </w:p>
    <w:sectPr w:rsidR="00123BD3" w:rsidSect="006F7EC7">
      <w:headerReference w:type="default" r:id="rId8"/>
      <w:footerReference w:type="default" r:id="rId9"/>
      <w:pgSz w:w="12240" w:h="15840"/>
      <w:pgMar w:top="1440" w:right="850" w:bottom="1440" w:left="850" w:header="720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48B89" w14:textId="77777777" w:rsidR="00D443E0" w:rsidRDefault="00D443E0" w:rsidP="006F7EC7">
      <w:pPr>
        <w:spacing w:after="0" w:line="240" w:lineRule="auto"/>
      </w:pPr>
      <w:r>
        <w:separator/>
      </w:r>
    </w:p>
  </w:endnote>
  <w:endnote w:type="continuationSeparator" w:id="0">
    <w:p w14:paraId="7BB3F08C" w14:textId="77777777" w:rsidR="00D443E0" w:rsidRDefault="00D443E0" w:rsidP="006F7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0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A0" w:firstRow="1" w:lastRow="0" w:firstColumn="1" w:lastColumn="0" w:noHBand="0" w:noVBand="0"/>
    </w:tblPr>
    <w:tblGrid>
      <w:gridCol w:w="3808"/>
      <w:gridCol w:w="3497"/>
      <w:gridCol w:w="3497"/>
    </w:tblGrid>
    <w:tr w:rsidR="006F7EC7" w:rsidRPr="007A5A35" w14:paraId="01E69459" w14:textId="77777777" w:rsidTr="004D74F2">
      <w:trPr>
        <w:trHeight w:val="340"/>
        <w:jc w:val="center"/>
      </w:trPr>
      <w:tc>
        <w:tcPr>
          <w:tcW w:w="380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694C7D3" w14:textId="77777777" w:rsidR="006F7EC7" w:rsidRPr="007A5A35" w:rsidRDefault="006F7EC7" w:rsidP="006F7EC7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bookmarkStart w:id="0" w:name="_Hlk85100968"/>
          <w:bookmarkStart w:id="1" w:name="_Hlk89957417"/>
          <w:bookmarkStart w:id="2" w:name="_Hlk89957418"/>
          <w:bookmarkStart w:id="3" w:name="_Hlk89957419"/>
          <w:bookmarkStart w:id="4" w:name="_Hlk89957420"/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Hazırlayan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4C2B4BB" w14:textId="77777777" w:rsidR="006F7EC7" w:rsidRPr="007A5A35" w:rsidRDefault="006F7EC7" w:rsidP="006F7EC7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Sistem Onayı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C9C43ED" w14:textId="77777777" w:rsidR="006F7EC7" w:rsidRPr="007A5A35" w:rsidRDefault="006F7EC7" w:rsidP="006F7EC7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Yürürlük Onayı</w:t>
          </w:r>
        </w:p>
      </w:tc>
    </w:tr>
    <w:tr w:rsidR="006F7EC7" w:rsidRPr="007A5A35" w14:paraId="569EBD8E" w14:textId="77777777" w:rsidTr="004D74F2">
      <w:trPr>
        <w:trHeight w:val="340"/>
        <w:jc w:val="center"/>
      </w:trPr>
      <w:tc>
        <w:tcPr>
          <w:tcW w:w="380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5D5C51F" w14:textId="77777777" w:rsidR="006F7EC7" w:rsidRPr="007A5A35" w:rsidRDefault="006F7EC7" w:rsidP="006F7EC7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Bölüm Kalite Sorumlusu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4F7DEDF" w14:textId="77777777" w:rsidR="006F7EC7" w:rsidRPr="007A5A35" w:rsidRDefault="006F7EC7" w:rsidP="006F7EC7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Kalite Koordinatörü</w:t>
          </w:r>
        </w:p>
      </w:tc>
      <w:tc>
        <w:tcPr>
          <w:tcW w:w="349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42E1313" w14:textId="77777777" w:rsidR="006F7EC7" w:rsidRPr="007A5A35" w:rsidRDefault="006F7EC7" w:rsidP="006F7EC7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Üst Yönetici</w:t>
          </w:r>
        </w:p>
      </w:tc>
    </w:tr>
    <w:bookmarkEnd w:id="0"/>
    <w:bookmarkEnd w:id="1"/>
    <w:bookmarkEnd w:id="2"/>
    <w:bookmarkEnd w:id="3"/>
    <w:bookmarkEnd w:id="4"/>
  </w:tbl>
  <w:p w14:paraId="1D0A93FA" w14:textId="299A7C06" w:rsidR="006F7EC7" w:rsidRDefault="006F7EC7">
    <w:pPr>
      <w:pStyle w:val="AltBilgi"/>
    </w:pPr>
  </w:p>
  <w:p w14:paraId="228656ED" w14:textId="77777777" w:rsidR="006F7EC7" w:rsidRDefault="006F7EC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77006" w14:textId="77777777" w:rsidR="00D443E0" w:rsidRDefault="00D443E0" w:rsidP="006F7EC7">
      <w:pPr>
        <w:spacing w:after="0" w:line="240" w:lineRule="auto"/>
      </w:pPr>
      <w:r>
        <w:separator/>
      </w:r>
    </w:p>
  </w:footnote>
  <w:footnote w:type="continuationSeparator" w:id="0">
    <w:p w14:paraId="3C170550" w14:textId="77777777" w:rsidR="00D443E0" w:rsidRDefault="00D443E0" w:rsidP="006F7E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673"/>
      <w:gridCol w:w="5179"/>
      <w:gridCol w:w="2101"/>
      <w:gridCol w:w="1469"/>
    </w:tblGrid>
    <w:tr w:rsidR="006F7EC7" w:rsidRPr="007A5A35" w14:paraId="03F6AF67" w14:textId="77777777" w:rsidTr="004D74F2">
      <w:trPr>
        <w:trHeight w:val="261"/>
      </w:trPr>
      <w:tc>
        <w:tcPr>
          <w:tcW w:w="1676" w:type="dxa"/>
          <w:vMerge w:val="restart"/>
          <w:vAlign w:val="center"/>
        </w:tcPr>
        <w:p w14:paraId="28DC91DC" w14:textId="77777777" w:rsidR="006F7EC7" w:rsidRPr="007A5A35" w:rsidRDefault="006F7EC7" w:rsidP="006F7EC7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  <w:r w:rsidRPr="007A5A35">
            <w:rPr>
              <w:rFonts w:ascii="Arial" w:eastAsia="Calibri" w:hAnsi="Arial" w:cs="Arial"/>
              <w:noProof/>
              <w:szCs w:val="20"/>
              <w:lang w:val="tr-TR" w:eastAsia="tr-TR"/>
            </w:rPr>
            <w:drawing>
              <wp:inline distT="0" distB="0" distL="0" distR="0" wp14:anchorId="3A24A7F5" wp14:editId="2B4C406A">
                <wp:extent cx="838200" cy="838200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70" w:type="dxa"/>
          <w:vMerge w:val="restart"/>
          <w:vAlign w:val="center"/>
        </w:tcPr>
        <w:p w14:paraId="30D473AC" w14:textId="49131A95" w:rsidR="006F7EC7" w:rsidRPr="006F7EC7" w:rsidRDefault="006F7EC7" w:rsidP="006F7EC7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bCs/>
              <w:sz w:val="24"/>
              <w:szCs w:val="24"/>
              <w:lang w:val="tr-TR" w:eastAsia="tr-TR"/>
            </w:rPr>
          </w:pPr>
          <w:r w:rsidRPr="006F7EC7">
            <w:rPr>
              <w:rFonts w:ascii="Times New Roman" w:hAnsi="Times New Roman"/>
              <w:b/>
              <w:bCs/>
              <w:color w:val="000000"/>
              <w:sz w:val="24"/>
              <w:szCs w:val="24"/>
              <w:lang w:val="tr-TR" w:eastAsia="tr-TR"/>
            </w:rPr>
            <w:t xml:space="preserve">İŞ, KREDİ VE MUTEMET AVANSI ÖN ÖDEMESİNE </w:t>
          </w:r>
          <w:r w:rsidRPr="006F7EC7">
            <w:rPr>
              <w:rFonts w:ascii="Times New Roman" w:hAnsi="Times New Roman" w:cs="Times New Roman"/>
              <w:b/>
              <w:bCs/>
              <w:color w:val="000000"/>
              <w:sz w:val="24"/>
              <w:szCs w:val="24"/>
              <w:lang w:val="tr-TR" w:eastAsia="tr-TR"/>
            </w:rPr>
            <w:t>İLİŞKİN ÖN MALİ KONTROL LİSTE FORMU</w:t>
          </w:r>
        </w:p>
      </w:tc>
      <w:tc>
        <w:tcPr>
          <w:tcW w:w="2126" w:type="dxa"/>
          <w:vAlign w:val="center"/>
        </w:tcPr>
        <w:p w14:paraId="616663A6" w14:textId="77777777" w:rsidR="006F7EC7" w:rsidRPr="007A5A35" w:rsidRDefault="006F7EC7" w:rsidP="006F7EC7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Doküman No</w:t>
          </w:r>
        </w:p>
      </w:tc>
      <w:tc>
        <w:tcPr>
          <w:tcW w:w="1474" w:type="dxa"/>
          <w:vAlign w:val="center"/>
        </w:tcPr>
        <w:p w14:paraId="3009D32A" w14:textId="433B71D3" w:rsidR="006F7EC7" w:rsidRPr="007A5A35" w:rsidRDefault="006F7EC7" w:rsidP="006F7EC7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FR.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67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8</w:t>
          </w:r>
        </w:p>
      </w:tc>
    </w:tr>
    <w:tr w:rsidR="006F7EC7" w:rsidRPr="007A5A35" w14:paraId="07BC0ADB" w14:textId="77777777" w:rsidTr="004D74F2">
      <w:trPr>
        <w:trHeight w:val="261"/>
      </w:trPr>
      <w:tc>
        <w:tcPr>
          <w:tcW w:w="1676" w:type="dxa"/>
          <w:vMerge/>
          <w:vAlign w:val="center"/>
        </w:tcPr>
        <w:p w14:paraId="29B3BE4A" w14:textId="77777777" w:rsidR="006F7EC7" w:rsidRPr="007A5A35" w:rsidRDefault="006F7EC7" w:rsidP="006F7EC7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6F97D560" w14:textId="77777777" w:rsidR="006F7EC7" w:rsidRPr="007A5A35" w:rsidRDefault="006F7EC7" w:rsidP="006F7EC7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2EE1C26E" w14:textId="77777777" w:rsidR="006F7EC7" w:rsidRPr="007A5A35" w:rsidRDefault="006F7EC7" w:rsidP="006F7EC7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İlk Yayın Tarihi</w:t>
          </w:r>
        </w:p>
      </w:tc>
      <w:tc>
        <w:tcPr>
          <w:tcW w:w="1474" w:type="dxa"/>
          <w:vAlign w:val="center"/>
        </w:tcPr>
        <w:p w14:paraId="25ECC7DC" w14:textId="77777777" w:rsidR="006F7EC7" w:rsidRPr="007A5A35" w:rsidRDefault="006F7EC7" w:rsidP="006F7EC7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0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3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.0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8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.202</w:t>
          </w: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6</w:t>
          </w:r>
        </w:p>
      </w:tc>
    </w:tr>
    <w:tr w:rsidR="006F7EC7" w:rsidRPr="007A5A35" w14:paraId="23B352E5" w14:textId="77777777" w:rsidTr="004D74F2">
      <w:trPr>
        <w:trHeight w:val="261"/>
      </w:trPr>
      <w:tc>
        <w:tcPr>
          <w:tcW w:w="1676" w:type="dxa"/>
          <w:vMerge/>
          <w:vAlign w:val="center"/>
        </w:tcPr>
        <w:p w14:paraId="53F9356B" w14:textId="77777777" w:rsidR="006F7EC7" w:rsidRPr="007A5A35" w:rsidRDefault="006F7EC7" w:rsidP="006F7EC7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1A833D1D" w14:textId="77777777" w:rsidR="006F7EC7" w:rsidRPr="007A5A35" w:rsidRDefault="006F7EC7" w:rsidP="006F7EC7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37CC42F3" w14:textId="77777777" w:rsidR="006F7EC7" w:rsidRPr="007A5A35" w:rsidRDefault="006F7EC7" w:rsidP="006F7EC7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Revizyon Tarihi</w:t>
          </w:r>
        </w:p>
      </w:tc>
      <w:tc>
        <w:tcPr>
          <w:tcW w:w="1474" w:type="dxa"/>
          <w:vAlign w:val="center"/>
        </w:tcPr>
        <w:p w14:paraId="32312DB5" w14:textId="77777777" w:rsidR="006F7EC7" w:rsidRPr="007A5A35" w:rsidRDefault="006F7EC7" w:rsidP="006F7EC7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-</w:t>
          </w:r>
        </w:p>
      </w:tc>
    </w:tr>
    <w:tr w:rsidR="006F7EC7" w:rsidRPr="007A5A35" w14:paraId="77F01759" w14:textId="77777777" w:rsidTr="004D74F2">
      <w:trPr>
        <w:trHeight w:val="261"/>
      </w:trPr>
      <w:tc>
        <w:tcPr>
          <w:tcW w:w="1676" w:type="dxa"/>
          <w:vMerge/>
          <w:vAlign w:val="center"/>
        </w:tcPr>
        <w:p w14:paraId="317FE260" w14:textId="77777777" w:rsidR="006F7EC7" w:rsidRPr="007A5A35" w:rsidRDefault="006F7EC7" w:rsidP="006F7EC7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121C45C9" w14:textId="77777777" w:rsidR="006F7EC7" w:rsidRPr="007A5A35" w:rsidRDefault="006F7EC7" w:rsidP="006F7EC7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61ADD961" w14:textId="77777777" w:rsidR="006F7EC7" w:rsidRPr="007A5A35" w:rsidRDefault="006F7EC7" w:rsidP="006F7EC7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Revizyon No</w:t>
          </w:r>
        </w:p>
      </w:tc>
      <w:tc>
        <w:tcPr>
          <w:tcW w:w="1474" w:type="dxa"/>
          <w:vAlign w:val="center"/>
        </w:tcPr>
        <w:p w14:paraId="65794244" w14:textId="77777777" w:rsidR="006F7EC7" w:rsidRPr="007A5A35" w:rsidRDefault="006F7EC7" w:rsidP="006F7EC7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0</w:t>
          </w:r>
        </w:p>
      </w:tc>
    </w:tr>
    <w:tr w:rsidR="006F7EC7" w:rsidRPr="007A5A35" w14:paraId="0AF02769" w14:textId="77777777" w:rsidTr="004D74F2">
      <w:trPr>
        <w:trHeight w:val="261"/>
      </w:trPr>
      <w:tc>
        <w:tcPr>
          <w:tcW w:w="1676" w:type="dxa"/>
          <w:vMerge/>
          <w:vAlign w:val="center"/>
        </w:tcPr>
        <w:p w14:paraId="50BC99B5" w14:textId="77777777" w:rsidR="006F7EC7" w:rsidRPr="007A5A35" w:rsidRDefault="006F7EC7" w:rsidP="006F7EC7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5270" w:type="dxa"/>
          <w:vMerge/>
          <w:vAlign w:val="center"/>
        </w:tcPr>
        <w:p w14:paraId="6E618FA4" w14:textId="77777777" w:rsidR="006F7EC7" w:rsidRPr="007A5A35" w:rsidRDefault="006F7EC7" w:rsidP="006F7EC7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Calibri" w:hAnsi="Arial" w:cs="Arial"/>
              <w:szCs w:val="20"/>
              <w:lang w:val="tr-TR" w:eastAsia="tr-TR"/>
            </w:rPr>
          </w:pPr>
        </w:p>
      </w:tc>
      <w:tc>
        <w:tcPr>
          <w:tcW w:w="2126" w:type="dxa"/>
          <w:vAlign w:val="center"/>
        </w:tcPr>
        <w:p w14:paraId="2FD06D15" w14:textId="77777777" w:rsidR="006F7EC7" w:rsidRPr="007A5A35" w:rsidRDefault="006F7EC7" w:rsidP="006F7EC7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t>Sayfa</w:t>
          </w:r>
        </w:p>
      </w:tc>
      <w:tc>
        <w:tcPr>
          <w:tcW w:w="1474" w:type="dxa"/>
          <w:vAlign w:val="center"/>
        </w:tcPr>
        <w:p w14:paraId="69F584AF" w14:textId="77777777" w:rsidR="006F7EC7" w:rsidRPr="007A5A35" w:rsidRDefault="006F7EC7" w:rsidP="006F7EC7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</w:pP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begin"/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instrText xml:space="preserve"> PAGE   \* MERGEFORMAT </w:instrTex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separate"/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t>1</w:t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fldChar w:fldCharType="end"/>
          </w:r>
          <w:r w:rsidRPr="007A5A35">
            <w:rPr>
              <w:rFonts w:ascii="Times New Roman" w:eastAsia="Calibri" w:hAnsi="Times New Roman" w:cs="Times New Roman"/>
              <w:b/>
              <w:sz w:val="24"/>
              <w:lang w:val="tr-TR" w:eastAsia="tr-TR"/>
            </w:rPr>
            <w:t>/</w:t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fldChar w:fldCharType="begin"/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instrText xml:space="preserve"> NUMPAGES   \* MERGEFORMAT </w:instrText>
          </w:r>
          <w:r w:rsidRPr="007A5A35">
            <w:rPr>
              <w:rFonts w:ascii="Times New Roman" w:eastAsia="Calibri" w:hAnsi="Times New Roman" w:cs="Times New Roman"/>
              <w:sz w:val="24"/>
              <w:lang w:val="tr-TR" w:eastAsia="tr-TR"/>
            </w:rPr>
            <w:fldChar w:fldCharType="separate"/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t>1</w:t>
          </w:r>
          <w:r w:rsidRPr="007A5A35">
            <w:rPr>
              <w:rFonts w:ascii="Times New Roman" w:eastAsia="Calibri" w:hAnsi="Times New Roman" w:cs="Times New Roman"/>
              <w:b/>
              <w:noProof/>
              <w:sz w:val="24"/>
              <w:lang w:val="tr-TR" w:eastAsia="tr-TR"/>
            </w:rPr>
            <w:fldChar w:fldCharType="end"/>
          </w:r>
        </w:p>
      </w:tc>
    </w:tr>
  </w:tbl>
  <w:p w14:paraId="26C596BE" w14:textId="09A8B962" w:rsidR="006F7EC7" w:rsidRDefault="006F7EC7">
    <w:pPr>
      <w:pStyle w:val="stBilgi"/>
    </w:pPr>
  </w:p>
  <w:p w14:paraId="0CC19B0A" w14:textId="77777777" w:rsidR="006F7EC7" w:rsidRDefault="006F7EC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54200028">
    <w:abstractNumId w:val="8"/>
  </w:num>
  <w:num w:numId="2" w16cid:durableId="723135967">
    <w:abstractNumId w:val="6"/>
  </w:num>
  <w:num w:numId="3" w16cid:durableId="1814758774">
    <w:abstractNumId w:val="5"/>
  </w:num>
  <w:num w:numId="4" w16cid:durableId="1241134221">
    <w:abstractNumId w:val="4"/>
  </w:num>
  <w:num w:numId="5" w16cid:durableId="965963797">
    <w:abstractNumId w:val="7"/>
  </w:num>
  <w:num w:numId="6" w16cid:durableId="2142383651">
    <w:abstractNumId w:val="3"/>
  </w:num>
  <w:num w:numId="7" w16cid:durableId="21052271">
    <w:abstractNumId w:val="2"/>
  </w:num>
  <w:num w:numId="8" w16cid:durableId="505708141">
    <w:abstractNumId w:val="1"/>
  </w:num>
  <w:num w:numId="9" w16cid:durableId="1369332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23BD3"/>
    <w:rsid w:val="0015074B"/>
    <w:rsid w:val="001567A3"/>
    <w:rsid w:val="001A668A"/>
    <w:rsid w:val="00214460"/>
    <w:rsid w:val="002377E3"/>
    <w:rsid w:val="0029639D"/>
    <w:rsid w:val="00326F90"/>
    <w:rsid w:val="00350BF0"/>
    <w:rsid w:val="003D678A"/>
    <w:rsid w:val="004710E6"/>
    <w:rsid w:val="0049466B"/>
    <w:rsid w:val="005B2152"/>
    <w:rsid w:val="006A3593"/>
    <w:rsid w:val="006C17B4"/>
    <w:rsid w:val="006F7EC7"/>
    <w:rsid w:val="0073159B"/>
    <w:rsid w:val="00741CCC"/>
    <w:rsid w:val="00780547"/>
    <w:rsid w:val="008831BD"/>
    <w:rsid w:val="00920C53"/>
    <w:rsid w:val="009A140A"/>
    <w:rsid w:val="00AA1D8D"/>
    <w:rsid w:val="00B47730"/>
    <w:rsid w:val="00B71931"/>
    <w:rsid w:val="00BB3AFE"/>
    <w:rsid w:val="00C6718A"/>
    <w:rsid w:val="00CB0664"/>
    <w:rsid w:val="00D00C18"/>
    <w:rsid w:val="00D07467"/>
    <w:rsid w:val="00D443E0"/>
    <w:rsid w:val="00DE3D0A"/>
    <w:rsid w:val="00EA4814"/>
    <w:rsid w:val="00EB2BB1"/>
    <w:rsid w:val="00F97EE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9EA2FE"/>
  <w14:defaultImageDpi w14:val="300"/>
  <w15:docId w15:val="{C2847196-2C28-4146-8CD9-2BCEA6838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tabs>
        <w:tab w:val="clear" w:pos="720"/>
        <w:tab w:val="num" w:pos="360"/>
      </w:tabs>
      <w:ind w:left="0" w:firstLine="0"/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ACER</cp:lastModifiedBy>
  <cp:revision>6</cp:revision>
  <dcterms:created xsi:type="dcterms:W3CDTF">2026-07-27T10:46:00Z</dcterms:created>
  <dcterms:modified xsi:type="dcterms:W3CDTF">2026-08-03T12:59:00Z</dcterms:modified>
  <cp:category/>
</cp:coreProperties>
</file>