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0" w:type="auto"/>
        <w:tblLook w:val="04A0" w:firstRow="1" w:lastRow="0" w:firstColumn="1" w:lastColumn="0" w:noHBand="0" w:noVBand="1"/>
      </w:tblPr>
      <w:tblGrid>
        <w:gridCol w:w="2092"/>
        <w:gridCol w:w="8438"/>
      </w:tblGrid>
      <w:tr w:rsidR="008C3143" w14:paraId="0B11984C" w14:textId="77777777" w:rsidTr="008C3143">
        <w:trPr>
          <w:trHeight w:val="424"/>
        </w:trPr>
        <w:tc>
          <w:tcPr>
            <w:tcW w:w="2092" w:type="dxa"/>
            <w:vAlign w:val="center"/>
          </w:tcPr>
          <w:p w14:paraId="03A26DFB" w14:textId="77777777" w:rsidR="008C3143" w:rsidRDefault="008C3143" w:rsidP="008C3143">
            <w:proofErr w:type="spellStart"/>
            <w:r>
              <w:t>Harcama</w:t>
            </w:r>
            <w:proofErr w:type="spellEnd"/>
            <w:r>
              <w:t xml:space="preserve"> </w:t>
            </w:r>
            <w:proofErr w:type="spellStart"/>
            <w:r>
              <w:t>Birimi</w:t>
            </w:r>
            <w:proofErr w:type="spellEnd"/>
          </w:p>
        </w:tc>
        <w:tc>
          <w:tcPr>
            <w:tcW w:w="8438" w:type="dxa"/>
            <w:vAlign w:val="center"/>
          </w:tcPr>
          <w:p w14:paraId="0961E16C" w14:textId="77777777" w:rsidR="008C3143" w:rsidRDefault="008C3143" w:rsidP="008C3143">
            <w:pPr>
              <w:jc w:val="center"/>
            </w:pPr>
          </w:p>
        </w:tc>
      </w:tr>
      <w:tr w:rsidR="008C3143" w14:paraId="36CA8615" w14:textId="77777777" w:rsidTr="008C3143">
        <w:trPr>
          <w:trHeight w:val="441"/>
        </w:trPr>
        <w:tc>
          <w:tcPr>
            <w:tcW w:w="2092" w:type="dxa"/>
            <w:vAlign w:val="center"/>
          </w:tcPr>
          <w:p w14:paraId="3D0C4798" w14:textId="77777777" w:rsidR="008C3143" w:rsidRDefault="008C3143" w:rsidP="008C3143">
            <w:r>
              <w:t>İşin Adı</w:t>
            </w:r>
          </w:p>
        </w:tc>
        <w:tc>
          <w:tcPr>
            <w:tcW w:w="8438" w:type="dxa"/>
            <w:vAlign w:val="center"/>
          </w:tcPr>
          <w:p w14:paraId="1B235D99" w14:textId="77777777" w:rsidR="008C3143" w:rsidRDefault="008C3143" w:rsidP="008C3143"/>
        </w:tc>
      </w:tr>
    </w:tbl>
    <w:p w14:paraId="05FD9A49" w14:textId="77777777" w:rsidR="00D00C18" w:rsidRDefault="00D00C18"/>
    <w:tbl>
      <w:tblPr>
        <w:tblStyle w:val="TabloKlavuzu"/>
        <w:tblW w:w="0" w:type="auto"/>
        <w:jc w:val="center"/>
        <w:tblLook w:val="04A0" w:firstRow="1" w:lastRow="0" w:firstColumn="1" w:lastColumn="0" w:noHBand="0" w:noVBand="1"/>
      </w:tblPr>
      <w:tblGrid>
        <w:gridCol w:w="810"/>
        <w:gridCol w:w="6608"/>
        <w:gridCol w:w="1268"/>
        <w:gridCol w:w="980"/>
        <w:gridCol w:w="864"/>
      </w:tblGrid>
      <w:tr w:rsidR="00123BD3" w14:paraId="54F28CC4" w14:textId="77777777" w:rsidTr="008831BD">
        <w:trPr>
          <w:jc w:val="center"/>
        </w:trPr>
        <w:tc>
          <w:tcPr>
            <w:tcW w:w="810" w:type="dxa"/>
            <w:vAlign w:val="center"/>
          </w:tcPr>
          <w:p w14:paraId="521E98C2" w14:textId="77777777" w:rsidR="00123BD3" w:rsidRDefault="00000000">
            <w:pPr>
              <w:jc w:val="center"/>
            </w:pPr>
            <w:r>
              <w:rPr>
                <w:b/>
              </w:rPr>
              <w:t>Sıra No</w:t>
            </w:r>
          </w:p>
        </w:tc>
        <w:tc>
          <w:tcPr>
            <w:tcW w:w="6608" w:type="dxa"/>
            <w:vAlign w:val="center"/>
          </w:tcPr>
          <w:p w14:paraId="7AD731B9" w14:textId="77777777" w:rsidR="00123BD3" w:rsidRDefault="00000000">
            <w:pPr>
              <w:jc w:val="center"/>
            </w:pPr>
            <w:r>
              <w:rPr>
                <w:b/>
              </w:rPr>
              <w:t>Kontrol Edilecek Hususlar</w:t>
            </w:r>
          </w:p>
        </w:tc>
        <w:tc>
          <w:tcPr>
            <w:tcW w:w="1268" w:type="dxa"/>
            <w:vAlign w:val="center"/>
          </w:tcPr>
          <w:p w14:paraId="2C9B91F3" w14:textId="77777777" w:rsidR="00123BD3" w:rsidRDefault="00000000">
            <w:pPr>
              <w:jc w:val="center"/>
            </w:pPr>
            <w:r>
              <w:rPr>
                <w:b/>
              </w:rPr>
              <w:t>Zorunlu Değil</w:t>
            </w:r>
          </w:p>
        </w:tc>
        <w:tc>
          <w:tcPr>
            <w:tcW w:w="980" w:type="dxa"/>
            <w:vAlign w:val="center"/>
          </w:tcPr>
          <w:p w14:paraId="673AE7F9" w14:textId="77777777" w:rsidR="00123BD3" w:rsidRDefault="00000000">
            <w:pPr>
              <w:jc w:val="center"/>
            </w:pPr>
            <w:r>
              <w:rPr>
                <w:b/>
              </w:rPr>
              <w:t>Evet</w:t>
            </w:r>
          </w:p>
        </w:tc>
        <w:tc>
          <w:tcPr>
            <w:tcW w:w="864" w:type="dxa"/>
            <w:vAlign w:val="center"/>
          </w:tcPr>
          <w:p w14:paraId="59E22D59" w14:textId="77777777" w:rsidR="00123BD3" w:rsidRDefault="00000000">
            <w:pPr>
              <w:jc w:val="center"/>
            </w:pPr>
            <w:r>
              <w:rPr>
                <w:b/>
              </w:rPr>
              <w:t>Hayır</w:t>
            </w:r>
          </w:p>
        </w:tc>
      </w:tr>
      <w:tr w:rsidR="008C3143" w14:paraId="6048EF0C" w14:textId="77777777" w:rsidTr="00D00C18">
        <w:trPr>
          <w:jc w:val="center"/>
        </w:trPr>
        <w:tc>
          <w:tcPr>
            <w:tcW w:w="810" w:type="dxa"/>
            <w:vAlign w:val="center"/>
          </w:tcPr>
          <w:p w14:paraId="780F2872" w14:textId="77777777" w:rsidR="008C3143" w:rsidRDefault="008C3143" w:rsidP="008C3143">
            <w:pPr>
              <w:jc w:val="center"/>
            </w:pPr>
            <w:r>
              <w:t>1</w:t>
            </w:r>
          </w:p>
        </w:tc>
        <w:tc>
          <w:tcPr>
            <w:tcW w:w="6608" w:type="dxa"/>
          </w:tcPr>
          <w:p w14:paraId="788F972B" w14:textId="44055EC7" w:rsidR="008C3143" w:rsidRDefault="008C3143" w:rsidP="008C3143">
            <w:r>
              <w:rPr>
                <w:rFonts w:ascii="Cambria" w:hAnsi="Cambria" w:cs="Segoe UI"/>
                <w:color w:val="000000"/>
              </w:rPr>
              <w:t>İade katkı payı/öğrenim ücreti/harç iadesine ilişkin ise; başvuru formu, dekont, öğrenci belgesi, kimlik fotokopisi, ret ve iade belgesi, üst yazı mevcut mu ve iade talebi ilgili Cumhurbaşkanı Kararına uygun mu? Ödeme Emri Belgesinde hak sahibine ait bilgiler açık ve doğru yazılmış mı?</w:t>
            </w:r>
          </w:p>
        </w:tc>
        <w:sdt>
          <w:sdtPr>
            <w:rPr>
              <w:sz w:val="18"/>
              <w:szCs w:val="18"/>
            </w:rPr>
            <w:id w:val="-1177335088"/>
            <w14:checkbox>
              <w14:checked w14:val="0"/>
              <w14:checkedState w14:val="2612" w14:font="MS Gothic"/>
              <w14:uncheckedState w14:val="2610" w14:font="MS Gothic"/>
            </w14:checkbox>
          </w:sdtPr>
          <w:sdtContent>
            <w:tc>
              <w:tcPr>
                <w:tcW w:w="1268" w:type="dxa"/>
                <w:vAlign w:val="center"/>
              </w:tcPr>
              <w:p w14:paraId="37A75345" w14:textId="7C85D55A" w:rsidR="008C3143" w:rsidRDefault="008C3143" w:rsidP="008C3143">
                <w:pPr>
                  <w:jc w:val="center"/>
                </w:pPr>
                <w:r>
                  <w:rPr>
                    <w:rFonts w:ascii="MS Gothic" w:eastAsia="MS Gothic" w:hAnsi="MS Gothic" w:hint="eastAsia"/>
                    <w:sz w:val="18"/>
                    <w:szCs w:val="18"/>
                  </w:rPr>
                  <w:t>☐</w:t>
                </w:r>
              </w:p>
            </w:tc>
          </w:sdtContent>
        </w:sdt>
        <w:sdt>
          <w:sdtPr>
            <w:rPr>
              <w:sz w:val="18"/>
              <w:szCs w:val="18"/>
            </w:rPr>
            <w:id w:val="643316496"/>
            <w14:checkbox>
              <w14:checked w14:val="0"/>
              <w14:checkedState w14:val="2612" w14:font="MS Gothic"/>
              <w14:uncheckedState w14:val="2610" w14:font="MS Gothic"/>
            </w14:checkbox>
          </w:sdtPr>
          <w:sdtContent>
            <w:tc>
              <w:tcPr>
                <w:tcW w:w="980" w:type="dxa"/>
                <w:vAlign w:val="center"/>
              </w:tcPr>
              <w:p w14:paraId="29324147" w14:textId="0A046D4C" w:rsidR="008C3143" w:rsidRDefault="008C3143" w:rsidP="008C3143">
                <w:pPr>
                  <w:jc w:val="center"/>
                </w:pPr>
                <w:r>
                  <w:rPr>
                    <w:rFonts w:ascii="MS Gothic" w:eastAsia="MS Gothic" w:hAnsi="MS Gothic" w:hint="eastAsia"/>
                    <w:sz w:val="18"/>
                    <w:szCs w:val="18"/>
                  </w:rPr>
                  <w:t>☐</w:t>
                </w:r>
              </w:p>
            </w:tc>
          </w:sdtContent>
        </w:sdt>
        <w:sdt>
          <w:sdtPr>
            <w:rPr>
              <w:sz w:val="18"/>
              <w:szCs w:val="18"/>
            </w:rPr>
            <w:id w:val="764885587"/>
            <w14:checkbox>
              <w14:checked w14:val="0"/>
              <w14:checkedState w14:val="2612" w14:font="MS Gothic"/>
              <w14:uncheckedState w14:val="2610" w14:font="MS Gothic"/>
            </w14:checkbox>
          </w:sdtPr>
          <w:sdtContent>
            <w:tc>
              <w:tcPr>
                <w:tcW w:w="864" w:type="dxa"/>
                <w:vAlign w:val="center"/>
              </w:tcPr>
              <w:p w14:paraId="07FF1803" w14:textId="7C3E2160" w:rsidR="008C3143" w:rsidRDefault="008C3143" w:rsidP="008C3143">
                <w:pPr>
                  <w:jc w:val="center"/>
                </w:pPr>
                <w:r>
                  <w:rPr>
                    <w:rFonts w:ascii="MS Gothic" w:eastAsia="MS Gothic" w:hAnsi="MS Gothic" w:hint="eastAsia"/>
                    <w:sz w:val="18"/>
                    <w:szCs w:val="18"/>
                  </w:rPr>
                  <w:t>☐</w:t>
                </w:r>
              </w:p>
            </w:tc>
          </w:sdtContent>
        </w:sdt>
      </w:tr>
      <w:tr w:rsidR="008C3143" w14:paraId="3AF0B689" w14:textId="77777777" w:rsidTr="009E32B9">
        <w:trPr>
          <w:jc w:val="center"/>
        </w:trPr>
        <w:tc>
          <w:tcPr>
            <w:tcW w:w="810" w:type="dxa"/>
            <w:vAlign w:val="center"/>
          </w:tcPr>
          <w:p w14:paraId="690795E5" w14:textId="77777777" w:rsidR="008C3143" w:rsidRDefault="008C3143" w:rsidP="008C3143">
            <w:pPr>
              <w:jc w:val="center"/>
            </w:pPr>
            <w:r>
              <w:t>2</w:t>
            </w:r>
          </w:p>
        </w:tc>
        <w:tc>
          <w:tcPr>
            <w:tcW w:w="6608" w:type="dxa"/>
          </w:tcPr>
          <w:p w14:paraId="630E59AA" w14:textId="1CA8560A" w:rsidR="008C3143" w:rsidRDefault="008C3143" w:rsidP="008C3143">
            <w:r>
              <w:rPr>
                <w:rFonts w:ascii="Cambria" w:hAnsi="Cambria" w:cs="Segoe UI"/>
                <w:color w:val="000000"/>
              </w:rPr>
              <w:t>İade katkı payı/öğrenim ücreti/harç iadesine ilişkin ise birim yönetim kurulu kararı mevcut mu?</w:t>
            </w:r>
          </w:p>
        </w:tc>
        <w:sdt>
          <w:sdtPr>
            <w:rPr>
              <w:sz w:val="18"/>
              <w:szCs w:val="18"/>
            </w:rPr>
            <w:id w:val="-1279245494"/>
            <w14:checkbox>
              <w14:checked w14:val="0"/>
              <w14:checkedState w14:val="2612" w14:font="MS Gothic"/>
              <w14:uncheckedState w14:val="2610" w14:font="MS Gothic"/>
            </w14:checkbox>
          </w:sdtPr>
          <w:sdtContent>
            <w:tc>
              <w:tcPr>
                <w:tcW w:w="1268" w:type="dxa"/>
                <w:vAlign w:val="center"/>
              </w:tcPr>
              <w:p w14:paraId="3892C90B" w14:textId="34380EA2" w:rsidR="008C3143" w:rsidRDefault="008C3143" w:rsidP="008C3143">
                <w:pPr>
                  <w:jc w:val="center"/>
                </w:pPr>
                <w:r>
                  <w:rPr>
                    <w:rFonts w:ascii="MS Gothic" w:eastAsia="MS Gothic" w:hAnsi="MS Gothic" w:hint="eastAsia"/>
                    <w:sz w:val="18"/>
                    <w:szCs w:val="18"/>
                  </w:rPr>
                  <w:t>☐</w:t>
                </w:r>
              </w:p>
            </w:tc>
          </w:sdtContent>
        </w:sdt>
        <w:sdt>
          <w:sdtPr>
            <w:rPr>
              <w:sz w:val="18"/>
              <w:szCs w:val="18"/>
            </w:rPr>
            <w:id w:val="-1010680474"/>
            <w14:checkbox>
              <w14:checked w14:val="0"/>
              <w14:checkedState w14:val="2612" w14:font="MS Gothic"/>
              <w14:uncheckedState w14:val="2610" w14:font="MS Gothic"/>
            </w14:checkbox>
          </w:sdtPr>
          <w:sdtContent>
            <w:tc>
              <w:tcPr>
                <w:tcW w:w="980" w:type="dxa"/>
                <w:vAlign w:val="center"/>
              </w:tcPr>
              <w:p w14:paraId="72376F41" w14:textId="4B7E3B59" w:rsidR="008C3143" w:rsidRDefault="008C3143" w:rsidP="008C3143">
                <w:pPr>
                  <w:jc w:val="center"/>
                </w:pPr>
                <w:r>
                  <w:rPr>
                    <w:rFonts w:ascii="MS Gothic" w:eastAsia="MS Gothic" w:hAnsi="MS Gothic" w:hint="eastAsia"/>
                    <w:sz w:val="18"/>
                    <w:szCs w:val="18"/>
                  </w:rPr>
                  <w:t>☐</w:t>
                </w:r>
              </w:p>
            </w:tc>
          </w:sdtContent>
        </w:sdt>
        <w:sdt>
          <w:sdtPr>
            <w:rPr>
              <w:sz w:val="18"/>
              <w:szCs w:val="18"/>
            </w:rPr>
            <w:id w:val="-902215924"/>
            <w14:checkbox>
              <w14:checked w14:val="0"/>
              <w14:checkedState w14:val="2612" w14:font="MS Gothic"/>
              <w14:uncheckedState w14:val="2610" w14:font="MS Gothic"/>
            </w14:checkbox>
          </w:sdtPr>
          <w:sdtContent>
            <w:tc>
              <w:tcPr>
                <w:tcW w:w="864" w:type="dxa"/>
                <w:vAlign w:val="center"/>
              </w:tcPr>
              <w:p w14:paraId="53B3FCA9" w14:textId="53930A75" w:rsidR="008C3143" w:rsidRDefault="008C3143" w:rsidP="008C3143">
                <w:pPr>
                  <w:jc w:val="center"/>
                </w:pPr>
                <w:r>
                  <w:rPr>
                    <w:rFonts w:ascii="MS Gothic" w:eastAsia="MS Gothic" w:hAnsi="MS Gothic" w:hint="eastAsia"/>
                    <w:sz w:val="18"/>
                    <w:szCs w:val="18"/>
                  </w:rPr>
                  <w:t>☐</w:t>
                </w:r>
              </w:p>
            </w:tc>
          </w:sdtContent>
        </w:sdt>
      </w:tr>
      <w:tr w:rsidR="008C3143" w14:paraId="4116D98B" w14:textId="77777777" w:rsidTr="009E32B9">
        <w:trPr>
          <w:jc w:val="center"/>
        </w:trPr>
        <w:tc>
          <w:tcPr>
            <w:tcW w:w="810" w:type="dxa"/>
            <w:vAlign w:val="center"/>
          </w:tcPr>
          <w:p w14:paraId="3F978920" w14:textId="77777777" w:rsidR="008C3143" w:rsidRDefault="008C3143" w:rsidP="008C3143">
            <w:pPr>
              <w:jc w:val="center"/>
            </w:pPr>
            <w:r>
              <w:t>3</w:t>
            </w:r>
          </w:p>
        </w:tc>
        <w:tc>
          <w:tcPr>
            <w:tcW w:w="6608" w:type="dxa"/>
          </w:tcPr>
          <w:p w14:paraId="337464EC" w14:textId="645ED1F3" w:rsidR="008C3143" w:rsidRDefault="008C3143" w:rsidP="008C3143">
            <w:r>
              <w:rPr>
                <w:rFonts w:ascii="Cambria" w:hAnsi="Cambria" w:cs="Segoe UI"/>
                <w:color w:val="000000"/>
              </w:rPr>
              <w:t>İade SKS yemek bedeline ilişkin ise; Öğrenci ve Personel Para İadesi Talep Formu mevcut mu ve Ödeme Emri Belgesindeki hak sahibine ait bilgiler doğru ve eksiksiz mi?</w:t>
            </w:r>
          </w:p>
        </w:tc>
        <w:sdt>
          <w:sdtPr>
            <w:rPr>
              <w:sz w:val="18"/>
              <w:szCs w:val="18"/>
            </w:rPr>
            <w:id w:val="920997612"/>
            <w14:checkbox>
              <w14:checked w14:val="0"/>
              <w14:checkedState w14:val="2612" w14:font="MS Gothic"/>
              <w14:uncheckedState w14:val="2610" w14:font="MS Gothic"/>
            </w14:checkbox>
          </w:sdtPr>
          <w:sdtContent>
            <w:tc>
              <w:tcPr>
                <w:tcW w:w="1268" w:type="dxa"/>
                <w:vAlign w:val="center"/>
              </w:tcPr>
              <w:p w14:paraId="1350727A" w14:textId="7EF11225" w:rsidR="008C3143" w:rsidRDefault="008C3143" w:rsidP="008C3143">
                <w:pPr>
                  <w:jc w:val="center"/>
                </w:pPr>
                <w:r>
                  <w:rPr>
                    <w:rFonts w:ascii="MS Gothic" w:eastAsia="MS Gothic" w:hAnsi="MS Gothic" w:hint="eastAsia"/>
                    <w:sz w:val="18"/>
                    <w:szCs w:val="18"/>
                  </w:rPr>
                  <w:t>☐</w:t>
                </w:r>
              </w:p>
            </w:tc>
          </w:sdtContent>
        </w:sdt>
        <w:sdt>
          <w:sdtPr>
            <w:rPr>
              <w:sz w:val="18"/>
              <w:szCs w:val="18"/>
            </w:rPr>
            <w:id w:val="-1974290273"/>
            <w14:checkbox>
              <w14:checked w14:val="0"/>
              <w14:checkedState w14:val="2612" w14:font="MS Gothic"/>
              <w14:uncheckedState w14:val="2610" w14:font="MS Gothic"/>
            </w14:checkbox>
          </w:sdtPr>
          <w:sdtContent>
            <w:tc>
              <w:tcPr>
                <w:tcW w:w="980" w:type="dxa"/>
                <w:vAlign w:val="center"/>
              </w:tcPr>
              <w:p w14:paraId="10446367" w14:textId="0452A07E" w:rsidR="008C3143" w:rsidRDefault="008C3143" w:rsidP="008C3143">
                <w:pPr>
                  <w:jc w:val="center"/>
                </w:pPr>
                <w:r>
                  <w:rPr>
                    <w:rFonts w:ascii="MS Gothic" w:eastAsia="MS Gothic" w:hAnsi="MS Gothic" w:hint="eastAsia"/>
                    <w:sz w:val="18"/>
                    <w:szCs w:val="18"/>
                  </w:rPr>
                  <w:t>☐</w:t>
                </w:r>
              </w:p>
            </w:tc>
          </w:sdtContent>
        </w:sdt>
        <w:sdt>
          <w:sdtPr>
            <w:rPr>
              <w:sz w:val="18"/>
              <w:szCs w:val="18"/>
            </w:rPr>
            <w:id w:val="-753975233"/>
            <w14:checkbox>
              <w14:checked w14:val="0"/>
              <w14:checkedState w14:val="2612" w14:font="MS Gothic"/>
              <w14:uncheckedState w14:val="2610" w14:font="MS Gothic"/>
            </w14:checkbox>
          </w:sdtPr>
          <w:sdtContent>
            <w:tc>
              <w:tcPr>
                <w:tcW w:w="864" w:type="dxa"/>
                <w:vAlign w:val="center"/>
              </w:tcPr>
              <w:p w14:paraId="2AA618EC" w14:textId="0391D12C" w:rsidR="008C3143" w:rsidRDefault="008C3143" w:rsidP="008C3143">
                <w:pPr>
                  <w:jc w:val="center"/>
                </w:pPr>
                <w:r>
                  <w:rPr>
                    <w:rFonts w:ascii="MS Gothic" w:eastAsia="MS Gothic" w:hAnsi="MS Gothic" w:hint="eastAsia"/>
                    <w:sz w:val="18"/>
                    <w:szCs w:val="18"/>
                  </w:rPr>
                  <w:t>☐</w:t>
                </w:r>
              </w:p>
            </w:tc>
          </w:sdtContent>
        </w:sdt>
      </w:tr>
      <w:tr w:rsidR="008C3143" w14:paraId="6B423030" w14:textId="77777777" w:rsidTr="009E32B9">
        <w:trPr>
          <w:trHeight w:val="424"/>
          <w:jc w:val="center"/>
        </w:trPr>
        <w:tc>
          <w:tcPr>
            <w:tcW w:w="810" w:type="dxa"/>
            <w:vAlign w:val="center"/>
          </w:tcPr>
          <w:p w14:paraId="24A49219" w14:textId="77777777" w:rsidR="008C3143" w:rsidRDefault="008C3143" w:rsidP="008C3143">
            <w:pPr>
              <w:jc w:val="center"/>
            </w:pPr>
            <w:r>
              <w:t>4</w:t>
            </w:r>
          </w:p>
        </w:tc>
        <w:tc>
          <w:tcPr>
            <w:tcW w:w="6608" w:type="dxa"/>
          </w:tcPr>
          <w:p w14:paraId="58859270" w14:textId="24A93863" w:rsidR="008C3143" w:rsidRDefault="008C3143" w:rsidP="008C3143">
            <w:r>
              <w:rPr>
                <w:rFonts w:ascii="Cambria" w:hAnsi="Cambria" w:cs="Segoe UI"/>
                <w:color w:val="000000"/>
              </w:rPr>
              <w:t>İade araç kart bedeli/e-İmza bedeline ilişkin ise; dilekçe ve dekont mevcut mu, Ödeme Emri Belgesindeki hak sahibine ait bilgiler doğru ve eksiksiz mi?</w:t>
            </w:r>
          </w:p>
        </w:tc>
        <w:sdt>
          <w:sdtPr>
            <w:rPr>
              <w:sz w:val="18"/>
              <w:szCs w:val="18"/>
            </w:rPr>
            <w:id w:val="1678617245"/>
            <w14:checkbox>
              <w14:checked w14:val="0"/>
              <w14:checkedState w14:val="2612" w14:font="MS Gothic"/>
              <w14:uncheckedState w14:val="2610" w14:font="MS Gothic"/>
            </w14:checkbox>
          </w:sdtPr>
          <w:sdtContent>
            <w:tc>
              <w:tcPr>
                <w:tcW w:w="1268" w:type="dxa"/>
                <w:vAlign w:val="center"/>
              </w:tcPr>
              <w:p w14:paraId="174FA5DC" w14:textId="594DE580" w:rsidR="008C3143" w:rsidRDefault="008C3143" w:rsidP="008C3143">
                <w:pPr>
                  <w:jc w:val="center"/>
                </w:pPr>
                <w:r>
                  <w:rPr>
                    <w:rFonts w:ascii="MS Gothic" w:eastAsia="MS Gothic" w:hAnsi="MS Gothic" w:hint="eastAsia"/>
                    <w:sz w:val="18"/>
                    <w:szCs w:val="18"/>
                  </w:rPr>
                  <w:t>☐</w:t>
                </w:r>
              </w:p>
            </w:tc>
          </w:sdtContent>
        </w:sdt>
        <w:sdt>
          <w:sdtPr>
            <w:rPr>
              <w:sz w:val="18"/>
              <w:szCs w:val="18"/>
            </w:rPr>
            <w:id w:val="1647320381"/>
            <w14:checkbox>
              <w14:checked w14:val="0"/>
              <w14:checkedState w14:val="2612" w14:font="MS Gothic"/>
              <w14:uncheckedState w14:val="2610" w14:font="MS Gothic"/>
            </w14:checkbox>
          </w:sdtPr>
          <w:sdtContent>
            <w:tc>
              <w:tcPr>
                <w:tcW w:w="980" w:type="dxa"/>
                <w:vAlign w:val="center"/>
              </w:tcPr>
              <w:p w14:paraId="659AB439" w14:textId="01BBDF3E" w:rsidR="008C3143" w:rsidRDefault="008C3143" w:rsidP="008C3143">
                <w:pPr>
                  <w:jc w:val="center"/>
                </w:pPr>
                <w:r>
                  <w:rPr>
                    <w:rFonts w:ascii="MS Gothic" w:eastAsia="MS Gothic" w:hAnsi="MS Gothic" w:hint="eastAsia"/>
                    <w:sz w:val="18"/>
                    <w:szCs w:val="18"/>
                  </w:rPr>
                  <w:t>☐</w:t>
                </w:r>
              </w:p>
            </w:tc>
          </w:sdtContent>
        </w:sdt>
        <w:sdt>
          <w:sdtPr>
            <w:rPr>
              <w:sz w:val="18"/>
              <w:szCs w:val="18"/>
            </w:rPr>
            <w:id w:val="1355307707"/>
            <w14:checkbox>
              <w14:checked w14:val="0"/>
              <w14:checkedState w14:val="2612" w14:font="MS Gothic"/>
              <w14:uncheckedState w14:val="2610" w14:font="MS Gothic"/>
            </w14:checkbox>
          </w:sdtPr>
          <w:sdtContent>
            <w:tc>
              <w:tcPr>
                <w:tcW w:w="864" w:type="dxa"/>
                <w:vAlign w:val="center"/>
              </w:tcPr>
              <w:p w14:paraId="7B00DD99" w14:textId="0489B412" w:rsidR="008C3143" w:rsidRDefault="008C3143" w:rsidP="008C3143">
                <w:pPr>
                  <w:jc w:val="center"/>
                </w:pPr>
                <w:r>
                  <w:rPr>
                    <w:rFonts w:ascii="MS Gothic" w:eastAsia="MS Gothic" w:hAnsi="MS Gothic" w:hint="eastAsia"/>
                    <w:sz w:val="18"/>
                    <w:szCs w:val="18"/>
                  </w:rPr>
                  <w:t>☐</w:t>
                </w:r>
              </w:p>
            </w:tc>
          </w:sdtContent>
        </w:sdt>
      </w:tr>
      <w:tr w:rsidR="008C3143" w14:paraId="141FBE90" w14:textId="77777777" w:rsidTr="009E32B9">
        <w:trPr>
          <w:trHeight w:val="417"/>
          <w:jc w:val="center"/>
        </w:trPr>
        <w:tc>
          <w:tcPr>
            <w:tcW w:w="810" w:type="dxa"/>
            <w:vAlign w:val="center"/>
          </w:tcPr>
          <w:p w14:paraId="653F9A25" w14:textId="77777777" w:rsidR="008C3143" w:rsidRDefault="008C3143" w:rsidP="008C3143">
            <w:pPr>
              <w:jc w:val="center"/>
            </w:pPr>
            <w:r>
              <w:t>5</w:t>
            </w:r>
          </w:p>
        </w:tc>
        <w:tc>
          <w:tcPr>
            <w:tcW w:w="6608" w:type="dxa"/>
          </w:tcPr>
          <w:p w14:paraId="54096F42" w14:textId="1E571E2D" w:rsidR="008C3143" w:rsidRDefault="008C3143" w:rsidP="008C3143">
            <w:r>
              <w:rPr>
                <w:rFonts w:ascii="Cambria" w:hAnsi="Cambria" w:cs="Segoe UI"/>
                <w:color w:val="000000"/>
              </w:rPr>
              <w:t>Ödeme Emri Belgesindeki imzalar yetki çizelgesine uygun mu? Yetki devri yapılmışsa buna ilişkin belgeler eklenmiş mi?</w:t>
            </w:r>
          </w:p>
        </w:tc>
        <w:sdt>
          <w:sdtPr>
            <w:rPr>
              <w:sz w:val="18"/>
              <w:szCs w:val="18"/>
            </w:rPr>
            <w:id w:val="-2119743837"/>
            <w14:checkbox>
              <w14:checked w14:val="0"/>
              <w14:checkedState w14:val="2612" w14:font="MS Gothic"/>
              <w14:uncheckedState w14:val="2610" w14:font="MS Gothic"/>
            </w14:checkbox>
          </w:sdtPr>
          <w:sdtContent>
            <w:tc>
              <w:tcPr>
                <w:tcW w:w="1268" w:type="dxa"/>
                <w:vAlign w:val="center"/>
              </w:tcPr>
              <w:p w14:paraId="08FE0D73" w14:textId="1B460262" w:rsidR="008C3143" w:rsidRDefault="008C3143" w:rsidP="008C3143">
                <w:pPr>
                  <w:jc w:val="center"/>
                </w:pPr>
                <w:r>
                  <w:rPr>
                    <w:rFonts w:ascii="MS Gothic" w:eastAsia="MS Gothic" w:hAnsi="MS Gothic" w:hint="eastAsia"/>
                    <w:sz w:val="18"/>
                    <w:szCs w:val="18"/>
                  </w:rPr>
                  <w:t>☐</w:t>
                </w:r>
              </w:p>
            </w:tc>
          </w:sdtContent>
        </w:sdt>
        <w:sdt>
          <w:sdtPr>
            <w:rPr>
              <w:sz w:val="18"/>
              <w:szCs w:val="18"/>
            </w:rPr>
            <w:id w:val="947965340"/>
            <w14:checkbox>
              <w14:checked w14:val="0"/>
              <w14:checkedState w14:val="2612" w14:font="MS Gothic"/>
              <w14:uncheckedState w14:val="2610" w14:font="MS Gothic"/>
            </w14:checkbox>
          </w:sdtPr>
          <w:sdtContent>
            <w:tc>
              <w:tcPr>
                <w:tcW w:w="980" w:type="dxa"/>
                <w:vAlign w:val="center"/>
              </w:tcPr>
              <w:p w14:paraId="1556996C" w14:textId="293E3ED1" w:rsidR="008C3143" w:rsidRDefault="008C3143" w:rsidP="008C3143">
                <w:pPr>
                  <w:jc w:val="center"/>
                </w:pPr>
                <w:r>
                  <w:rPr>
                    <w:rFonts w:ascii="MS Gothic" w:eastAsia="MS Gothic" w:hAnsi="MS Gothic" w:hint="eastAsia"/>
                    <w:sz w:val="18"/>
                    <w:szCs w:val="18"/>
                  </w:rPr>
                  <w:t>☐</w:t>
                </w:r>
              </w:p>
            </w:tc>
          </w:sdtContent>
        </w:sdt>
        <w:sdt>
          <w:sdtPr>
            <w:rPr>
              <w:sz w:val="18"/>
              <w:szCs w:val="18"/>
            </w:rPr>
            <w:id w:val="1044335861"/>
            <w14:checkbox>
              <w14:checked w14:val="0"/>
              <w14:checkedState w14:val="2612" w14:font="MS Gothic"/>
              <w14:uncheckedState w14:val="2610" w14:font="MS Gothic"/>
            </w14:checkbox>
          </w:sdtPr>
          <w:sdtContent>
            <w:tc>
              <w:tcPr>
                <w:tcW w:w="864" w:type="dxa"/>
                <w:vAlign w:val="center"/>
              </w:tcPr>
              <w:p w14:paraId="364870E4" w14:textId="5306D05B" w:rsidR="008C3143" w:rsidRDefault="008C3143" w:rsidP="008C3143">
                <w:pPr>
                  <w:jc w:val="center"/>
                </w:pPr>
                <w:r>
                  <w:rPr>
                    <w:rFonts w:ascii="MS Gothic" w:eastAsia="MS Gothic" w:hAnsi="MS Gothic" w:hint="eastAsia"/>
                    <w:sz w:val="18"/>
                    <w:szCs w:val="18"/>
                  </w:rPr>
                  <w:t>☐</w:t>
                </w:r>
              </w:p>
            </w:tc>
          </w:sdtContent>
        </w:sdt>
      </w:tr>
      <w:tr w:rsidR="00D00C18" w14:paraId="39EADFCF" w14:textId="77777777" w:rsidTr="008831BD">
        <w:trPr>
          <w:jc w:val="center"/>
        </w:trPr>
        <w:tc>
          <w:tcPr>
            <w:tcW w:w="810" w:type="dxa"/>
            <w:vAlign w:val="center"/>
          </w:tcPr>
          <w:p w14:paraId="0CB02CDD" w14:textId="5580DFAF" w:rsidR="00D00C18" w:rsidRDefault="00D00C18" w:rsidP="00D00C18">
            <w:pPr>
              <w:jc w:val="center"/>
            </w:pPr>
          </w:p>
        </w:tc>
        <w:tc>
          <w:tcPr>
            <w:tcW w:w="6608" w:type="dxa"/>
            <w:vAlign w:val="center"/>
          </w:tcPr>
          <w:p w14:paraId="5DB5C25F" w14:textId="77777777" w:rsidR="00D00C18" w:rsidRDefault="00D00C18" w:rsidP="00D00C18"/>
        </w:tc>
        <w:sdt>
          <w:sdtPr>
            <w:rPr>
              <w:sz w:val="18"/>
              <w:szCs w:val="18"/>
            </w:rPr>
            <w:id w:val="-2125538233"/>
            <w14:checkbox>
              <w14:checked w14:val="0"/>
              <w14:checkedState w14:val="2612" w14:font="MS Gothic"/>
              <w14:uncheckedState w14:val="2610" w14:font="MS Gothic"/>
            </w14:checkbox>
          </w:sdtPr>
          <w:sdtContent>
            <w:tc>
              <w:tcPr>
                <w:tcW w:w="1268" w:type="dxa"/>
                <w:vAlign w:val="center"/>
              </w:tcPr>
              <w:p w14:paraId="20EE972C" w14:textId="7FE1A24F" w:rsidR="00D00C18" w:rsidRDefault="00D00C18" w:rsidP="00D00C18">
                <w:pPr>
                  <w:jc w:val="center"/>
                </w:pPr>
                <w:r>
                  <w:rPr>
                    <w:rFonts w:ascii="MS Gothic" w:eastAsia="MS Gothic" w:hAnsi="MS Gothic" w:hint="eastAsia"/>
                    <w:sz w:val="18"/>
                    <w:szCs w:val="18"/>
                  </w:rPr>
                  <w:t>☐</w:t>
                </w:r>
              </w:p>
            </w:tc>
          </w:sdtContent>
        </w:sdt>
        <w:sdt>
          <w:sdtPr>
            <w:rPr>
              <w:sz w:val="18"/>
              <w:szCs w:val="18"/>
            </w:rPr>
            <w:id w:val="-84460407"/>
            <w14:checkbox>
              <w14:checked w14:val="0"/>
              <w14:checkedState w14:val="2612" w14:font="MS Gothic"/>
              <w14:uncheckedState w14:val="2610" w14:font="MS Gothic"/>
            </w14:checkbox>
          </w:sdtPr>
          <w:sdtContent>
            <w:tc>
              <w:tcPr>
                <w:tcW w:w="980" w:type="dxa"/>
                <w:vAlign w:val="center"/>
              </w:tcPr>
              <w:p w14:paraId="7C2A3298" w14:textId="4F0DAD8B" w:rsidR="00D00C18" w:rsidRDefault="00D00C18" w:rsidP="00D00C18">
                <w:pPr>
                  <w:jc w:val="center"/>
                </w:pPr>
                <w:r>
                  <w:rPr>
                    <w:rFonts w:ascii="MS Gothic" w:eastAsia="MS Gothic" w:hAnsi="MS Gothic" w:hint="eastAsia"/>
                    <w:sz w:val="18"/>
                    <w:szCs w:val="18"/>
                  </w:rPr>
                  <w:t>☐</w:t>
                </w:r>
              </w:p>
            </w:tc>
          </w:sdtContent>
        </w:sdt>
        <w:sdt>
          <w:sdtPr>
            <w:rPr>
              <w:sz w:val="18"/>
              <w:szCs w:val="18"/>
            </w:rPr>
            <w:id w:val="1666980345"/>
            <w14:checkbox>
              <w14:checked w14:val="0"/>
              <w14:checkedState w14:val="2612" w14:font="MS Gothic"/>
              <w14:uncheckedState w14:val="2610" w14:font="MS Gothic"/>
            </w14:checkbox>
          </w:sdtPr>
          <w:sdtContent>
            <w:tc>
              <w:tcPr>
                <w:tcW w:w="864" w:type="dxa"/>
                <w:vAlign w:val="center"/>
              </w:tcPr>
              <w:p w14:paraId="79E3F996" w14:textId="571DDD33" w:rsidR="00D00C18" w:rsidRDefault="00D00C18" w:rsidP="00D00C18">
                <w:pPr>
                  <w:jc w:val="center"/>
                </w:pPr>
                <w:r>
                  <w:rPr>
                    <w:rFonts w:ascii="MS Gothic" w:eastAsia="MS Gothic" w:hAnsi="MS Gothic" w:hint="eastAsia"/>
                    <w:sz w:val="18"/>
                    <w:szCs w:val="18"/>
                  </w:rPr>
                  <w:t>☐</w:t>
                </w:r>
              </w:p>
            </w:tc>
          </w:sdtContent>
        </w:sdt>
      </w:tr>
      <w:tr w:rsidR="00D00C18" w14:paraId="2FA72F60" w14:textId="77777777" w:rsidTr="008831BD">
        <w:trPr>
          <w:jc w:val="center"/>
        </w:trPr>
        <w:tc>
          <w:tcPr>
            <w:tcW w:w="810" w:type="dxa"/>
            <w:vAlign w:val="center"/>
          </w:tcPr>
          <w:p w14:paraId="0298ECD5" w14:textId="4C12197C" w:rsidR="00D00C18" w:rsidRDefault="00D00C18" w:rsidP="00D00C18">
            <w:pPr>
              <w:jc w:val="center"/>
            </w:pPr>
          </w:p>
        </w:tc>
        <w:tc>
          <w:tcPr>
            <w:tcW w:w="6608" w:type="dxa"/>
            <w:vAlign w:val="center"/>
          </w:tcPr>
          <w:p w14:paraId="3FC258AF" w14:textId="77777777" w:rsidR="00D00C18" w:rsidRDefault="00D00C18" w:rsidP="00D00C18"/>
        </w:tc>
        <w:sdt>
          <w:sdtPr>
            <w:rPr>
              <w:sz w:val="18"/>
              <w:szCs w:val="18"/>
            </w:rPr>
            <w:id w:val="-1449155623"/>
            <w14:checkbox>
              <w14:checked w14:val="0"/>
              <w14:checkedState w14:val="2612" w14:font="MS Gothic"/>
              <w14:uncheckedState w14:val="2610" w14:font="MS Gothic"/>
            </w14:checkbox>
          </w:sdtPr>
          <w:sdtContent>
            <w:tc>
              <w:tcPr>
                <w:tcW w:w="1268" w:type="dxa"/>
                <w:vAlign w:val="center"/>
              </w:tcPr>
              <w:p w14:paraId="1DD0F8FC" w14:textId="1679F5C4" w:rsidR="00D00C18" w:rsidRDefault="00D00C18" w:rsidP="00D00C18">
                <w:pPr>
                  <w:jc w:val="center"/>
                </w:pPr>
                <w:r>
                  <w:rPr>
                    <w:rFonts w:ascii="MS Gothic" w:eastAsia="MS Gothic" w:hAnsi="MS Gothic" w:hint="eastAsia"/>
                    <w:sz w:val="18"/>
                    <w:szCs w:val="18"/>
                  </w:rPr>
                  <w:t>☐</w:t>
                </w:r>
              </w:p>
            </w:tc>
          </w:sdtContent>
        </w:sdt>
        <w:sdt>
          <w:sdtPr>
            <w:rPr>
              <w:sz w:val="18"/>
              <w:szCs w:val="18"/>
            </w:rPr>
            <w:id w:val="1797171865"/>
            <w14:checkbox>
              <w14:checked w14:val="0"/>
              <w14:checkedState w14:val="2612" w14:font="MS Gothic"/>
              <w14:uncheckedState w14:val="2610" w14:font="MS Gothic"/>
            </w14:checkbox>
          </w:sdtPr>
          <w:sdtContent>
            <w:tc>
              <w:tcPr>
                <w:tcW w:w="980" w:type="dxa"/>
                <w:vAlign w:val="center"/>
              </w:tcPr>
              <w:p w14:paraId="74ECA9FE" w14:textId="10F830E5" w:rsidR="00D00C18" w:rsidRDefault="00D00C18" w:rsidP="00D00C18">
                <w:pPr>
                  <w:jc w:val="center"/>
                </w:pPr>
                <w:r>
                  <w:rPr>
                    <w:rFonts w:ascii="MS Gothic" w:eastAsia="MS Gothic" w:hAnsi="MS Gothic" w:hint="eastAsia"/>
                    <w:sz w:val="18"/>
                    <w:szCs w:val="18"/>
                  </w:rPr>
                  <w:t>☐</w:t>
                </w:r>
              </w:p>
            </w:tc>
          </w:sdtContent>
        </w:sdt>
        <w:sdt>
          <w:sdtPr>
            <w:rPr>
              <w:sz w:val="18"/>
              <w:szCs w:val="18"/>
            </w:rPr>
            <w:id w:val="-1358033683"/>
            <w14:checkbox>
              <w14:checked w14:val="0"/>
              <w14:checkedState w14:val="2612" w14:font="MS Gothic"/>
              <w14:uncheckedState w14:val="2610" w14:font="MS Gothic"/>
            </w14:checkbox>
          </w:sdtPr>
          <w:sdtContent>
            <w:tc>
              <w:tcPr>
                <w:tcW w:w="864" w:type="dxa"/>
                <w:vAlign w:val="center"/>
              </w:tcPr>
              <w:p w14:paraId="36427C4C" w14:textId="13F10862" w:rsidR="00D00C18" w:rsidRDefault="00D00C18" w:rsidP="00D00C18">
                <w:pPr>
                  <w:jc w:val="center"/>
                </w:pPr>
                <w:r>
                  <w:rPr>
                    <w:rFonts w:ascii="MS Gothic" w:eastAsia="MS Gothic" w:hAnsi="MS Gothic" w:hint="eastAsia"/>
                    <w:sz w:val="18"/>
                    <w:szCs w:val="18"/>
                  </w:rPr>
                  <w:t>☐</w:t>
                </w:r>
              </w:p>
            </w:tc>
          </w:sdtContent>
        </w:sdt>
      </w:tr>
    </w:tbl>
    <w:p w14:paraId="6FCA9316" w14:textId="77777777" w:rsidR="0049466B" w:rsidRDefault="00000000" w:rsidP="0049466B">
      <w:pPr>
        <w:jc w:val="both"/>
        <w:rPr>
          <w:rFonts w:ascii="Times New Roman" w:hAnsi="Times New Roman"/>
          <w:i/>
          <w:iCs/>
          <w:color w:val="000000"/>
          <w:sz w:val="24"/>
          <w:lang w:val="tr-TR" w:eastAsia="tr-TR"/>
        </w:rPr>
      </w:pPr>
      <w:r>
        <w:br/>
      </w:r>
      <w:r w:rsidR="0049466B">
        <w:rPr>
          <w:rFonts w:ascii="Times New Roman" w:hAnsi="Times New Roman"/>
          <w:i/>
          <w:iCs/>
          <w:color w:val="000000"/>
          <w:sz w:val="24"/>
          <w:lang w:val="tr-TR" w:eastAsia="tr-TR"/>
        </w:rPr>
        <w:t>Kamu Ön Malî Kontrol Yönetmeliği’nin 6’ncı maddesi kapsamında; ödeme emri belgesi ve eki belgeler bütçe ilke ve esasları, ilgili mevzuat ve kamu iç kontrol standartları yönünden kontrol edilmiş olup uygun görülmüştür.</w:t>
      </w:r>
    </w:p>
    <w:p w14:paraId="15E3E923" w14:textId="77777777" w:rsidR="00D07467" w:rsidRDefault="00000000" w:rsidP="00D07467">
      <w:pPr>
        <w:ind w:left="3600"/>
        <w:rPr>
          <w:b/>
          <w:bCs/>
        </w:rPr>
      </w:pPr>
      <w:r w:rsidRPr="0049466B">
        <w:rPr>
          <w:b/>
          <w:bCs/>
        </w:rPr>
        <w:t>Gerçekleştirme Görevlisi</w:t>
      </w:r>
    </w:p>
    <w:p w14:paraId="4F1B3897" w14:textId="77777777" w:rsidR="00D07467" w:rsidRDefault="00D07467" w:rsidP="00D07467">
      <w:pPr>
        <w:ind w:left="3600"/>
      </w:pPr>
      <w:r>
        <w:t xml:space="preserve">                   …/…/20..</w:t>
      </w:r>
    </w:p>
    <w:p w14:paraId="1CB787FB" w14:textId="6256DCE2" w:rsidR="00123BD3" w:rsidRDefault="00000000" w:rsidP="00D07467">
      <w:pPr>
        <w:ind w:left="3600"/>
      </w:pPr>
      <w:r>
        <w:t>Adı Soyadı</w:t>
      </w:r>
      <w:r w:rsidR="00D07467">
        <w:tab/>
      </w:r>
      <w:r>
        <w:t>:</w:t>
      </w:r>
      <w:r>
        <w:br/>
        <w:t xml:space="preserve">Unvanı: </w:t>
      </w:r>
      <w:r w:rsidR="00D07467">
        <w:tab/>
        <w:t>:</w:t>
      </w:r>
      <w:r>
        <w:br/>
        <w:t>İmza</w:t>
      </w:r>
      <w:r w:rsidR="00D07467">
        <w:tab/>
      </w:r>
      <w:r w:rsidR="00D07467">
        <w:tab/>
      </w:r>
      <w:r>
        <w:t>:</w:t>
      </w:r>
    </w:p>
    <w:sectPr w:rsidR="00123BD3" w:rsidSect="00034616">
      <w:headerReference w:type="default" r:id="rId8"/>
      <w:footerReference w:type="default" r:id="rId9"/>
      <w:pgSz w:w="12240" w:h="15840"/>
      <w:pgMar w:top="1440" w:right="850" w:bottom="144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2A134" w14:textId="77777777" w:rsidR="00C44877" w:rsidRDefault="00C44877" w:rsidP="00AF53A3">
      <w:pPr>
        <w:spacing w:after="0" w:line="240" w:lineRule="auto"/>
      </w:pPr>
      <w:r>
        <w:separator/>
      </w:r>
    </w:p>
  </w:endnote>
  <w:endnote w:type="continuationSeparator" w:id="0">
    <w:p w14:paraId="43F9FBFA" w14:textId="77777777" w:rsidR="00C44877" w:rsidRDefault="00C44877" w:rsidP="00AF5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2" w:type="dxa"/>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808"/>
      <w:gridCol w:w="3497"/>
      <w:gridCol w:w="3497"/>
    </w:tblGrid>
    <w:tr w:rsidR="00AF53A3" w:rsidRPr="007A5A35" w14:paraId="3520B825" w14:textId="77777777" w:rsidTr="00CF779B">
      <w:trPr>
        <w:trHeight w:val="340"/>
        <w:jc w:val="center"/>
      </w:trPr>
      <w:tc>
        <w:tcPr>
          <w:tcW w:w="3808" w:type="dxa"/>
          <w:tcBorders>
            <w:top w:val="single" w:sz="4" w:space="0" w:color="auto"/>
            <w:bottom w:val="single" w:sz="4" w:space="0" w:color="auto"/>
            <w:right w:val="single" w:sz="4" w:space="0" w:color="auto"/>
          </w:tcBorders>
          <w:vAlign w:val="center"/>
        </w:tcPr>
        <w:p w14:paraId="48DFEF80" w14:textId="77777777" w:rsidR="00AF53A3" w:rsidRPr="007A5A35" w:rsidRDefault="00AF53A3" w:rsidP="00AF53A3">
          <w:pPr>
            <w:tabs>
              <w:tab w:val="center" w:pos="4536"/>
              <w:tab w:val="right" w:pos="9072"/>
            </w:tabs>
            <w:spacing w:after="0" w:line="240" w:lineRule="auto"/>
            <w:jc w:val="center"/>
            <w:rPr>
              <w:rFonts w:ascii="Times New Roman" w:eastAsia="Calibri" w:hAnsi="Times New Roman" w:cs="Times New Roman"/>
              <w:sz w:val="24"/>
              <w:lang w:val="tr-TR" w:eastAsia="tr-TR"/>
            </w:rPr>
          </w:pPr>
          <w:bookmarkStart w:id="0" w:name="_Hlk85100968"/>
          <w:bookmarkStart w:id="1" w:name="_Hlk89957417"/>
          <w:bookmarkStart w:id="2" w:name="_Hlk89957418"/>
          <w:bookmarkStart w:id="3" w:name="_Hlk89957419"/>
          <w:bookmarkStart w:id="4" w:name="_Hlk89957420"/>
          <w:r w:rsidRPr="007A5A35">
            <w:rPr>
              <w:rFonts w:ascii="Times New Roman" w:eastAsia="Calibri" w:hAnsi="Times New Roman" w:cs="Times New Roman"/>
              <w:sz w:val="24"/>
              <w:lang w:val="tr-TR" w:eastAsia="tr-TR"/>
            </w:rPr>
            <w:t>Hazırlayan</w:t>
          </w:r>
        </w:p>
      </w:tc>
      <w:tc>
        <w:tcPr>
          <w:tcW w:w="3497" w:type="dxa"/>
          <w:tcBorders>
            <w:top w:val="single" w:sz="4" w:space="0" w:color="auto"/>
            <w:left w:val="single" w:sz="4" w:space="0" w:color="auto"/>
            <w:bottom w:val="single" w:sz="4" w:space="0" w:color="auto"/>
            <w:right w:val="single" w:sz="4" w:space="0" w:color="auto"/>
          </w:tcBorders>
          <w:vAlign w:val="center"/>
        </w:tcPr>
        <w:p w14:paraId="51F3EC7F" w14:textId="77777777" w:rsidR="00AF53A3" w:rsidRPr="007A5A35" w:rsidRDefault="00AF53A3" w:rsidP="00AF53A3">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Sistem Onayı</w:t>
          </w:r>
        </w:p>
      </w:tc>
      <w:tc>
        <w:tcPr>
          <w:tcW w:w="3497" w:type="dxa"/>
          <w:tcBorders>
            <w:top w:val="single" w:sz="4" w:space="0" w:color="auto"/>
            <w:left w:val="single" w:sz="4" w:space="0" w:color="auto"/>
            <w:bottom w:val="single" w:sz="4" w:space="0" w:color="auto"/>
          </w:tcBorders>
          <w:vAlign w:val="center"/>
        </w:tcPr>
        <w:p w14:paraId="15C4ACAA" w14:textId="77777777" w:rsidR="00AF53A3" w:rsidRPr="007A5A35" w:rsidRDefault="00AF53A3" w:rsidP="00AF53A3">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Yürürlük Onayı</w:t>
          </w:r>
        </w:p>
      </w:tc>
    </w:tr>
    <w:tr w:rsidR="00AF53A3" w:rsidRPr="007A5A35" w14:paraId="309D071D" w14:textId="77777777" w:rsidTr="00CF779B">
      <w:trPr>
        <w:trHeight w:val="340"/>
        <w:jc w:val="center"/>
      </w:trPr>
      <w:tc>
        <w:tcPr>
          <w:tcW w:w="3808" w:type="dxa"/>
          <w:tcBorders>
            <w:top w:val="single" w:sz="4" w:space="0" w:color="auto"/>
            <w:bottom w:val="single" w:sz="4" w:space="0" w:color="auto"/>
            <w:right w:val="single" w:sz="4" w:space="0" w:color="auto"/>
          </w:tcBorders>
          <w:vAlign w:val="center"/>
        </w:tcPr>
        <w:p w14:paraId="43453ABC" w14:textId="77777777" w:rsidR="00AF53A3" w:rsidRPr="007A5A35" w:rsidRDefault="00AF53A3" w:rsidP="00AF53A3">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Bölüm Kalite Sorumlusu</w:t>
          </w:r>
        </w:p>
      </w:tc>
      <w:tc>
        <w:tcPr>
          <w:tcW w:w="3497" w:type="dxa"/>
          <w:tcBorders>
            <w:top w:val="single" w:sz="4" w:space="0" w:color="auto"/>
            <w:left w:val="single" w:sz="4" w:space="0" w:color="auto"/>
            <w:bottom w:val="single" w:sz="4" w:space="0" w:color="auto"/>
            <w:right w:val="single" w:sz="4" w:space="0" w:color="auto"/>
          </w:tcBorders>
          <w:vAlign w:val="center"/>
        </w:tcPr>
        <w:p w14:paraId="51EB0939" w14:textId="77777777" w:rsidR="00AF53A3" w:rsidRPr="007A5A35" w:rsidRDefault="00AF53A3" w:rsidP="00AF53A3">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Kalite Koordinatörü</w:t>
          </w:r>
        </w:p>
      </w:tc>
      <w:tc>
        <w:tcPr>
          <w:tcW w:w="3497" w:type="dxa"/>
          <w:tcBorders>
            <w:top w:val="single" w:sz="4" w:space="0" w:color="auto"/>
            <w:left w:val="single" w:sz="4" w:space="0" w:color="auto"/>
            <w:bottom w:val="single" w:sz="4" w:space="0" w:color="auto"/>
          </w:tcBorders>
          <w:vAlign w:val="center"/>
        </w:tcPr>
        <w:p w14:paraId="40CDC21F" w14:textId="77777777" w:rsidR="00AF53A3" w:rsidRPr="007A5A35" w:rsidRDefault="00AF53A3" w:rsidP="00AF53A3">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Üst Yönetici</w:t>
          </w:r>
        </w:p>
      </w:tc>
    </w:tr>
    <w:bookmarkEnd w:id="0"/>
    <w:bookmarkEnd w:id="1"/>
    <w:bookmarkEnd w:id="2"/>
    <w:bookmarkEnd w:id="3"/>
    <w:bookmarkEnd w:id="4"/>
  </w:tbl>
  <w:p w14:paraId="340FF9C7" w14:textId="569FBB43" w:rsidR="00AF53A3" w:rsidRDefault="00AF53A3">
    <w:pPr>
      <w:pStyle w:val="AltBilgi"/>
    </w:pPr>
  </w:p>
  <w:p w14:paraId="6C5EA7C9" w14:textId="77777777" w:rsidR="00AF53A3" w:rsidRDefault="00AF53A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C6FFD" w14:textId="77777777" w:rsidR="00C44877" w:rsidRDefault="00C44877" w:rsidP="00AF53A3">
      <w:pPr>
        <w:spacing w:after="0" w:line="240" w:lineRule="auto"/>
      </w:pPr>
      <w:r>
        <w:separator/>
      </w:r>
    </w:p>
  </w:footnote>
  <w:footnote w:type="continuationSeparator" w:id="0">
    <w:p w14:paraId="1ED932F8" w14:textId="77777777" w:rsidR="00C44877" w:rsidRDefault="00C44877" w:rsidP="00AF5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3"/>
      <w:gridCol w:w="5180"/>
      <w:gridCol w:w="2100"/>
      <w:gridCol w:w="1469"/>
    </w:tblGrid>
    <w:tr w:rsidR="00AF53A3" w:rsidRPr="007A5A35" w14:paraId="3D80C378" w14:textId="77777777" w:rsidTr="00CF779B">
      <w:trPr>
        <w:trHeight w:val="261"/>
      </w:trPr>
      <w:tc>
        <w:tcPr>
          <w:tcW w:w="1676" w:type="dxa"/>
          <w:vMerge w:val="restart"/>
          <w:vAlign w:val="center"/>
        </w:tcPr>
        <w:p w14:paraId="79A4E242" w14:textId="77777777" w:rsidR="00AF53A3" w:rsidRPr="007A5A35" w:rsidRDefault="00AF53A3" w:rsidP="00AF53A3">
          <w:pPr>
            <w:tabs>
              <w:tab w:val="center" w:pos="4536"/>
              <w:tab w:val="right" w:pos="9072"/>
            </w:tabs>
            <w:spacing w:after="0" w:line="240" w:lineRule="auto"/>
            <w:jc w:val="center"/>
            <w:rPr>
              <w:rFonts w:ascii="Arial" w:eastAsia="Calibri" w:hAnsi="Arial" w:cs="Arial"/>
              <w:szCs w:val="20"/>
              <w:lang w:val="tr-TR" w:eastAsia="tr-TR"/>
            </w:rPr>
          </w:pPr>
          <w:r w:rsidRPr="007A5A35">
            <w:rPr>
              <w:rFonts w:ascii="Arial" w:eastAsia="Calibri" w:hAnsi="Arial" w:cs="Arial"/>
              <w:noProof/>
              <w:szCs w:val="20"/>
              <w:lang w:val="tr-TR" w:eastAsia="tr-TR"/>
            </w:rPr>
            <w:drawing>
              <wp:inline distT="0" distB="0" distL="0" distR="0" wp14:anchorId="559A0D2A" wp14:editId="11F7E7D7">
                <wp:extent cx="838200" cy="8382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5270" w:type="dxa"/>
          <w:vMerge w:val="restart"/>
          <w:vAlign w:val="center"/>
        </w:tcPr>
        <w:p w14:paraId="4588FAE2" w14:textId="71DA4BC8" w:rsidR="00AF53A3" w:rsidRPr="00AF53A3" w:rsidRDefault="00AF53A3" w:rsidP="00AF53A3">
          <w:pPr>
            <w:tabs>
              <w:tab w:val="center" w:pos="4536"/>
              <w:tab w:val="right" w:pos="9072"/>
            </w:tabs>
            <w:spacing w:after="0" w:line="240" w:lineRule="auto"/>
            <w:jc w:val="center"/>
            <w:rPr>
              <w:rFonts w:ascii="Times New Roman" w:eastAsia="Calibri" w:hAnsi="Times New Roman" w:cs="Times New Roman"/>
              <w:b/>
              <w:bCs/>
              <w:sz w:val="24"/>
              <w:szCs w:val="24"/>
              <w:lang w:val="tr-TR" w:eastAsia="tr-TR"/>
            </w:rPr>
          </w:pPr>
          <w:r w:rsidRPr="00AF53A3">
            <w:rPr>
              <w:rFonts w:ascii="Times New Roman" w:hAnsi="Times New Roman"/>
              <w:b/>
              <w:bCs/>
              <w:color w:val="000000"/>
              <w:sz w:val="24"/>
              <w:szCs w:val="24"/>
              <w:lang w:val="tr-TR" w:eastAsia="tr-TR"/>
            </w:rPr>
            <w:t xml:space="preserve">RET VE İADE İŞLEMLERİNE </w:t>
          </w:r>
          <w:r w:rsidRPr="00AF53A3">
            <w:rPr>
              <w:rFonts w:ascii="Times New Roman" w:hAnsi="Times New Roman" w:cs="Times New Roman"/>
              <w:b/>
              <w:bCs/>
              <w:color w:val="000000"/>
              <w:sz w:val="24"/>
              <w:szCs w:val="24"/>
              <w:lang w:val="tr-TR" w:eastAsia="tr-TR"/>
            </w:rPr>
            <w:t>İLİŞKİN ÖN MALİ KONTROL LİSTE FORMU</w:t>
          </w:r>
        </w:p>
      </w:tc>
      <w:tc>
        <w:tcPr>
          <w:tcW w:w="2126" w:type="dxa"/>
          <w:vAlign w:val="center"/>
        </w:tcPr>
        <w:p w14:paraId="330D8226" w14:textId="77777777" w:rsidR="00AF53A3" w:rsidRPr="007A5A35" w:rsidRDefault="00AF53A3" w:rsidP="00AF53A3">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Doküman No</w:t>
          </w:r>
        </w:p>
      </w:tc>
      <w:tc>
        <w:tcPr>
          <w:tcW w:w="1474" w:type="dxa"/>
          <w:vAlign w:val="center"/>
        </w:tcPr>
        <w:p w14:paraId="2846C1AD" w14:textId="1E937467" w:rsidR="00AF53A3" w:rsidRPr="007A5A35" w:rsidRDefault="00AF53A3" w:rsidP="00AF53A3">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t>FR.</w:t>
          </w:r>
          <w:r>
            <w:rPr>
              <w:rFonts w:ascii="Times New Roman" w:eastAsia="Calibri" w:hAnsi="Times New Roman" w:cs="Times New Roman"/>
              <w:b/>
              <w:sz w:val="24"/>
              <w:lang w:val="tr-TR" w:eastAsia="tr-TR"/>
            </w:rPr>
            <w:t>66</w:t>
          </w:r>
          <w:r>
            <w:rPr>
              <w:rFonts w:ascii="Times New Roman" w:eastAsia="Calibri" w:hAnsi="Times New Roman" w:cs="Times New Roman"/>
              <w:b/>
              <w:sz w:val="24"/>
              <w:lang w:val="tr-TR" w:eastAsia="tr-TR"/>
            </w:rPr>
            <w:t>6</w:t>
          </w:r>
        </w:p>
      </w:tc>
    </w:tr>
    <w:tr w:rsidR="00AF53A3" w:rsidRPr="007A5A35" w14:paraId="4ABF9D2C" w14:textId="77777777" w:rsidTr="00CF779B">
      <w:trPr>
        <w:trHeight w:val="261"/>
      </w:trPr>
      <w:tc>
        <w:tcPr>
          <w:tcW w:w="1676" w:type="dxa"/>
          <w:vMerge/>
          <w:vAlign w:val="center"/>
        </w:tcPr>
        <w:p w14:paraId="0FD7A039" w14:textId="77777777" w:rsidR="00AF53A3" w:rsidRPr="007A5A35" w:rsidRDefault="00AF53A3" w:rsidP="00AF53A3">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5E2A6513" w14:textId="77777777" w:rsidR="00AF53A3" w:rsidRPr="007A5A35" w:rsidRDefault="00AF53A3" w:rsidP="00AF53A3">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1B7476DA" w14:textId="77777777" w:rsidR="00AF53A3" w:rsidRPr="007A5A35" w:rsidRDefault="00AF53A3" w:rsidP="00AF53A3">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İlk Yayın Tarihi</w:t>
          </w:r>
        </w:p>
      </w:tc>
      <w:tc>
        <w:tcPr>
          <w:tcW w:w="1474" w:type="dxa"/>
          <w:vAlign w:val="center"/>
        </w:tcPr>
        <w:p w14:paraId="5E0040B7" w14:textId="77777777" w:rsidR="00AF53A3" w:rsidRPr="007A5A35" w:rsidRDefault="00AF53A3" w:rsidP="00AF53A3">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t>0</w:t>
          </w:r>
          <w:r>
            <w:rPr>
              <w:rFonts w:ascii="Times New Roman" w:eastAsia="Calibri" w:hAnsi="Times New Roman" w:cs="Times New Roman"/>
              <w:b/>
              <w:sz w:val="24"/>
              <w:lang w:val="tr-TR" w:eastAsia="tr-TR"/>
            </w:rPr>
            <w:t>3</w:t>
          </w:r>
          <w:r w:rsidRPr="007A5A35">
            <w:rPr>
              <w:rFonts w:ascii="Times New Roman" w:eastAsia="Calibri" w:hAnsi="Times New Roman" w:cs="Times New Roman"/>
              <w:b/>
              <w:sz w:val="24"/>
              <w:lang w:val="tr-TR" w:eastAsia="tr-TR"/>
            </w:rPr>
            <w:t>.0</w:t>
          </w:r>
          <w:r>
            <w:rPr>
              <w:rFonts w:ascii="Times New Roman" w:eastAsia="Calibri" w:hAnsi="Times New Roman" w:cs="Times New Roman"/>
              <w:b/>
              <w:sz w:val="24"/>
              <w:lang w:val="tr-TR" w:eastAsia="tr-TR"/>
            </w:rPr>
            <w:t>8</w:t>
          </w:r>
          <w:r w:rsidRPr="007A5A35">
            <w:rPr>
              <w:rFonts w:ascii="Times New Roman" w:eastAsia="Calibri" w:hAnsi="Times New Roman" w:cs="Times New Roman"/>
              <w:b/>
              <w:sz w:val="24"/>
              <w:lang w:val="tr-TR" w:eastAsia="tr-TR"/>
            </w:rPr>
            <w:t>.202</w:t>
          </w:r>
          <w:r>
            <w:rPr>
              <w:rFonts w:ascii="Times New Roman" w:eastAsia="Calibri" w:hAnsi="Times New Roman" w:cs="Times New Roman"/>
              <w:b/>
              <w:sz w:val="24"/>
              <w:lang w:val="tr-TR" w:eastAsia="tr-TR"/>
            </w:rPr>
            <w:t>6</w:t>
          </w:r>
        </w:p>
      </w:tc>
    </w:tr>
    <w:tr w:rsidR="00AF53A3" w:rsidRPr="007A5A35" w14:paraId="16E13D63" w14:textId="77777777" w:rsidTr="00CF779B">
      <w:trPr>
        <w:trHeight w:val="261"/>
      </w:trPr>
      <w:tc>
        <w:tcPr>
          <w:tcW w:w="1676" w:type="dxa"/>
          <w:vMerge/>
          <w:vAlign w:val="center"/>
        </w:tcPr>
        <w:p w14:paraId="33FD8204" w14:textId="77777777" w:rsidR="00AF53A3" w:rsidRPr="007A5A35" w:rsidRDefault="00AF53A3" w:rsidP="00AF53A3">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1F71B5E9" w14:textId="77777777" w:rsidR="00AF53A3" w:rsidRPr="007A5A35" w:rsidRDefault="00AF53A3" w:rsidP="00AF53A3">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685C790B" w14:textId="77777777" w:rsidR="00AF53A3" w:rsidRPr="007A5A35" w:rsidRDefault="00AF53A3" w:rsidP="00AF53A3">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Revizyon Tarihi</w:t>
          </w:r>
        </w:p>
      </w:tc>
      <w:tc>
        <w:tcPr>
          <w:tcW w:w="1474" w:type="dxa"/>
          <w:vAlign w:val="center"/>
        </w:tcPr>
        <w:p w14:paraId="3E9C8D30" w14:textId="77777777" w:rsidR="00AF53A3" w:rsidRPr="007A5A35" w:rsidRDefault="00AF53A3" w:rsidP="00AF53A3">
          <w:pPr>
            <w:tabs>
              <w:tab w:val="center" w:pos="4536"/>
              <w:tab w:val="right" w:pos="9072"/>
            </w:tabs>
            <w:spacing w:after="0" w:line="240" w:lineRule="auto"/>
            <w:rPr>
              <w:rFonts w:ascii="Times New Roman" w:eastAsia="Calibri" w:hAnsi="Times New Roman" w:cs="Times New Roman"/>
              <w:b/>
              <w:sz w:val="24"/>
              <w:lang w:val="tr-TR" w:eastAsia="tr-TR"/>
            </w:rPr>
          </w:pPr>
          <w:r>
            <w:rPr>
              <w:rFonts w:ascii="Times New Roman" w:eastAsia="Calibri" w:hAnsi="Times New Roman" w:cs="Times New Roman"/>
              <w:b/>
              <w:sz w:val="24"/>
              <w:lang w:val="tr-TR" w:eastAsia="tr-TR"/>
            </w:rPr>
            <w:t>-</w:t>
          </w:r>
        </w:p>
      </w:tc>
    </w:tr>
    <w:tr w:rsidR="00AF53A3" w:rsidRPr="007A5A35" w14:paraId="648E4357" w14:textId="77777777" w:rsidTr="00CF779B">
      <w:trPr>
        <w:trHeight w:val="261"/>
      </w:trPr>
      <w:tc>
        <w:tcPr>
          <w:tcW w:w="1676" w:type="dxa"/>
          <w:vMerge/>
          <w:vAlign w:val="center"/>
        </w:tcPr>
        <w:p w14:paraId="59FCB55D" w14:textId="77777777" w:rsidR="00AF53A3" w:rsidRPr="007A5A35" w:rsidRDefault="00AF53A3" w:rsidP="00AF53A3">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4EC685AE" w14:textId="77777777" w:rsidR="00AF53A3" w:rsidRPr="007A5A35" w:rsidRDefault="00AF53A3" w:rsidP="00AF53A3">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31033655" w14:textId="77777777" w:rsidR="00AF53A3" w:rsidRPr="007A5A35" w:rsidRDefault="00AF53A3" w:rsidP="00AF53A3">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Revizyon No</w:t>
          </w:r>
        </w:p>
      </w:tc>
      <w:tc>
        <w:tcPr>
          <w:tcW w:w="1474" w:type="dxa"/>
          <w:vAlign w:val="center"/>
        </w:tcPr>
        <w:p w14:paraId="634837B7" w14:textId="77777777" w:rsidR="00AF53A3" w:rsidRPr="007A5A35" w:rsidRDefault="00AF53A3" w:rsidP="00AF53A3">
          <w:pPr>
            <w:tabs>
              <w:tab w:val="center" w:pos="4536"/>
              <w:tab w:val="right" w:pos="9072"/>
            </w:tabs>
            <w:spacing w:after="0" w:line="240" w:lineRule="auto"/>
            <w:rPr>
              <w:rFonts w:ascii="Times New Roman" w:eastAsia="Calibri" w:hAnsi="Times New Roman" w:cs="Times New Roman"/>
              <w:b/>
              <w:sz w:val="24"/>
              <w:lang w:val="tr-TR" w:eastAsia="tr-TR"/>
            </w:rPr>
          </w:pPr>
          <w:r>
            <w:rPr>
              <w:rFonts w:ascii="Times New Roman" w:eastAsia="Calibri" w:hAnsi="Times New Roman" w:cs="Times New Roman"/>
              <w:b/>
              <w:sz w:val="24"/>
              <w:lang w:val="tr-TR" w:eastAsia="tr-TR"/>
            </w:rPr>
            <w:t>0</w:t>
          </w:r>
        </w:p>
      </w:tc>
    </w:tr>
    <w:tr w:rsidR="00AF53A3" w:rsidRPr="007A5A35" w14:paraId="478BB48B" w14:textId="77777777" w:rsidTr="00CF779B">
      <w:trPr>
        <w:trHeight w:val="261"/>
      </w:trPr>
      <w:tc>
        <w:tcPr>
          <w:tcW w:w="1676" w:type="dxa"/>
          <w:vMerge/>
          <w:vAlign w:val="center"/>
        </w:tcPr>
        <w:p w14:paraId="40BA54F8" w14:textId="77777777" w:rsidR="00AF53A3" w:rsidRPr="007A5A35" w:rsidRDefault="00AF53A3" w:rsidP="00AF53A3">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475A8B4E" w14:textId="77777777" w:rsidR="00AF53A3" w:rsidRPr="007A5A35" w:rsidRDefault="00AF53A3" w:rsidP="00AF53A3">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779F07AC" w14:textId="77777777" w:rsidR="00AF53A3" w:rsidRPr="007A5A35" w:rsidRDefault="00AF53A3" w:rsidP="00AF53A3">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Sayfa</w:t>
          </w:r>
        </w:p>
      </w:tc>
      <w:tc>
        <w:tcPr>
          <w:tcW w:w="1474" w:type="dxa"/>
          <w:vAlign w:val="center"/>
        </w:tcPr>
        <w:p w14:paraId="2AF6579C" w14:textId="77777777" w:rsidR="00AF53A3" w:rsidRPr="007A5A35" w:rsidRDefault="00AF53A3" w:rsidP="00AF53A3">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fldChar w:fldCharType="begin"/>
          </w:r>
          <w:r w:rsidRPr="007A5A35">
            <w:rPr>
              <w:rFonts w:ascii="Times New Roman" w:eastAsia="Calibri" w:hAnsi="Times New Roman" w:cs="Times New Roman"/>
              <w:b/>
              <w:sz w:val="24"/>
              <w:lang w:val="tr-TR" w:eastAsia="tr-TR"/>
            </w:rPr>
            <w:instrText xml:space="preserve"> PAGE   \* MERGEFORMAT </w:instrText>
          </w:r>
          <w:r w:rsidRPr="007A5A35">
            <w:rPr>
              <w:rFonts w:ascii="Times New Roman" w:eastAsia="Calibri" w:hAnsi="Times New Roman" w:cs="Times New Roman"/>
              <w:b/>
              <w:sz w:val="24"/>
              <w:lang w:val="tr-TR" w:eastAsia="tr-TR"/>
            </w:rPr>
            <w:fldChar w:fldCharType="separate"/>
          </w:r>
          <w:r w:rsidRPr="007A5A35">
            <w:rPr>
              <w:rFonts w:ascii="Times New Roman" w:eastAsia="Calibri" w:hAnsi="Times New Roman" w:cs="Times New Roman"/>
              <w:b/>
              <w:noProof/>
              <w:sz w:val="24"/>
              <w:lang w:val="tr-TR" w:eastAsia="tr-TR"/>
            </w:rPr>
            <w:t>1</w:t>
          </w:r>
          <w:r w:rsidRPr="007A5A35">
            <w:rPr>
              <w:rFonts w:ascii="Times New Roman" w:eastAsia="Calibri" w:hAnsi="Times New Roman" w:cs="Times New Roman"/>
              <w:b/>
              <w:sz w:val="24"/>
              <w:lang w:val="tr-TR" w:eastAsia="tr-TR"/>
            </w:rPr>
            <w:fldChar w:fldCharType="end"/>
          </w:r>
          <w:r w:rsidRPr="007A5A35">
            <w:rPr>
              <w:rFonts w:ascii="Times New Roman" w:eastAsia="Calibri" w:hAnsi="Times New Roman" w:cs="Times New Roman"/>
              <w:b/>
              <w:sz w:val="24"/>
              <w:lang w:val="tr-TR" w:eastAsia="tr-TR"/>
            </w:rPr>
            <w:t>/</w:t>
          </w:r>
          <w:r w:rsidRPr="007A5A35">
            <w:rPr>
              <w:rFonts w:ascii="Times New Roman" w:eastAsia="Calibri" w:hAnsi="Times New Roman" w:cs="Times New Roman"/>
              <w:sz w:val="24"/>
              <w:lang w:val="tr-TR" w:eastAsia="tr-TR"/>
            </w:rPr>
            <w:fldChar w:fldCharType="begin"/>
          </w:r>
          <w:r w:rsidRPr="007A5A35">
            <w:rPr>
              <w:rFonts w:ascii="Times New Roman" w:eastAsia="Calibri" w:hAnsi="Times New Roman" w:cs="Times New Roman"/>
              <w:sz w:val="24"/>
              <w:lang w:val="tr-TR" w:eastAsia="tr-TR"/>
            </w:rPr>
            <w:instrText xml:space="preserve"> NUMPAGES   \* MERGEFORMAT </w:instrText>
          </w:r>
          <w:r w:rsidRPr="007A5A35">
            <w:rPr>
              <w:rFonts w:ascii="Times New Roman" w:eastAsia="Calibri" w:hAnsi="Times New Roman" w:cs="Times New Roman"/>
              <w:sz w:val="24"/>
              <w:lang w:val="tr-TR" w:eastAsia="tr-TR"/>
            </w:rPr>
            <w:fldChar w:fldCharType="separate"/>
          </w:r>
          <w:r w:rsidRPr="007A5A35">
            <w:rPr>
              <w:rFonts w:ascii="Times New Roman" w:eastAsia="Calibri" w:hAnsi="Times New Roman" w:cs="Times New Roman"/>
              <w:b/>
              <w:noProof/>
              <w:sz w:val="24"/>
              <w:lang w:val="tr-TR" w:eastAsia="tr-TR"/>
            </w:rPr>
            <w:t>1</w:t>
          </w:r>
          <w:r w:rsidRPr="007A5A35">
            <w:rPr>
              <w:rFonts w:ascii="Times New Roman" w:eastAsia="Calibri" w:hAnsi="Times New Roman" w:cs="Times New Roman"/>
              <w:b/>
              <w:noProof/>
              <w:sz w:val="24"/>
              <w:lang w:val="tr-TR" w:eastAsia="tr-TR"/>
            </w:rPr>
            <w:fldChar w:fldCharType="end"/>
          </w:r>
        </w:p>
      </w:tc>
    </w:tr>
  </w:tbl>
  <w:p w14:paraId="5C4560AF" w14:textId="7C2D871A" w:rsidR="00AF53A3" w:rsidRDefault="00AF53A3">
    <w:pPr>
      <w:pStyle w:val="stBilgi"/>
    </w:pPr>
  </w:p>
  <w:p w14:paraId="594D1BD3" w14:textId="77777777" w:rsidR="00AF53A3" w:rsidRDefault="00AF53A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554200028">
    <w:abstractNumId w:val="8"/>
  </w:num>
  <w:num w:numId="2" w16cid:durableId="723135967">
    <w:abstractNumId w:val="6"/>
  </w:num>
  <w:num w:numId="3" w16cid:durableId="1814758774">
    <w:abstractNumId w:val="5"/>
  </w:num>
  <w:num w:numId="4" w16cid:durableId="1241134221">
    <w:abstractNumId w:val="4"/>
  </w:num>
  <w:num w:numId="5" w16cid:durableId="965963797">
    <w:abstractNumId w:val="7"/>
  </w:num>
  <w:num w:numId="6" w16cid:durableId="2142383651">
    <w:abstractNumId w:val="3"/>
  </w:num>
  <w:num w:numId="7" w16cid:durableId="21052271">
    <w:abstractNumId w:val="2"/>
  </w:num>
  <w:num w:numId="8" w16cid:durableId="505708141">
    <w:abstractNumId w:val="1"/>
  </w:num>
  <w:num w:numId="9" w16cid:durableId="1369332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3BD3"/>
    <w:rsid w:val="00124218"/>
    <w:rsid w:val="0015074B"/>
    <w:rsid w:val="001567A3"/>
    <w:rsid w:val="001A668A"/>
    <w:rsid w:val="00214460"/>
    <w:rsid w:val="002377E3"/>
    <w:rsid w:val="0025529D"/>
    <w:rsid w:val="0029639D"/>
    <w:rsid w:val="00326F90"/>
    <w:rsid w:val="00350BF0"/>
    <w:rsid w:val="003D678A"/>
    <w:rsid w:val="004710E6"/>
    <w:rsid w:val="0049466B"/>
    <w:rsid w:val="005B2152"/>
    <w:rsid w:val="006A3593"/>
    <w:rsid w:val="006C17B4"/>
    <w:rsid w:val="0073159B"/>
    <w:rsid w:val="00780547"/>
    <w:rsid w:val="008831BD"/>
    <w:rsid w:val="008C3143"/>
    <w:rsid w:val="00920C53"/>
    <w:rsid w:val="009A140A"/>
    <w:rsid w:val="00AA1D8D"/>
    <w:rsid w:val="00AF53A3"/>
    <w:rsid w:val="00B47730"/>
    <w:rsid w:val="00B71931"/>
    <w:rsid w:val="00C44877"/>
    <w:rsid w:val="00C6718A"/>
    <w:rsid w:val="00CB0664"/>
    <w:rsid w:val="00D00C18"/>
    <w:rsid w:val="00D07467"/>
    <w:rsid w:val="00DE3D0A"/>
    <w:rsid w:val="00EA4814"/>
    <w:rsid w:val="00EB2BB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9EA2FE"/>
  <w14:defaultImageDpi w14:val="300"/>
  <w15:docId w15:val="{C2847196-2C28-4146-8CD9-2BCEA683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tabs>
        <w:tab w:val="clear" w:pos="720"/>
        <w:tab w:val="num" w:pos="360"/>
      </w:tabs>
      <w:ind w:left="0" w:firstLine="0"/>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196</Words>
  <Characters>1121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ACER</cp:lastModifiedBy>
  <cp:revision>6</cp:revision>
  <dcterms:created xsi:type="dcterms:W3CDTF">2026-07-27T10:46:00Z</dcterms:created>
  <dcterms:modified xsi:type="dcterms:W3CDTF">2026-08-03T12:31:00Z</dcterms:modified>
  <cp:category/>
</cp:coreProperties>
</file>