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72BD0" w14:paraId="0B11984C" w14:textId="77777777" w:rsidTr="00172BD0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72BD0" w:rsidRDefault="00172BD0" w:rsidP="00172BD0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72BD0" w:rsidRDefault="00172BD0" w:rsidP="00172BD0">
            <w:pPr>
              <w:jc w:val="center"/>
            </w:pPr>
          </w:p>
        </w:tc>
      </w:tr>
      <w:tr w:rsidR="00172BD0" w14:paraId="36CA8615" w14:textId="77777777" w:rsidTr="00172BD0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72BD0" w:rsidRDefault="00172BD0" w:rsidP="00172BD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72BD0" w:rsidRDefault="00172BD0" w:rsidP="00172BD0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172BD0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172BD0" w:rsidRDefault="00172BD0" w:rsidP="00172BD0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71A08847" w:rsidR="00172BD0" w:rsidRDefault="00172BD0" w:rsidP="00172BD0">
            <w:r>
              <w:rPr>
                <w:rFonts w:ascii="Cambria" w:hAnsi="Cambria" w:cs="Segoe UI"/>
                <w:color w:val="000000"/>
              </w:rPr>
              <w:t xml:space="preserve">Jüri </w:t>
            </w:r>
            <w:proofErr w:type="spellStart"/>
            <w:r>
              <w:rPr>
                <w:rFonts w:ascii="Cambria" w:hAnsi="Cambria" w:cs="Segoe UI"/>
                <w:color w:val="000000"/>
              </w:rPr>
              <w:t>üyesine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ait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72BD0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172BD0" w:rsidRDefault="00172BD0" w:rsidP="00172BD0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41FD208A" w:rsidR="00172BD0" w:rsidRDefault="00172BD0" w:rsidP="00172BD0">
            <w:r>
              <w:rPr>
                <w:rFonts w:ascii="Cambria" w:hAnsi="Cambria" w:cs="Segoe UI"/>
                <w:color w:val="000000"/>
              </w:rPr>
              <w:t xml:space="preserve">Jüri </w:t>
            </w:r>
            <w:proofErr w:type="spellStart"/>
            <w:r>
              <w:rPr>
                <w:rFonts w:ascii="Cambria" w:hAnsi="Cambria" w:cs="Segoe UI"/>
                <w:color w:val="000000"/>
              </w:rPr>
              <w:t>Üyeliği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Ücret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Beyan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Formu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hallerde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harcama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yetkilisince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görülmüş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matrahı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yıllık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sayısı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(6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6 dan </w:t>
            </w:r>
            <w:proofErr w:type="spellStart"/>
            <w:r>
              <w:rPr>
                <w:rFonts w:ascii="Cambria" w:hAnsi="Cambria" w:cs="Segoe UI"/>
                <w:color w:val="000000"/>
              </w:rPr>
              <w:t>az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mevzuata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72BD0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172BD0" w:rsidRDefault="00172BD0" w:rsidP="00172BD0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10D74E97" w:rsidR="00172BD0" w:rsidRDefault="00172BD0" w:rsidP="00172BD0">
            <w:proofErr w:type="spellStart"/>
            <w:r w:rsidRPr="00172BD0">
              <w:rPr>
                <w:rFonts w:ascii="Cambria" w:hAnsi="Cambria" w:cs="Segoe UI"/>
                <w:color w:val="000000"/>
              </w:rPr>
              <w:t>Çeşitli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Ödemeler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Bordrosu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jüri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üyeliği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ücreti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memur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aylık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katsayısı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ve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gösterge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rakamı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(3.000)</w:t>
            </w:r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esas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alınarak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hesaplanmış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gelir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ve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damga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kesintileri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uygulanmış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ve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bordro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ilgililerce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imzalanmış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 w:rsidRPr="00172BD0">
              <w:rPr>
                <w:rFonts w:ascii="Cambria" w:hAnsi="Cambria" w:cs="Segoe UI"/>
                <w:color w:val="000000"/>
              </w:rPr>
              <w:t>mı</w:t>
            </w:r>
            <w:proofErr w:type="spellEnd"/>
            <w:r w:rsidRPr="00172BD0"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72BD0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172BD0" w:rsidRDefault="00172BD0" w:rsidP="00172BD0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3C844763" w:rsidR="00172BD0" w:rsidRDefault="00172BD0" w:rsidP="00172BD0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Ücret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Beyan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Formundaki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uyumlu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72BD0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172BD0" w:rsidRDefault="00172BD0" w:rsidP="00172BD0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39B38080" w:rsidR="00172BD0" w:rsidRDefault="00172BD0" w:rsidP="00172BD0"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Detay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Kodu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seçilmiş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72BD0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172BD0" w:rsidRDefault="00172BD0" w:rsidP="00172BD0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365578AE" w:rsidR="00172BD0" w:rsidRDefault="00172BD0" w:rsidP="00172BD0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çizelgesine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devri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buna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72BD0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172BD0" w:rsidRDefault="00172BD0" w:rsidP="00172BD0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76E10379" w:rsidR="00172BD0" w:rsidRDefault="00172BD0" w:rsidP="00172BD0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72BD0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172BD0" w:rsidRDefault="00172BD0" w:rsidP="00172BD0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411C9824" w:rsidR="00172BD0" w:rsidRDefault="00172BD0" w:rsidP="00172BD0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172BD0" w:rsidRDefault="00172BD0" w:rsidP="00172BD0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 xml:space="preserve">Kamu Ön Malî Kontrol Yönetmeliği’nin 6’ncı maddesi kapsamında; ödeme emri belgesi ve eki belgeler bütçe ilke ve esasları, ilgili mevzuat ve kamu iç kontrol standartları yönünden kontrol edilmiş olup uygun </w:t>
      </w:r>
      <w:proofErr w:type="gramStart"/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görülmüştür</w:t>
      </w:r>
      <w:proofErr w:type="gramEnd"/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1165" w14:textId="77777777" w:rsidR="00E00E1D" w:rsidRDefault="00E00E1D" w:rsidP="00737F16">
      <w:pPr>
        <w:spacing w:after="0" w:line="240" w:lineRule="auto"/>
      </w:pPr>
      <w:r>
        <w:separator/>
      </w:r>
    </w:p>
  </w:endnote>
  <w:endnote w:type="continuationSeparator" w:id="0">
    <w:p w14:paraId="2F9C712B" w14:textId="77777777" w:rsidR="00E00E1D" w:rsidRDefault="00E00E1D" w:rsidP="0073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737F16" w:rsidRPr="007A5A35" w14:paraId="15542B29" w14:textId="77777777" w:rsidTr="00E848BE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673BA0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674225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613C55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737F16" w:rsidRPr="007A5A35" w14:paraId="3E0FAEDF" w14:textId="77777777" w:rsidTr="00E848BE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088E69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4C316B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E109ACE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2732DA6" w14:textId="01A155DA" w:rsidR="00737F16" w:rsidRDefault="00737F16">
    <w:pPr>
      <w:pStyle w:val="AltBilgi"/>
    </w:pPr>
  </w:p>
  <w:p w14:paraId="5DD7F3D6" w14:textId="77777777" w:rsidR="00737F16" w:rsidRDefault="00737F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80725" w14:textId="77777777" w:rsidR="00E00E1D" w:rsidRDefault="00E00E1D" w:rsidP="00737F16">
      <w:pPr>
        <w:spacing w:after="0" w:line="240" w:lineRule="auto"/>
      </w:pPr>
      <w:r>
        <w:separator/>
      </w:r>
    </w:p>
  </w:footnote>
  <w:footnote w:type="continuationSeparator" w:id="0">
    <w:p w14:paraId="3BCFB1DA" w14:textId="77777777" w:rsidR="00E00E1D" w:rsidRDefault="00E00E1D" w:rsidP="00737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737F16" w:rsidRPr="007A5A35" w14:paraId="33C9CF6C" w14:textId="77777777" w:rsidTr="00E848BE">
      <w:trPr>
        <w:trHeight w:val="261"/>
      </w:trPr>
      <w:tc>
        <w:tcPr>
          <w:tcW w:w="1676" w:type="dxa"/>
          <w:vMerge w:val="restart"/>
          <w:vAlign w:val="center"/>
        </w:tcPr>
        <w:p w14:paraId="256B6A92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29E1D68E" wp14:editId="57F0D310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24E417B7" w14:textId="6126B52B" w:rsidR="00737F16" w:rsidRPr="00737F16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737F16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JÜRİ ÜYELİĞİ ÖDEMELERİNE </w:t>
          </w:r>
          <w:r w:rsidRPr="00737F16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5D6E958E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766C4CC3" w14:textId="3FD16015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68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</w:p>
      </w:tc>
    </w:tr>
    <w:tr w:rsidR="00737F16" w:rsidRPr="007A5A35" w14:paraId="6A2EAA34" w14:textId="77777777" w:rsidTr="00E848BE">
      <w:trPr>
        <w:trHeight w:val="261"/>
      </w:trPr>
      <w:tc>
        <w:tcPr>
          <w:tcW w:w="1676" w:type="dxa"/>
          <w:vMerge/>
          <w:vAlign w:val="center"/>
        </w:tcPr>
        <w:p w14:paraId="6027425E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D29EBB6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C447D9C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5A939101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737F16" w:rsidRPr="007A5A35" w14:paraId="0F2209E4" w14:textId="77777777" w:rsidTr="00E848BE">
      <w:trPr>
        <w:trHeight w:val="261"/>
      </w:trPr>
      <w:tc>
        <w:tcPr>
          <w:tcW w:w="1676" w:type="dxa"/>
          <w:vMerge/>
          <w:vAlign w:val="center"/>
        </w:tcPr>
        <w:p w14:paraId="1B447ABD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D256314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E56B582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2F7DFB64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737F16" w:rsidRPr="007A5A35" w14:paraId="1B0AC8EC" w14:textId="77777777" w:rsidTr="00E848BE">
      <w:trPr>
        <w:trHeight w:val="261"/>
      </w:trPr>
      <w:tc>
        <w:tcPr>
          <w:tcW w:w="1676" w:type="dxa"/>
          <w:vMerge/>
          <w:vAlign w:val="center"/>
        </w:tcPr>
        <w:p w14:paraId="27E22C26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AC469C0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C19AA37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0FA3D40E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737F16" w:rsidRPr="007A5A35" w14:paraId="50AA21DC" w14:textId="77777777" w:rsidTr="00E848BE">
      <w:trPr>
        <w:trHeight w:val="261"/>
      </w:trPr>
      <w:tc>
        <w:tcPr>
          <w:tcW w:w="1676" w:type="dxa"/>
          <w:vMerge/>
          <w:vAlign w:val="center"/>
        </w:tcPr>
        <w:p w14:paraId="07CAC32E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8AE6D18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69BD9BB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43FCB49F" w14:textId="77777777" w:rsidR="00737F16" w:rsidRPr="007A5A35" w:rsidRDefault="00737F16" w:rsidP="00737F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C34D974" w14:textId="3C65B8B2" w:rsidR="00737F16" w:rsidRDefault="00737F16">
    <w:pPr>
      <w:pStyle w:val="stBilgi"/>
    </w:pPr>
  </w:p>
  <w:p w14:paraId="7B81E730" w14:textId="77777777" w:rsidR="00737F16" w:rsidRDefault="00737F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72BD0"/>
    <w:rsid w:val="001A668A"/>
    <w:rsid w:val="00214460"/>
    <w:rsid w:val="002377E3"/>
    <w:rsid w:val="0025529D"/>
    <w:rsid w:val="0029639D"/>
    <w:rsid w:val="00326F90"/>
    <w:rsid w:val="00350BF0"/>
    <w:rsid w:val="003D678A"/>
    <w:rsid w:val="004710E6"/>
    <w:rsid w:val="0049466B"/>
    <w:rsid w:val="005B2152"/>
    <w:rsid w:val="006A3593"/>
    <w:rsid w:val="006C17B4"/>
    <w:rsid w:val="0073159B"/>
    <w:rsid w:val="00737F16"/>
    <w:rsid w:val="00780547"/>
    <w:rsid w:val="008831BD"/>
    <w:rsid w:val="00920C53"/>
    <w:rsid w:val="009A140A"/>
    <w:rsid w:val="00AA1D8D"/>
    <w:rsid w:val="00B47730"/>
    <w:rsid w:val="00B71931"/>
    <w:rsid w:val="00C6718A"/>
    <w:rsid w:val="00CB0664"/>
    <w:rsid w:val="00D00C18"/>
    <w:rsid w:val="00D07467"/>
    <w:rsid w:val="00DE3D0A"/>
    <w:rsid w:val="00E00E1D"/>
    <w:rsid w:val="00EA4814"/>
    <w:rsid w:val="00EB2BB1"/>
    <w:rsid w:val="00FC693F"/>
    <w:rsid w:val="00F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2026-08-03T14:10:00Z</dcterms:modified>
  <cp:category/>
</cp:coreProperties>
</file>