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6D18AC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6D18AC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6E1174" w14:paraId="6048EF0C" w14:textId="77777777" w:rsidTr="00C92A48">
        <w:trPr>
          <w:jc w:val="center"/>
        </w:trPr>
        <w:tc>
          <w:tcPr>
            <w:tcW w:w="810" w:type="dxa"/>
            <w:vAlign w:val="center"/>
          </w:tcPr>
          <w:p w14:paraId="780F2872" w14:textId="77777777" w:rsidR="006E1174" w:rsidRDefault="006E1174" w:rsidP="006E1174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105A2314" w:rsidR="006E1174" w:rsidRDefault="006E1174" w:rsidP="006E1174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Belgesi'ndeki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bütçe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tertibi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kodları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damga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detay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kodu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seçilmiş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  <w:r w:rsidR="00CD18F1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CD18F1" w:rsidRPr="00CD18F1">
              <w:rPr>
                <w:rFonts w:ascii="Cambria" w:hAnsi="Cambria" w:cs="Segoe UI"/>
                <w:color w:val="000000"/>
              </w:rPr>
              <w:t>Alıcı</w:t>
            </w:r>
            <w:proofErr w:type="spellEnd"/>
            <w:r w:rsidR="00CD18F1" w:rsidRPr="00CD18F1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CD18F1" w:rsidRPr="00CD18F1">
              <w:rPr>
                <w:rFonts w:ascii="Cambria" w:hAnsi="Cambria" w:cs="Segoe UI"/>
                <w:color w:val="000000"/>
              </w:rPr>
              <w:t>bilgilerinde</w:t>
            </w:r>
            <w:proofErr w:type="spellEnd"/>
            <w:r w:rsidR="00CD18F1" w:rsidRPr="00CD18F1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CD18F1" w:rsidRPr="00CD18F1">
              <w:rPr>
                <w:rFonts w:ascii="Cambria" w:hAnsi="Cambria" w:cs="Segoe UI"/>
                <w:color w:val="000000"/>
              </w:rPr>
              <w:t>birim</w:t>
            </w:r>
            <w:proofErr w:type="spellEnd"/>
            <w:r w:rsidR="00CD18F1" w:rsidRPr="00CD18F1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CD18F1" w:rsidRPr="00CD18F1">
              <w:rPr>
                <w:rFonts w:ascii="Cambria" w:hAnsi="Cambria" w:cs="Segoe UI"/>
                <w:color w:val="000000"/>
              </w:rPr>
              <w:t>İBANı</w:t>
            </w:r>
            <w:proofErr w:type="spellEnd"/>
            <w:r w:rsidR="00CD18F1" w:rsidRPr="00CD18F1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="00CD18F1" w:rsidRPr="00CD18F1"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 w:rsidR="00CD18F1" w:rsidRPr="00CD18F1"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41E6518E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3CA18D91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28DBB22F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1174" w14:paraId="3AF0B689" w14:textId="77777777" w:rsidTr="00C92A48">
        <w:trPr>
          <w:jc w:val="center"/>
        </w:trPr>
        <w:tc>
          <w:tcPr>
            <w:tcW w:w="810" w:type="dxa"/>
            <w:vAlign w:val="center"/>
          </w:tcPr>
          <w:p w14:paraId="690795E5" w14:textId="77777777" w:rsidR="006E1174" w:rsidRDefault="006E1174" w:rsidP="006E1174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31F08FE9" w:rsidR="006E1174" w:rsidRDefault="006E1174" w:rsidP="006E1174">
            <w:proofErr w:type="spellStart"/>
            <w:r>
              <w:rPr>
                <w:rFonts w:ascii="Cambria" w:hAnsi="Cambria" w:cs="Segoe UI"/>
                <w:color w:val="000000"/>
              </w:rPr>
              <w:t>Bordro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Harcama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Talimatı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Onay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Puantaj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Banka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gelir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damga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istisna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raporları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engellilik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indirimi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Toplu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Sözleşmesi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protokol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yenilemelerine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35033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4507631C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008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6717017F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92773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1CE042C3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1174" w14:paraId="4116D98B" w14:textId="77777777" w:rsidTr="00C92A48">
        <w:trPr>
          <w:jc w:val="center"/>
        </w:trPr>
        <w:tc>
          <w:tcPr>
            <w:tcW w:w="810" w:type="dxa"/>
            <w:vAlign w:val="center"/>
          </w:tcPr>
          <w:p w14:paraId="3F978920" w14:textId="77777777" w:rsidR="006E1174" w:rsidRDefault="006E1174" w:rsidP="006E1174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74CDAF04" w:rsidR="006E1174" w:rsidRDefault="006E1174" w:rsidP="006E1174">
            <w:r>
              <w:rPr>
                <w:rFonts w:ascii="Cambria" w:hAnsi="Cambria" w:cs="Segoe UI"/>
                <w:color w:val="000000"/>
              </w:rPr>
              <w:t xml:space="preserve">BES, </w:t>
            </w:r>
            <w:proofErr w:type="spellStart"/>
            <w:r>
              <w:rPr>
                <w:rFonts w:ascii="Cambria" w:hAnsi="Cambria" w:cs="Segoe UI"/>
                <w:color w:val="000000"/>
              </w:rPr>
              <w:t>sendika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icra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kişi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borcu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kesintilerine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dayanak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 (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varsa</w:t>
            </w:r>
            <w:proofErr w:type="spellEnd"/>
            <w:r>
              <w:rPr>
                <w:rFonts w:ascii="Cambria" w:hAnsi="Cambria" w:cs="Segoe UI"/>
                <w:color w:val="000000"/>
              </w:rPr>
              <w:t>)</w:t>
            </w:r>
          </w:p>
        </w:tc>
        <w:sdt>
          <w:sdtPr>
            <w:rPr>
              <w:sz w:val="18"/>
              <w:szCs w:val="18"/>
            </w:rPr>
            <w:id w:val="1596747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0768AEFC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2017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4DC0F871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97462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485A6C67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1174" w14:paraId="6B423030" w14:textId="77777777" w:rsidTr="00C92A48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6E1174" w:rsidRDefault="006E1174" w:rsidP="006E1174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11C01056" w:rsidR="006E1174" w:rsidRDefault="006E1174" w:rsidP="006E1174">
            <w:r>
              <w:rPr>
                <w:rFonts w:ascii="Cambria" w:hAnsi="Cambria" w:cs="Segoe UI"/>
                <w:color w:val="000000"/>
              </w:rPr>
              <w:t xml:space="preserve">Yeni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başlayan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ücretsiz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izin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dönüşü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başlayan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işten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ücretsiz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izne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giriş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işten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ayrılış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başlama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ücretsiz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izin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özlük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667706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1B8880AD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74740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36C70098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94743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631A1D6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1174" w14:paraId="141FBE90" w14:textId="77777777" w:rsidTr="00C92A48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6E1174" w:rsidRDefault="006E1174" w:rsidP="006E1174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103F6BAB" w:rsidR="006E1174" w:rsidRDefault="006E1174" w:rsidP="006E1174">
            <w:proofErr w:type="spellStart"/>
            <w:r>
              <w:rPr>
                <w:rFonts w:ascii="Cambria" w:hAnsi="Cambria" w:cs="Segoe UI"/>
                <w:color w:val="000000"/>
              </w:rPr>
              <w:t>Bireysel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Emeklilik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Sistemi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(BES)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otomatik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katılım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hesabı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açılmış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sendika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üyeliğine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işlemler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tamamlanmış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 (</w:t>
            </w:r>
            <w:proofErr w:type="spellStart"/>
            <w:r>
              <w:rPr>
                <w:rFonts w:ascii="Cambria" w:hAnsi="Cambria" w:cs="Segoe UI"/>
                <w:color w:val="000000"/>
              </w:rPr>
              <w:t>İlgili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için</w:t>
            </w:r>
            <w:proofErr w:type="spellEnd"/>
            <w:r>
              <w:rPr>
                <w:rFonts w:ascii="Cambria" w:hAnsi="Cambria" w:cs="Segoe UI"/>
                <w:color w:val="000000"/>
              </w:rPr>
              <w:t>)</w:t>
            </w:r>
          </w:p>
        </w:tc>
        <w:sdt>
          <w:sdtPr>
            <w:rPr>
              <w:sz w:val="18"/>
              <w:szCs w:val="18"/>
            </w:rPr>
            <w:id w:val="-2100708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700B6A61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2975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40943BDB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1425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0F74A42F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1174" w14:paraId="7D40B154" w14:textId="77777777" w:rsidTr="00C92A48">
        <w:trPr>
          <w:jc w:val="center"/>
        </w:trPr>
        <w:tc>
          <w:tcPr>
            <w:tcW w:w="810" w:type="dxa"/>
            <w:vAlign w:val="center"/>
          </w:tcPr>
          <w:p w14:paraId="20DE44B9" w14:textId="77777777" w:rsidR="006E1174" w:rsidRDefault="006E1174" w:rsidP="006E1174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6C1229FA" w:rsidR="006E1174" w:rsidRDefault="006E1174" w:rsidP="006E1174">
            <w:proofErr w:type="spellStart"/>
            <w:r>
              <w:rPr>
                <w:rFonts w:ascii="Cambria" w:hAnsi="Cambria" w:cs="Segoe UI"/>
                <w:color w:val="000000"/>
              </w:rPr>
              <w:t>Aile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çocuk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yardımı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sendika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üyeliği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özlük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bilgilerindeki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değişiklikler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güncellenmiş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buna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60105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EA3E74D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96784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13C51E1A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35427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17F6EDB2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1174" w14:paraId="64CC9416" w14:textId="77777777" w:rsidTr="00C92A48">
        <w:trPr>
          <w:jc w:val="center"/>
        </w:trPr>
        <w:tc>
          <w:tcPr>
            <w:tcW w:w="810" w:type="dxa"/>
            <w:vAlign w:val="center"/>
          </w:tcPr>
          <w:p w14:paraId="35DFEE49" w14:textId="77777777" w:rsidR="006E1174" w:rsidRDefault="006E1174" w:rsidP="006E1174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0FE15821" w:rsidR="006E1174" w:rsidRDefault="006E1174" w:rsidP="006E1174">
            <w:proofErr w:type="spellStart"/>
            <w:r>
              <w:rPr>
                <w:rFonts w:ascii="Cambria" w:hAnsi="Cambria" w:cs="Segoe UI"/>
                <w:color w:val="000000"/>
              </w:rPr>
              <w:t>Vergi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indirimine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esas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sigorta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poliçeleri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poliçelerin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birikim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içerip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içermediği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edilmiş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2003885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51330BFF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5909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2D681823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6820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13ACAAE0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1174" w14:paraId="5B5E3A95" w14:textId="77777777" w:rsidTr="00C92A48">
        <w:trPr>
          <w:jc w:val="center"/>
        </w:trPr>
        <w:tc>
          <w:tcPr>
            <w:tcW w:w="810" w:type="dxa"/>
            <w:vAlign w:val="center"/>
          </w:tcPr>
          <w:p w14:paraId="1759FB24" w14:textId="77777777" w:rsidR="006E1174" w:rsidRDefault="006E1174" w:rsidP="006E1174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52FEAAA7" w:rsidR="006E1174" w:rsidRDefault="006E1174" w:rsidP="006E1174">
            <w:r>
              <w:rPr>
                <w:rFonts w:ascii="Cambria" w:hAnsi="Cambria" w:cs="Segoe UI"/>
                <w:color w:val="000000"/>
              </w:rPr>
              <w:t xml:space="preserve">Manuel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doğum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ölüm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bayram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yardımı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gibi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düzenli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olmayan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ödemelere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dayanak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901337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6E298895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25105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2AB0DD2E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10389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46EC5CC4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1174" w14:paraId="75AB4112" w14:textId="77777777" w:rsidTr="00C92A48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6E1174" w:rsidRDefault="006E1174" w:rsidP="006E1174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0EE59925" w:rsidR="006E1174" w:rsidRDefault="006E1174" w:rsidP="006E1174">
            <w:proofErr w:type="spellStart"/>
            <w:r>
              <w:rPr>
                <w:rFonts w:ascii="Cambria" w:hAnsi="Cambria" w:cs="Segoe UI"/>
                <w:color w:val="000000"/>
              </w:rPr>
              <w:t>Toplu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Sözleşmesi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kapsamında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ek </w:t>
            </w:r>
            <w:proofErr w:type="spellStart"/>
            <w:r>
              <w:rPr>
                <w:rFonts w:ascii="Cambria" w:hAnsi="Cambria" w:cs="Segoe UI"/>
                <w:color w:val="000000"/>
              </w:rPr>
              <w:t>sosyal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yardım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ikramiye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ilave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tediye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dönemsel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mevzuatına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dönemi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belirlenmiş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dayanak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50063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16EFF0B0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8328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301C493B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38378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55AD3888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1174" w14:paraId="379624CB" w14:textId="77777777" w:rsidTr="00C92A48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6E1174" w:rsidRDefault="006E1174" w:rsidP="006E1174">
            <w:pPr>
              <w:jc w:val="center"/>
            </w:pPr>
            <w:r>
              <w:t>10</w:t>
            </w:r>
          </w:p>
        </w:tc>
        <w:tc>
          <w:tcPr>
            <w:tcW w:w="6608" w:type="dxa"/>
          </w:tcPr>
          <w:p w14:paraId="136058EF" w14:textId="1930D711" w:rsidR="006E1174" w:rsidRDefault="006E1174" w:rsidP="006E1174">
            <w:proofErr w:type="spellStart"/>
            <w:r>
              <w:rPr>
                <w:rFonts w:ascii="Cambria" w:hAnsi="Cambria" w:cs="Segoe UI"/>
                <w:color w:val="000000"/>
              </w:rPr>
              <w:t>Güvenlik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ait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fazla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çalışma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mevzuata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buna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puantaj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325894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1917DFD1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3410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5C753379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00992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26D2E0B4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1174" w14:paraId="4A2F651D" w14:textId="77777777" w:rsidTr="00C92A48">
        <w:trPr>
          <w:jc w:val="center"/>
        </w:trPr>
        <w:tc>
          <w:tcPr>
            <w:tcW w:w="810" w:type="dxa"/>
            <w:vAlign w:val="center"/>
          </w:tcPr>
          <w:p w14:paraId="160E3E2A" w14:textId="77777777" w:rsidR="006E1174" w:rsidRDefault="006E1174" w:rsidP="006E1174">
            <w:pPr>
              <w:jc w:val="center"/>
            </w:pPr>
            <w:r>
              <w:t>11</w:t>
            </w:r>
          </w:p>
        </w:tc>
        <w:tc>
          <w:tcPr>
            <w:tcW w:w="6608" w:type="dxa"/>
          </w:tcPr>
          <w:p w14:paraId="3B73907F" w14:textId="01B76A9E" w:rsidR="006E1174" w:rsidRDefault="006E1174" w:rsidP="006E1174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Belgesi'ndeki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çizelgesine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olup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devri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buna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343282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B7B3DAA" w14:textId="65E6F460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1502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1F98152" w14:textId="349B6B7D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5088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E2E31A" w14:textId="13545B95" w:rsidR="006E1174" w:rsidRDefault="006E1174" w:rsidP="006E11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045CBC56" w:rsidR="0049466B" w:rsidRDefault="00000000" w:rsidP="006D18AC">
      <w:pPr>
        <w:spacing w:after="0"/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lastRenderedPageBreak/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6CF86707" w14:textId="77777777" w:rsidR="006D18AC" w:rsidRDefault="006D18AC" w:rsidP="006D18AC">
      <w:pPr>
        <w:spacing w:after="0"/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</w:p>
    <w:p w14:paraId="15E3E923" w14:textId="77777777" w:rsidR="00D07467" w:rsidRDefault="00000000" w:rsidP="00D07467">
      <w:pPr>
        <w:ind w:left="3600"/>
        <w:rPr>
          <w:b/>
          <w:bCs/>
        </w:rPr>
      </w:pP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D07467">
        <w:tab/>
      </w:r>
      <w:r>
        <w:t>:</w:t>
      </w:r>
      <w:r>
        <w:br/>
      </w:r>
      <w:proofErr w:type="spellStart"/>
      <w:r>
        <w:t>Unvanı</w:t>
      </w:r>
      <w:proofErr w:type="spellEnd"/>
      <w:r>
        <w:t xml:space="preserve">: </w:t>
      </w:r>
      <w:r w:rsidR="00D07467">
        <w:tab/>
        <w:t>:</w:t>
      </w:r>
      <w:r>
        <w:br/>
      </w:r>
      <w:proofErr w:type="spellStart"/>
      <w:r>
        <w:t>İmza</w:t>
      </w:r>
      <w:proofErr w:type="spellEnd"/>
      <w:r w:rsidR="00D07467">
        <w:tab/>
      </w:r>
      <w:r w:rsidR="00D07467">
        <w:tab/>
      </w:r>
      <w:r>
        <w:t>:</w:t>
      </w:r>
    </w:p>
    <w:sectPr w:rsidR="00123BD3" w:rsidSect="006D18AC">
      <w:headerReference w:type="default" r:id="rId8"/>
      <w:footerReference w:type="default" r:id="rId9"/>
      <w:pgSz w:w="12240" w:h="15840"/>
      <w:pgMar w:top="1440" w:right="850" w:bottom="1440" w:left="850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0DD98" w14:textId="77777777" w:rsidR="00674E3E" w:rsidRDefault="00674E3E" w:rsidP="006D18AC">
      <w:pPr>
        <w:spacing w:after="0" w:line="240" w:lineRule="auto"/>
      </w:pPr>
      <w:r>
        <w:separator/>
      </w:r>
    </w:p>
  </w:endnote>
  <w:endnote w:type="continuationSeparator" w:id="0">
    <w:p w14:paraId="7B98A327" w14:textId="77777777" w:rsidR="00674E3E" w:rsidRDefault="00674E3E" w:rsidP="006D1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6D18AC" w:rsidRPr="007A5A35" w14:paraId="63AE9DB6" w14:textId="77777777" w:rsidTr="0025334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3D9D7B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CF19ED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B227350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6D18AC" w:rsidRPr="007A5A35" w14:paraId="5415D9EB" w14:textId="77777777" w:rsidTr="0025334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E548EA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2B097B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51790AB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11EB58B4" w14:textId="0D6555F6" w:rsidR="006D18AC" w:rsidRDefault="006D18AC">
    <w:pPr>
      <w:pStyle w:val="AltBilgi"/>
    </w:pPr>
  </w:p>
  <w:p w14:paraId="6ABFB95D" w14:textId="77777777" w:rsidR="006D18AC" w:rsidRDefault="006D18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BB401" w14:textId="77777777" w:rsidR="00674E3E" w:rsidRDefault="00674E3E" w:rsidP="006D18AC">
      <w:pPr>
        <w:spacing w:after="0" w:line="240" w:lineRule="auto"/>
      </w:pPr>
      <w:r>
        <w:separator/>
      </w:r>
    </w:p>
  </w:footnote>
  <w:footnote w:type="continuationSeparator" w:id="0">
    <w:p w14:paraId="6959E849" w14:textId="77777777" w:rsidR="00674E3E" w:rsidRDefault="00674E3E" w:rsidP="006D1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6D18AC" w:rsidRPr="007A5A35" w14:paraId="603B7EDE" w14:textId="77777777" w:rsidTr="00253340">
      <w:trPr>
        <w:trHeight w:val="261"/>
      </w:trPr>
      <w:tc>
        <w:tcPr>
          <w:tcW w:w="1676" w:type="dxa"/>
          <w:vMerge w:val="restart"/>
          <w:vAlign w:val="center"/>
        </w:tcPr>
        <w:p w14:paraId="0262B89B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1A3BBB97" wp14:editId="009846EF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2050BC32" w14:textId="0F6C2B68" w:rsidR="006D18AC" w:rsidRPr="00CD73B4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6D18AC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>SÜREKLİ İŞÇİ MAAŞ ÖDEMELERİNE İLİŞKİN ÖN MALİ KONTROL LİSTE FORMU</w:t>
          </w:r>
        </w:p>
      </w:tc>
      <w:tc>
        <w:tcPr>
          <w:tcW w:w="2126" w:type="dxa"/>
          <w:vAlign w:val="center"/>
        </w:tcPr>
        <w:p w14:paraId="5450923F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320761B1" w14:textId="40602FEE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64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</w:p>
      </w:tc>
    </w:tr>
    <w:tr w:rsidR="006D18AC" w:rsidRPr="007A5A35" w14:paraId="6D094921" w14:textId="77777777" w:rsidTr="00253340">
      <w:trPr>
        <w:trHeight w:val="261"/>
      </w:trPr>
      <w:tc>
        <w:tcPr>
          <w:tcW w:w="1676" w:type="dxa"/>
          <w:vMerge/>
          <w:vAlign w:val="center"/>
        </w:tcPr>
        <w:p w14:paraId="657EF3FF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2636650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A58DB63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4DE53403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6D18AC" w:rsidRPr="007A5A35" w14:paraId="1AE3C454" w14:textId="77777777" w:rsidTr="00253340">
      <w:trPr>
        <w:trHeight w:val="261"/>
      </w:trPr>
      <w:tc>
        <w:tcPr>
          <w:tcW w:w="1676" w:type="dxa"/>
          <w:vMerge/>
          <w:vAlign w:val="center"/>
        </w:tcPr>
        <w:p w14:paraId="1847625D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5954881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B0B319D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077B2915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6D18AC" w:rsidRPr="007A5A35" w14:paraId="0C50793D" w14:textId="77777777" w:rsidTr="00253340">
      <w:trPr>
        <w:trHeight w:val="261"/>
      </w:trPr>
      <w:tc>
        <w:tcPr>
          <w:tcW w:w="1676" w:type="dxa"/>
          <w:vMerge/>
          <w:vAlign w:val="center"/>
        </w:tcPr>
        <w:p w14:paraId="2EEF78BF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3F81400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F240AF5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34C5335E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6D18AC" w:rsidRPr="007A5A35" w14:paraId="742DC06B" w14:textId="77777777" w:rsidTr="00253340">
      <w:trPr>
        <w:trHeight w:val="261"/>
      </w:trPr>
      <w:tc>
        <w:tcPr>
          <w:tcW w:w="1676" w:type="dxa"/>
          <w:vMerge/>
          <w:vAlign w:val="center"/>
        </w:tcPr>
        <w:p w14:paraId="0647D5B5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CDE2B3E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22D9CA0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6ADE7B51" w14:textId="77777777" w:rsidR="006D18AC" w:rsidRPr="007A5A35" w:rsidRDefault="006D18AC" w:rsidP="006D18A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6E4FDFC1" w14:textId="77777777" w:rsidR="006D18AC" w:rsidRDefault="006D18AC">
    <w:pPr>
      <w:pStyle w:val="stBilgi"/>
    </w:pPr>
  </w:p>
  <w:p w14:paraId="62FA21C1" w14:textId="77777777" w:rsidR="006D18AC" w:rsidRDefault="006D18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2A17F2"/>
    <w:rsid w:val="00326F90"/>
    <w:rsid w:val="003406A2"/>
    <w:rsid w:val="00350BF0"/>
    <w:rsid w:val="003D678A"/>
    <w:rsid w:val="0049466B"/>
    <w:rsid w:val="00674E3E"/>
    <w:rsid w:val="006A3593"/>
    <w:rsid w:val="006C17B4"/>
    <w:rsid w:val="006D18AC"/>
    <w:rsid w:val="006E0F1E"/>
    <w:rsid w:val="006E1174"/>
    <w:rsid w:val="00780547"/>
    <w:rsid w:val="008831BD"/>
    <w:rsid w:val="009A140A"/>
    <w:rsid w:val="00AA1D8D"/>
    <w:rsid w:val="00AE3A84"/>
    <w:rsid w:val="00B47730"/>
    <w:rsid w:val="00B71931"/>
    <w:rsid w:val="00C63445"/>
    <w:rsid w:val="00CB0664"/>
    <w:rsid w:val="00CD18F1"/>
    <w:rsid w:val="00D07467"/>
    <w:rsid w:val="00DE3D0A"/>
    <w:rsid w:val="00EA48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8</cp:revision>
  <dcterms:created xsi:type="dcterms:W3CDTF">2026-07-27T07:23:00Z</dcterms:created>
  <dcterms:modified xsi:type="dcterms:W3CDTF">2026-08-03T11:22:00Z</dcterms:modified>
  <cp:category/>
</cp:coreProperties>
</file>