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FD39B5" w14:paraId="0B11984C" w14:textId="77777777" w:rsidTr="00FD39B5">
        <w:trPr>
          <w:trHeight w:val="424"/>
        </w:trPr>
        <w:tc>
          <w:tcPr>
            <w:tcW w:w="2092" w:type="dxa"/>
            <w:vAlign w:val="center"/>
          </w:tcPr>
          <w:p w14:paraId="03A26DFB" w14:textId="54A6F313" w:rsidR="00FD39B5" w:rsidRDefault="007F67AD" w:rsidP="00FD39B5">
            <w:proofErr w:type="spellStart"/>
            <w:r>
              <w:t>Harcama</w:t>
            </w:r>
            <w:proofErr w:type="spellEnd"/>
            <w:r>
              <w:t xml:space="preserve"> Birimi</w:t>
            </w:r>
            <w:bookmarkStart w:id="0" w:name="_GoBack"/>
            <w:bookmarkEnd w:id="0"/>
          </w:p>
        </w:tc>
        <w:tc>
          <w:tcPr>
            <w:tcW w:w="8438" w:type="dxa"/>
            <w:vAlign w:val="center"/>
          </w:tcPr>
          <w:p w14:paraId="0961E16C" w14:textId="77777777" w:rsidR="00FD39B5" w:rsidRDefault="00FD39B5" w:rsidP="00FD39B5">
            <w:pPr>
              <w:jc w:val="center"/>
            </w:pPr>
          </w:p>
        </w:tc>
      </w:tr>
      <w:tr w:rsidR="00FD39B5" w14:paraId="36CA8615" w14:textId="77777777" w:rsidTr="00FD39B5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FD39B5" w:rsidRDefault="00FD39B5" w:rsidP="00FD39B5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FD39B5" w:rsidRDefault="00FD39B5" w:rsidP="00FD39B5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35168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35168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35168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35168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35168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FD39B5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FD39B5" w:rsidRDefault="00FD39B5" w:rsidP="00FD39B5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60F53B3B" w:rsidR="00FD39B5" w:rsidRDefault="00FD39B5" w:rsidP="00FD39B5">
            <w:r>
              <w:rPr>
                <w:rFonts w:ascii="Cambria" w:hAnsi="Cambria" w:cs="Segoe UI"/>
                <w:color w:val="000000"/>
              </w:rPr>
              <w:t>Harcama Talimatı/Onay Belgesi mevcut, hukuki dayanağı, gerekçesi, gerçekleştirme usulü ve bütçe tertibi harcamanın niteliğine uygun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8" w:type="dxa"/>
                <w:vAlign w:val="center"/>
              </w:tcPr>
              <w:p w14:paraId="37A75345" w14:textId="7C85D55A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0" w:type="dxa"/>
                <w:vAlign w:val="center"/>
              </w:tcPr>
              <w:p w14:paraId="29324147" w14:textId="0A046D4C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07FF1803" w14:textId="7C3E2160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D39B5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FD39B5" w:rsidRDefault="00FD39B5" w:rsidP="00FD39B5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3AEE38DA" w:rsidR="00FD39B5" w:rsidRDefault="00FD39B5" w:rsidP="00FD39B5">
            <w:r>
              <w:rPr>
                <w:rFonts w:ascii="Cambria" w:hAnsi="Cambria" w:cs="Segoe UI"/>
                <w:color w:val="000000"/>
              </w:rPr>
              <w:t>Organizasyon kapsamında hakem ve sağlık personeline ödeme yapılabilmesi için Rektörlük Makamı oluru alınmış mı?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8" w:type="dxa"/>
                <w:vAlign w:val="center"/>
              </w:tcPr>
              <w:p w14:paraId="3892C90B" w14:textId="34380EA2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0" w:type="dxa"/>
                <w:vAlign w:val="center"/>
              </w:tcPr>
              <w:p w14:paraId="72376F41" w14:textId="4B7E3B59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53B3FCA9" w14:textId="53930A75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D39B5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FD39B5" w:rsidRDefault="00FD39B5" w:rsidP="00FD39B5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6007C4AE" w:rsidR="00FD39B5" w:rsidRDefault="00FD39B5" w:rsidP="00FD39B5">
            <w:r>
              <w:rPr>
                <w:rFonts w:ascii="Cambria" w:hAnsi="Cambria" w:cs="Segoe UI"/>
                <w:color w:val="000000"/>
              </w:rPr>
              <w:t>Spor organizasyonunun türüne uygun hakem ve sağlık personeli ücret tarifesi ödeme evrakına eklenmiş mi?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8" w:type="dxa"/>
                <w:vAlign w:val="center"/>
              </w:tcPr>
              <w:p w14:paraId="1350727A" w14:textId="7EF11225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0" w:type="dxa"/>
                <w:vAlign w:val="center"/>
              </w:tcPr>
              <w:p w14:paraId="10446367" w14:textId="0452A07E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2AA618EC" w14:textId="0391D12C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D39B5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FD39B5" w:rsidRDefault="00FD39B5" w:rsidP="00FD39B5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25113DF9" w:rsidR="00FD39B5" w:rsidRDefault="00FD39B5" w:rsidP="00FD39B5">
            <w:r>
              <w:rPr>
                <w:rFonts w:ascii="Cambria" w:hAnsi="Cambria" w:cs="Segoe UI"/>
                <w:color w:val="000000"/>
              </w:rPr>
              <w:t>Çeşitli Ödemeler Bordrosu mevcut, memur maaş katsayısı, ücret gösterge sayısı ve görev sayısı esas alınarak ücret hesaplaması ile damga vergisi doğru yapılmış ve bordro ilgililerce imzalanmış mı?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8" w:type="dxa"/>
                <w:vAlign w:val="center"/>
              </w:tcPr>
              <w:p w14:paraId="174FA5DC" w14:textId="594DE580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0" w:type="dxa"/>
                <w:vAlign w:val="center"/>
              </w:tcPr>
              <w:p w14:paraId="659AB439" w14:textId="01BBDF3E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7B00DD99" w14:textId="0489B412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D39B5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FD39B5" w:rsidRDefault="00FD39B5" w:rsidP="00FD39B5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21834F7A" w:rsidR="00FD39B5" w:rsidRDefault="00FD39B5" w:rsidP="00FD39B5">
            <w:r>
              <w:rPr>
                <w:rFonts w:ascii="Cambria" w:hAnsi="Cambria" w:cs="Segoe UI"/>
                <w:color w:val="000000"/>
              </w:rPr>
              <w:t>Müsabakalarda görev yapan hakemlere ait banka listesi ve görev dağılım listesi mevcut mu?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8" w:type="dxa"/>
                <w:vAlign w:val="center"/>
              </w:tcPr>
              <w:p w14:paraId="08FE0D73" w14:textId="1B460262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0" w:type="dxa"/>
                <w:vAlign w:val="center"/>
              </w:tcPr>
              <w:p w14:paraId="1556996C" w14:textId="293E3ED1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364870E4" w14:textId="5306D05B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D39B5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FD39B5" w:rsidRDefault="00FD39B5" w:rsidP="00FD39B5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02A3EEFB" w:rsidR="00FD39B5" w:rsidRDefault="00FD39B5" w:rsidP="00FD39B5">
            <w:r>
              <w:rPr>
                <w:rFonts w:ascii="Cambria" w:hAnsi="Cambria" w:cs="Segoe UI"/>
                <w:color w:val="000000"/>
              </w:rPr>
              <w:t>Ödeme Emri Belgesindeki IBAN bilgileri banka listesi ile uyumlu mu?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8" w:type="dxa"/>
                <w:vAlign w:val="center"/>
              </w:tcPr>
              <w:p w14:paraId="203BB5B5" w14:textId="77765F18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0" w:type="dxa"/>
                <w:vAlign w:val="center"/>
              </w:tcPr>
              <w:p w14:paraId="2DB6A803" w14:textId="61AE9E6B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53584AF6" w14:textId="78D0FBF6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D39B5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FD39B5" w:rsidRDefault="00FD39B5" w:rsidP="00FD39B5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6613CDB3" w:rsidR="00FD39B5" w:rsidRDefault="00FD39B5" w:rsidP="00FD39B5">
            <w:r>
              <w:rPr>
                <w:rFonts w:ascii="Cambria" w:hAnsi="Cambria" w:cs="Segoe UI"/>
                <w:color w:val="000000"/>
              </w:rPr>
              <w:t>Damga Vergisi Detay Kodu doğru seçilmiş mi?</w:t>
            </w:r>
          </w:p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8" w:type="dxa"/>
                <w:vAlign w:val="center"/>
              </w:tcPr>
              <w:p w14:paraId="28CD82EE" w14:textId="2B8F4A35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0" w:type="dxa"/>
                <w:vAlign w:val="center"/>
              </w:tcPr>
              <w:p w14:paraId="6F249AEE" w14:textId="07A23D63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6A589EAF" w14:textId="2F20618A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D39B5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FD39B5" w:rsidRDefault="00FD39B5" w:rsidP="00FD39B5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20C746EA" w:rsidR="00FD39B5" w:rsidRDefault="00FD39B5" w:rsidP="00FD39B5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yapılmışsa buna ilişkin belgeler eklenmiş mi?</w:t>
            </w:r>
          </w:p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8" w:type="dxa"/>
                <w:vAlign w:val="center"/>
              </w:tcPr>
              <w:p w14:paraId="2D83F2DB" w14:textId="75593CDE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0" w:type="dxa"/>
                <w:vAlign w:val="center"/>
              </w:tcPr>
              <w:p w14:paraId="3A08939A" w14:textId="7CC3D070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76133ED4" w14:textId="2939A5CC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D39B5" w14:paraId="75AB4112" w14:textId="77777777" w:rsidTr="009E32B9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FD39B5" w:rsidRDefault="00FD39B5" w:rsidP="00FD39B5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761EB082" w:rsidR="00FD39B5" w:rsidRDefault="00FD39B5" w:rsidP="00FD39B5"/>
        </w:tc>
        <w:sdt>
          <w:sdtPr>
            <w:rPr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8" w:type="dxa"/>
                <w:vAlign w:val="center"/>
              </w:tcPr>
              <w:p w14:paraId="7B095091" w14:textId="3260E602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0" w:type="dxa"/>
                <w:vAlign w:val="center"/>
              </w:tcPr>
              <w:p w14:paraId="2F64CBB4" w14:textId="583A4F3E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48E78A23" w14:textId="1560DBAF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D39B5" w14:paraId="379624CB" w14:textId="77777777" w:rsidTr="009E32B9">
        <w:trPr>
          <w:trHeight w:val="454"/>
          <w:jc w:val="center"/>
        </w:trPr>
        <w:tc>
          <w:tcPr>
            <w:tcW w:w="810" w:type="dxa"/>
            <w:vAlign w:val="center"/>
          </w:tcPr>
          <w:p w14:paraId="45EC4002" w14:textId="77777777" w:rsidR="00FD39B5" w:rsidRDefault="00FD39B5" w:rsidP="00FD39B5">
            <w:pPr>
              <w:jc w:val="center"/>
            </w:pPr>
            <w:r>
              <w:t>10</w:t>
            </w:r>
          </w:p>
        </w:tc>
        <w:tc>
          <w:tcPr>
            <w:tcW w:w="6608" w:type="dxa"/>
          </w:tcPr>
          <w:p w14:paraId="136058EF" w14:textId="4695C36F" w:rsidR="00FD39B5" w:rsidRDefault="00FD39B5" w:rsidP="00FD39B5"/>
        </w:tc>
        <w:sdt>
          <w:sdtPr>
            <w:rPr>
              <w:sz w:val="18"/>
              <w:szCs w:val="18"/>
            </w:rPr>
            <w:id w:val="-58376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8" w:type="dxa"/>
                <w:vAlign w:val="center"/>
              </w:tcPr>
              <w:p w14:paraId="724071E2" w14:textId="7C9EB6BA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5102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0" w:type="dxa"/>
                <w:vAlign w:val="center"/>
              </w:tcPr>
              <w:p w14:paraId="2D5DD99F" w14:textId="2B48AB96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1381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04727F9C" w14:textId="2478C093" w:rsidR="00FD39B5" w:rsidRDefault="00FD39B5" w:rsidP="00FD39B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35168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35168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35168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A173F">
      <w:headerReference w:type="default" r:id="rId8"/>
      <w:footerReference w:type="default" r:id="rId9"/>
      <w:pgSz w:w="12240" w:h="15840"/>
      <w:pgMar w:top="1440" w:right="850" w:bottom="1440" w:left="85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AF6B1" w14:textId="77777777" w:rsidR="00035168" w:rsidRDefault="00035168" w:rsidP="000A173F">
      <w:pPr>
        <w:spacing w:after="0" w:line="240" w:lineRule="auto"/>
      </w:pPr>
      <w:r>
        <w:separator/>
      </w:r>
    </w:p>
  </w:endnote>
  <w:endnote w:type="continuationSeparator" w:id="0">
    <w:p w14:paraId="587698F1" w14:textId="77777777" w:rsidR="00035168" w:rsidRDefault="00035168" w:rsidP="000A1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0A173F" w:rsidRPr="007A5A35" w14:paraId="1E316EE1" w14:textId="77777777" w:rsidTr="00935389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326A80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1" w:name="_Hlk85100968"/>
          <w:bookmarkStart w:id="2" w:name="_Hlk89957417"/>
          <w:bookmarkStart w:id="3" w:name="_Hlk89957418"/>
          <w:bookmarkStart w:id="4" w:name="_Hlk89957419"/>
          <w:bookmarkStart w:id="5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2C63C1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6FB9FE2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0A173F" w:rsidRPr="007A5A35" w14:paraId="72A9320A" w14:textId="77777777" w:rsidTr="00935389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77760B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F868B4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2D579AA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1"/>
    <w:bookmarkEnd w:id="2"/>
    <w:bookmarkEnd w:id="3"/>
    <w:bookmarkEnd w:id="4"/>
    <w:bookmarkEnd w:id="5"/>
  </w:tbl>
  <w:p w14:paraId="6D06904A" w14:textId="65DA3BBB" w:rsidR="000A173F" w:rsidRDefault="000A173F">
    <w:pPr>
      <w:pStyle w:val="AltBilgi"/>
    </w:pPr>
  </w:p>
  <w:p w14:paraId="0DC83E38" w14:textId="77777777" w:rsidR="000A173F" w:rsidRDefault="000A173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6CEE2" w14:textId="77777777" w:rsidR="00035168" w:rsidRDefault="00035168" w:rsidP="000A173F">
      <w:pPr>
        <w:spacing w:after="0" w:line="240" w:lineRule="auto"/>
      </w:pPr>
      <w:r>
        <w:separator/>
      </w:r>
    </w:p>
  </w:footnote>
  <w:footnote w:type="continuationSeparator" w:id="0">
    <w:p w14:paraId="460EDFB0" w14:textId="77777777" w:rsidR="00035168" w:rsidRDefault="00035168" w:rsidP="000A1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8"/>
      <w:gridCol w:w="2094"/>
      <w:gridCol w:w="1468"/>
    </w:tblGrid>
    <w:tr w:rsidR="000A173F" w:rsidRPr="007A5A35" w14:paraId="03F0827B" w14:textId="77777777" w:rsidTr="00935389">
      <w:trPr>
        <w:trHeight w:val="261"/>
      </w:trPr>
      <w:tc>
        <w:tcPr>
          <w:tcW w:w="1676" w:type="dxa"/>
          <w:vMerge w:val="restart"/>
          <w:vAlign w:val="center"/>
        </w:tcPr>
        <w:p w14:paraId="6E0DEAAD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46B4C0A4" wp14:editId="1F4F25ED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26F0F2A6" w14:textId="0E2B032E" w:rsidR="000A173F" w:rsidRPr="00AF53A3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FD39B5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SPOR ORGANİZASYONLARI HAKEM-SAĞLIK PERSONELİ ÜCRET ÖDEMELERİNE </w:t>
          </w:r>
          <w:r w:rsidRPr="00AF53A3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04999144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126691B5" w14:textId="7232BD63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667</w:t>
          </w:r>
        </w:p>
      </w:tc>
    </w:tr>
    <w:tr w:rsidR="000A173F" w:rsidRPr="007A5A35" w14:paraId="4043D6D2" w14:textId="77777777" w:rsidTr="00935389">
      <w:trPr>
        <w:trHeight w:val="261"/>
      </w:trPr>
      <w:tc>
        <w:tcPr>
          <w:tcW w:w="1676" w:type="dxa"/>
          <w:vMerge/>
          <w:vAlign w:val="center"/>
        </w:tcPr>
        <w:p w14:paraId="3CCA653A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3B9A32EB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5A03AD6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0EFDF8F0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0A173F" w:rsidRPr="007A5A35" w14:paraId="2C0C5239" w14:textId="77777777" w:rsidTr="00935389">
      <w:trPr>
        <w:trHeight w:val="261"/>
      </w:trPr>
      <w:tc>
        <w:tcPr>
          <w:tcW w:w="1676" w:type="dxa"/>
          <w:vMerge/>
          <w:vAlign w:val="center"/>
        </w:tcPr>
        <w:p w14:paraId="059502A5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0932AF0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8E31F76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6C3AEFBF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0A173F" w:rsidRPr="007A5A35" w14:paraId="394A923D" w14:textId="77777777" w:rsidTr="00935389">
      <w:trPr>
        <w:trHeight w:val="261"/>
      </w:trPr>
      <w:tc>
        <w:tcPr>
          <w:tcW w:w="1676" w:type="dxa"/>
          <w:vMerge/>
          <w:vAlign w:val="center"/>
        </w:tcPr>
        <w:p w14:paraId="6FBB1478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770D2F89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FE582FF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32DF3D97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0A173F" w:rsidRPr="007A5A35" w14:paraId="47955398" w14:textId="77777777" w:rsidTr="00935389">
      <w:trPr>
        <w:trHeight w:val="261"/>
      </w:trPr>
      <w:tc>
        <w:tcPr>
          <w:tcW w:w="1676" w:type="dxa"/>
          <w:vMerge/>
          <w:vAlign w:val="center"/>
        </w:tcPr>
        <w:p w14:paraId="7CD8F377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A011D1C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7C67ED6" w14:textId="77777777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64FC8C0A" w14:textId="04955A7F" w:rsidR="000A173F" w:rsidRPr="007A5A35" w:rsidRDefault="000A173F" w:rsidP="000A173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="007F67AD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="007F67AD" w:rsidRPr="007F67AD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331B3EF1" w14:textId="6E3E7B52" w:rsidR="000A173F" w:rsidRDefault="000A173F">
    <w:pPr>
      <w:pStyle w:val="stBilgi"/>
    </w:pPr>
  </w:p>
  <w:p w14:paraId="2604B918" w14:textId="77777777" w:rsidR="000A173F" w:rsidRDefault="000A173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35168"/>
    <w:rsid w:val="0006063C"/>
    <w:rsid w:val="000A173F"/>
    <w:rsid w:val="00123BD3"/>
    <w:rsid w:val="0015074B"/>
    <w:rsid w:val="001567A3"/>
    <w:rsid w:val="001A668A"/>
    <w:rsid w:val="00214460"/>
    <w:rsid w:val="002377E3"/>
    <w:rsid w:val="0025529D"/>
    <w:rsid w:val="0029639D"/>
    <w:rsid w:val="00326F90"/>
    <w:rsid w:val="00350BF0"/>
    <w:rsid w:val="003D678A"/>
    <w:rsid w:val="004710E6"/>
    <w:rsid w:val="0049466B"/>
    <w:rsid w:val="005B2152"/>
    <w:rsid w:val="006A3593"/>
    <w:rsid w:val="006C17B4"/>
    <w:rsid w:val="0073159B"/>
    <w:rsid w:val="00780547"/>
    <w:rsid w:val="007F67AD"/>
    <w:rsid w:val="008831BD"/>
    <w:rsid w:val="00920C53"/>
    <w:rsid w:val="009A140A"/>
    <w:rsid w:val="00AA1D8D"/>
    <w:rsid w:val="00B47730"/>
    <w:rsid w:val="00B71931"/>
    <w:rsid w:val="00C6718A"/>
    <w:rsid w:val="00C72654"/>
    <w:rsid w:val="00CB0664"/>
    <w:rsid w:val="00D00C18"/>
    <w:rsid w:val="00D07467"/>
    <w:rsid w:val="00DE3D0A"/>
    <w:rsid w:val="00EA08F7"/>
    <w:rsid w:val="00EA4814"/>
    <w:rsid w:val="00EB2BB1"/>
    <w:rsid w:val="00FC693F"/>
    <w:rsid w:val="00FD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C2D54D-2A1F-4F85-A6D4-1E6A5F0B7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Alku</cp:lastModifiedBy>
  <cp:revision>7</cp:revision>
  <dcterms:created xsi:type="dcterms:W3CDTF">2026-07-27T10:46:00Z</dcterms:created>
  <dcterms:modified xsi:type="dcterms:W3CDTF">2026-08-04T07:08:00Z</dcterms:modified>
  <cp:category/>
</cp:coreProperties>
</file>