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C95BE6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C95BE6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765744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765744" w:rsidRDefault="00765744" w:rsidP="00765744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65040C4A" w:rsidR="00765744" w:rsidRDefault="00765744" w:rsidP="00765744">
            <w:r>
              <w:rPr>
                <w:rFonts w:ascii="Cambria" w:hAnsi="Cambria" w:cs="Segoe UI"/>
                <w:color w:val="000000"/>
              </w:rPr>
              <w:t>Fatura usulüne uygun düzenlenmiş, şekil şartlarını taşıyor ve muhatabı doğru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65744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765744" w:rsidRDefault="00765744" w:rsidP="00765744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675852F0" w:rsidR="00765744" w:rsidRDefault="00765744" w:rsidP="00765744">
            <w:r>
              <w:rPr>
                <w:rFonts w:ascii="Cambria" w:hAnsi="Cambria" w:cs="Segoe UI"/>
                <w:color w:val="000000"/>
              </w:rPr>
              <w:t>Aynı harcama birimine ait birden fazla telefon hattı bulunması halinde icmal listesi düzenlenmiş, numaralar doğrulanmış ve 'Görüşmeler resmidir.' ibaresi harcama yetkilisince imzalanmış mı?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65744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765744" w:rsidRDefault="00765744" w:rsidP="00765744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25760503" w:rsidR="00765744" w:rsidRDefault="00765744" w:rsidP="00765744">
            <w:r>
              <w:rPr>
                <w:rFonts w:ascii="Cambria" w:hAnsi="Cambria" w:cs="Segoe UI"/>
                <w:color w:val="000000"/>
              </w:rPr>
              <w:t>Ödeme Emri Belgesindeki IBAN bilgileri, bütçe tertibi, damga vergisi ve damga vergisi detay kodu doğru mu?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65744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765744" w:rsidRDefault="00765744" w:rsidP="00765744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3BAAF791" w:rsidR="00765744" w:rsidRDefault="00765744" w:rsidP="00765744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bulunması halinde ilgili belgeler eklenmiş mi?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65744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765744" w:rsidRDefault="00765744" w:rsidP="00765744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79491638" w:rsidR="00765744" w:rsidRDefault="00765744" w:rsidP="00765744"/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765744" w:rsidRDefault="00765744" w:rsidP="007657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E624" w14:textId="77777777" w:rsidR="00FE2635" w:rsidRDefault="00FE2635" w:rsidP="00C95BE6">
      <w:pPr>
        <w:spacing w:after="0" w:line="240" w:lineRule="auto"/>
      </w:pPr>
      <w:r>
        <w:separator/>
      </w:r>
    </w:p>
  </w:endnote>
  <w:endnote w:type="continuationSeparator" w:id="0">
    <w:p w14:paraId="349800B8" w14:textId="77777777" w:rsidR="00FE2635" w:rsidRDefault="00FE2635" w:rsidP="00C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2CBA" w14:textId="7EA8F7F5" w:rsidR="00C95BE6" w:rsidRDefault="00C95BE6">
    <w:pPr>
      <w:pStyle w:val="AltBilgi"/>
    </w:pPr>
  </w:p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C95BE6" w:rsidRPr="007A5A35" w14:paraId="2D5E9CCE" w14:textId="77777777" w:rsidTr="000D65EF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3D79B3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2A011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73966D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95BE6" w:rsidRPr="007A5A35" w14:paraId="68ED3337" w14:textId="77777777" w:rsidTr="000D65EF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B25012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B69615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7A891C7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F0C27D7" w14:textId="77777777" w:rsidR="00C95BE6" w:rsidRDefault="00C95B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28F21" w14:textId="77777777" w:rsidR="00FE2635" w:rsidRDefault="00FE2635" w:rsidP="00C95BE6">
      <w:pPr>
        <w:spacing w:after="0" w:line="240" w:lineRule="auto"/>
      </w:pPr>
      <w:r>
        <w:separator/>
      </w:r>
    </w:p>
  </w:footnote>
  <w:footnote w:type="continuationSeparator" w:id="0">
    <w:p w14:paraId="3A2F46E4" w14:textId="77777777" w:rsidR="00FE2635" w:rsidRDefault="00FE2635" w:rsidP="00C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C95BE6" w:rsidRPr="007A5A35" w14:paraId="1196435C" w14:textId="77777777" w:rsidTr="000D65EF">
      <w:trPr>
        <w:trHeight w:val="261"/>
      </w:trPr>
      <w:tc>
        <w:tcPr>
          <w:tcW w:w="1676" w:type="dxa"/>
          <w:vMerge w:val="restart"/>
          <w:vAlign w:val="center"/>
        </w:tcPr>
        <w:p w14:paraId="0405E7FC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04935E90" wp14:editId="249F5E0E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71A16132" w14:textId="5E609718" w:rsidR="00C95BE6" w:rsidRPr="00C95BE6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C95BE6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TELEFON ABONELİĞİ </w:t>
          </w:r>
          <w:r w:rsidRPr="00C95BE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ÖDEMELERİNE </w:t>
          </w:r>
          <w:r w:rsidRPr="00C95BE6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571AB346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365C64DD" w14:textId="56BA7A0D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60</w:t>
          </w:r>
        </w:p>
      </w:tc>
    </w:tr>
    <w:tr w:rsidR="00C95BE6" w:rsidRPr="007A5A35" w14:paraId="4C6B5A93" w14:textId="77777777" w:rsidTr="000D65EF">
      <w:trPr>
        <w:trHeight w:val="261"/>
      </w:trPr>
      <w:tc>
        <w:tcPr>
          <w:tcW w:w="1676" w:type="dxa"/>
          <w:vMerge/>
          <w:vAlign w:val="center"/>
        </w:tcPr>
        <w:p w14:paraId="4CA2E86D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0BB8CCB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6151080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0126E6A8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C95BE6" w:rsidRPr="007A5A35" w14:paraId="5EAF2544" w14:textId="77777777" w:rsidTr="000D65EF">
      <w:trPr>
        <w:trHeight w:val="261"/>
      </w:trPr>
      <w:tc>
        <w:tcPr>
          <w:tcW w:w="1676" w:type="dxa"/>
          <w:vMerge/>
          <w:vAlign w:val="center"/>
        </w:tcPr>
        <w:p w14:paraId="4D7EA54D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E984F7F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42E6A6C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03B555F4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95BE6" w:rsidRPr="007A5A35" w14:paraId="101BC6C3" w14:textId="77777777" w:rsidTr="000D65EF">
      <w:trPr>
        <w:trHeight w:val="261"/>
      </w:trPr>
      <w:tc>
        <w:tcPr>
          <w:tcW w:w="1676" w:type="dxa"/>
          <w:vMerge/>
          <w:vAlign w:val="center"/>
        </w:tcPr>
        <w:p w14:paraId="00358151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FAEAB36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AEB0599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75426B50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95BE6" w:rsidRPr="007A5A35" w14:paraId="0C7BCDD0" w14:textId="77777777" w:rsidTr="000D65EF">
      <w:trPr>
        <w:trHeight w:val="261"/>
      </w:trPr>
      <w:tc>
        <w:tcPr>
          <w:tcW w:w="1676" w:type="dxa"/>
          <w:vMerge/>
          <w:vAlign w:val="center"/>
        </w:tcPr>
        <w:p w14:paraId="14A4F37F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71DFBA6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44BBEBB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18E10B50" w14:textId="77777777" w:rsidR="00C95BE6" w:rsidRPr="007A5A35" w:rsidRDefault="00C95BE6" w:rsidP="00C95BE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8A8AAAB" w14:textId="0741D7F1" w:rsidR="00C95BE6" w:rsidRDefault="00C95BE6">
    <w:pPr>
      <w:pStyle w:val="stBilgi"/>
    </w:pPr>
  </w:p>
  <w:p w14:paraId="14677ABB" w14:textId="77777777" w:rsidR="00C95BE6" w:rsidRDefault="00C95B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665E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B2152"/>
    <w:rsid w:val="006A3593"/>
    <w:rsid w:val="006C17B4"/>
    <w:rsid w:val="0073159B"/>
    <w:rsid w:val="00765744"/>
    <w:rsid w:val="00780547"/>
    <w:rsid w:val="008831BD"/>
    <w:rsid w:val="008A79FC"/>
    <w:rsid w:val="00920C53"/>
    <w:rsid w:val="009A140A"/>
    <w:rsid w:val="00AA1D8D"/>
    <w:rsid w:val="00B47730"/>
    <w:rsid w:val="00B71931"/>
    <w:rsid w:val="00C6718A"/>
    <w:rsid w:val="00C95BE6"/>
    <w:rsid w:val="00CB0664"/>
    <w:rsid w:val="00D00C18"/>
    <w:rsid w:val="00D07467"/>
    <w:rsid w:val="00DE3D0A"/>
    <w:rsid w:val="00EA4814"/>
    <w:rsid w:val="00EB2BB1"/>
    <w:rsid w:val="00F237B8"/>
    <w:rsid w:val="00FC693F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dcterms:created xsi:type="dcterms:W3CDTF">2026-07-27T10:46:00Z</dcterms:created>
  <dcterms:modified xsi:type="dcterms:W3CDTF">2026-08-03T12:14:00Z</dcterms:modified>
  <cp:category/>
</cp:coreProperties>
</file>