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123BD3" w14:paraId="0B11984C" w14:textId="77777777" w:rsidTr="00DE7E5D">
        <w:trPr>
          <w:trHeight w:val="424"/>
        </w:trPr>
        <w:tc>
          <w:tcPr>
            <w:tcW w:w="2092" w:type="dxa"/>
            <w:vAlign w:val="center"/>
          </w:tcPr>
          <w:p w14:paraId="03A26DFB" w14:textId="77777777" w:rsidR="00123BD3" w:rsidRDefault="00000000" w:rsidP="00D07467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38" w:type="dxa"/>
            <w:vAlign w:val="center"/>
          </w:tcPr>
          <w:p w14:paraId="0961E16C" w14:textId="77777777" w:rsidR="00123BD3" w:rsidRDefault="00123BD3" w:rsidP="00D07467">
            <w:pPr>
              <w:jc w:val="center"/>
            </w:pPr>
          </w:p>
        </w:tc>
      </w:tr>
      <w:tr w:rsidR="00123BD3" w14:paraId="36CA8615" w14:textId="77777777" w:rsidTr="00DE7E5D">
        <w:trPr>
          <w:trHeight w:val="441"/>
        </w:trPr>
        <w:tc>
          <w:tcPr>
            <w:tcW w:w="2092" w:type="dxa"/>
            <w:vAlign w:val="center"/>
          </w:tcPr>
          <w:p w14:paraId="3D0C4798" w14:textId="77777777" w:rsidR="00123BD3" w:rsidRDefault="00000000">
            <w:proofErr w:type="spellStart"/>
            <w:r>
              <w:t>İşin</w:t>
            </w:r>
            <w:proofErr w:type="spellEnd"/>
            <w:r>
              <w:t xml:space="preserve"> </w:t>
            </w:r>
            <w:proofErr w:type="spellStart"/>
            <w:r>
              <w:t>Adı</w:t>
            </w:r>
            <w:proofErr w:type="spellEnd"/>
          </w:p>
        </w:tc>
        <w:tc>
          <w:tcPr>
            <w:tcW w:w="8438" w:type="dxa"/>
            <w:vAlign w:val="center"/>
          </w:tcPr>
          <w:p w14:paraId="1B235D99" w14:textId="77777777" w:rsidR="00123BD3" w:rsidRDefault="00123BD3"/>
        </w:tc>
      </w:tr>
    </w:tbl>
    <w:p w14:paraId="05FD9A49" w14:textId="77777777" w:rsidR="00D00C18" w:rsidRDefault="00D00C18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7087"/>
        <w:gridCol w:w="1031"/>
        <w:gridCol w:w="739"/>
        <w:gridCol w:w="863"/>
      </w:tblGrid>
      <w:tr w:rsidR="00123BD3" w14:paraId="54F28CC4" w14:textId="77777777" w:rsidTr="00564F8B">
        <w:trPr>
          <w:jc w:val="center"/>
        </w:trPr>
        <w:tc>
          <w:tcPr>
            <w:tcW w:w="810" w:type="dxa"/>
            <w:vAlign w:val="center"/>
          </w:tcPr>
          <w:p w14:paraId="521E98C2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Sıra</w:t>
            </w:r>
            <w:proofErr w:type="spellEnd"/>
            <w:r>
              <w:rPr>
                <w:b/>
              </w:rPr>
              <w:t xml:space="preserve"> No</w:t>
            </w:r>
          </w:p>
        </w:tc>
        <w:tc>
          <w:tcPr>
            <w:tcW w:w="7087" w:type="dxa"/>
            <w:vAlign w:val="center"/>
          </w:tcPr>
          <w:p w14:paraId="7AD731B9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Kontrol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Edilecek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Hususlar</w:t>
            </w:r>
            <w:proofErr w:type="spellEnd"/>
          </w:p>
        </w:tc>
        <w:tc>
          <w:tcPr>
            <w:tcW w:w="1031" w:type="dxa"/>
            <w:vAlign w:val="center"/>
          </w:tcPr>
          <w:p w14:paraId="2C9B91F3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Zorunlu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Değil</w:t>
            </w:r>
            <w:proofErr w:type="spellEnd"/>
          </w:p>
        </w:tc>
        <w:tc>
          <w:tcPr>
            <w:tcW w:w="739" w:type="dxa"/>
            <w:vAlign w:val="center"/>
          </w:tcPr>
          <w:p w14:paraId="673AE7F9" w14:textId="77777777" w:rsidR="00123BD3" w:rsidRDefault="00000000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863" w:type="dxa"/>
            <w:vAlign w:val="center"/>
          </w:tcPr>
          <w:p w14:paraId="59E22D59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Hayır</w:t>
            </w:r>
            <w:proofErr w:type="spellEnd"/>
          </w:p>
        </w:tc>
      </w:tr>
      <w:tr w:rsidR="005A39DF" w14:paraId="6048EF0C" w14:textId="77777777" w:rsidTr="00564F8B">
        <w:trPr>
          <w:jc w:val="center"/>
        </w:trPr>
        <w:tc>
          <w:tcPr>
            <w:tcW w:w="810" w:type="dxa"/>
            <w:vAlign w:val="center"/>
          </w:tcPr>
          <w:p w14:paraId="780F2872" w14:textId="77777777" w:rsidR="005A39DF" w:rsidRDefault="005A39DF" w:rsidP="005A39DF">
            <w:pPr>
              <w:jc w:val="center"/>
            </w:pPr>
            <w:r>
              <w:t>1</w:t>
            </w:r>
          </w:p>
        </w:tc>
        <w:tc>
          <w:tcPr>
            <w:tcW w:w="7087" w:type="dxa"/>
          </w:tcPr>
          <w:p w14:paraId="788F972B" w14:textId="4E1F0333" w:rsidR="005A39DF" w:rsidRDefault="005A39DF" w:rsidP="005A39DF">
            <w:proofErr w:type="spellStart"/>
            <w:r>
              <w:rPr>
                <w:rFonts w:ascii="Cambria" w:hAnsi="Cambria" w:cs="Segoe UI"/>
                <w:color w:val="000000"/>
              </w:rPr>
              <w:t>KBS'den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alınan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Ek Ders </w:t>
            </w:r>
            <w:proofErr w:type="spellStart"/>
            <w:r>
              <w:rPr>
                <w:rFonts w:ascii="Cambria" w:hAnsi="Cambria" w:cs="Segoe UI"/>
                <w:color w:val="000000"/>
              </w:rPr>
              <w:t>Bordrosu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Bordro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İcmali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Banka </w:t>
            </w:r>
            <w:proofErr w:type="spellStart"/>
            <w:r>
              <w:rPr>
                <w:rFonts w:ascii="Cambria" w:hAnsi="Cambria" w:cs="Segoe UI"/>
                <w:color w:val="000000"/>
              </w:rPr>
              <w:t>Listesi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ödeme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belgelerine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  <w:r w:rsidR="00C92666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="00C92666" w:rsidRPr="00C92666">
              <w:rPr>
                <w:rFonts w:ascii="Cambria" w:hAnsi="Cambria" w:cs="Segoe UI"/>
                <w:color w:val="000000"/>
              </w:rPr>
              <w:t>Alıcı</w:t>
            </w:r>
            <w:proofErr w:type="spellEnd"/>
            <w:r w:rsidR="00C92666" w:rsidRPr="00C92666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="00C92666" w:rsidRPr="00C92666">
              <w:rPr>
                <w:rFonts w:ascii="Cambria" w:hAnsi="Cambria" w:cs="Segoe UI"/>
                <w:color w:val="000000"/>
              </w:rPr>
              <w:t>bilgilerinde</w:t>
            </w:r>
            <w:proofErr w:type="spellEnd"/>
            <w:r w:rsidR="00C92666" w:rsidRPr="00C92666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="00C92666" w:rsidRPr="00C92666">
              <w:rPr>
                <w:rFonts w:ascii="Cambria" w:hAnsi="Cambria" w:cs="Segoe UI"/>
                <w:color w:val="000000"/>
              </w:rPr>
              <w:t>birim</w:t>
            </w:r>
            <w:proofErr w:type="spellEnd"/>
            <w:r w:rsidR="00C92666" w:rsidRPr="00C92666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="00C92666" w:rsidRPr="00C92666">
              <w:rPr>
                <w:rFonts w:ascii="Cambria" w:hAnsi="Cambria" w:cs="Segoe UI"/>
                <w:color w:val="000000"/>
              </w:rPr>
              <w:t>İBANı</w:t>
            </w:r>
            <w:proofErr w:type="spellEnd"/>
            <w:r w:rsidR="00C92666" w:rsidRPr="00C92666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="00C92666" w:rsidRPr="00C92666">
              <w:rPr>
                <w:rFonts w:ascii="Cambria" w:hAnsi="Cambria" w:cs="Segoe UI"/>
                <w:color w:val="000000"/>
              </w:rPr>
              <w:t>mevcut</w:t>
            </w:r>
            <w:proofErr w:type="spellEnd"/>
            <w:r w:rsidR="00C92666" w:rsidRPr="00C92666">
              <w:rPr>
                <w:rFonts w:ascii="Cambria" w:hAnsi="Cambria" w:cs="Segoe UI"/>
                <w:color w:val="000000"/>
              </w:rPr>
              <w:t xml:space="preserve"> mu?</w:t>
            </w:r>
          </w:p>
        </w:tc>
        <w:sdt>
          <w:sdtPr>
            <w:rPr>
              <w:sz w:val="18"/>
              <w:szCs w:val="18"/>
            </w:rPr>
            <w:id w:val="-117733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1" w:type="dxa"/>
                <w:vAlign w:val="center"/>
              </w:tcPr>
              <w:p w14:paraId="37A75345" w14:textId="7C85D55A" w:rsidR="005A39DF" w:rsidRDefault="005A39DF" w:rsidP="005A39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433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9" w:type="dxa"/>
                <w:vAlign w:val="center"/>
              </w:tcPr>
              <w:p w14:paraId="29324147" w14:textId="0A046D4C" w:rsidR="005A39DF" w:rsidRDefault="005A39DF" w:rsidP="005A39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6488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vAlign w:val="center"/>
              </w:tcPr>
              <w:p w14:paraId="07FF1803" w14:textId="7C3E2160" w:rsidR="005A39DF" w:rsidRDefault="005A39DF" w:rsidP="005A39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5A39DF" w14:paraId="3AF0B689" w14:textId="77777777" w:rsidTr="00564F8B">
        <w:trPr>
          <w:jc w:val="center"/>
        </w:trPr>
        <w:tc>
          <w:tcPr>
            <w:tcW w:w="810" w:type="dxa"/>
            <w:vAlign w:val="center"/>
          </w:tcPr>
          <w:p w14:paraId="690795E5" w14:textId="77777777" w:rsidR="005A39DF" w:rsidRDefault="005A39DF" w:rsidP="005A39DF">
            <w:pPr>
              <w:jc w:val="center"/>
            </w:pPr>
            <w:r>
              <w:t>2</w:t>
            </w:r>
          </w:p>
        </w:tc>
        <w:tc>
          <w:tcPr>
            <w:tcW w:w="7087" w:type="dxa"/>
          </w:tcPr>
          <w:p w14:paraId="630E59AA" w14:textId="3E15D871" w:rsidR="005A39DF" w:rsidRDefault="005A39DF" w:rsidP="005A39DF">
            <w:proofErr w:type="spellStart"/>
            <w:r>
              <w:rPr>
                <w:rFonts w:ascii="Cambria" w:hAnsi="Cambria" w:cs="Segoe UI"/>
                <w:color w:val="000000"/>
              </w:rPr>
              <w:t>Akademik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unvanlar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Bordro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İcmali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üzerinden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kontrol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edilmiş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-127924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1" w:type="dxa"/>
                <w:vAlign w:val="center"/>
              </w:tcPr>
              <w:p w14:paraId="3892C90B" w14:textId="34380EA2" w:rsidR="005A39DF" w:rsidRDefault="005A39DF" w:rsidP="005A39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1068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9" w:type="dxa"/>
                <w:vAlign w:val="center"/>
              </w:tcPr>
              <w:p w14:paraId="72376F41" w14:textId="4B7E3B59" w:rsidR="005A39DF" w:rsidRDefault="005A39DF" w:rsidP="005A39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02215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vAlign w:val="center"/>
              </w:tcPr>
              <w:p w14:paraId="53B3FCA9" w14:textId="53930A75" w:rsidR="005A39DF" w:rsidRDefault="005A39DF" w:rsidP="005A39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5A39DF" w14:paraId="4116D98B" w14:textId="77777777" w:rsidTr="00564F8B">
        <w:trPr>
          <w:jc w:val="center"/>
        </w:trPr>
        <w:tc>
          <w:tcPr>
            <w:tcW w:w="810" w:type="dxa"/>
            <w:vAlign w:val="center"/>
          </w:tcPr>
          <w:p w14:paraId="3F978920" w14:textId="77777777" w:rsidR="005A39DF" w:rsidRDefault="005A39DF" w:rsidP="005A39DF">
            <w:pPr>
              <w:jc w:val="center"/>
            </w:pPr>
            <w:r>
              <w:t>3</w:t>
            </w:r>
          </w:p>
        </w:tc>
        <w:tc>
          <w:tcPr>
            <w:tcW w:w="7087" w:type="dxa"/>
          </w:tcPr>
          <w:p w14:paraId="337464EC" w14:textId="671D2E01" w:rsidR="005A39DF" w:rsidRDefault="005A39DF" w:rsidP="005A39DF">
            <w:proofErr w:type="spellStart"/>
            <w:r>
              <w:rPr>
                <w:rFonts w:ascii="Cambria" w:hAnsi="Cambria" w:cs="Segoe UI"/>
                <w:color w:val="000000"/>
              </w:rPr>
              <w:t>İzin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rapor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görevlendirme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durumlarını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gösteren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belgeler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ödeme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evrakına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920997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1" w:type="dxa"/>
                <w:vAlign w:val="center"/>
              </w:tcPr>
              <w:p w14:paraId="1350727A" w14:textId="7EF11225" w:rsidR="005A39DF" w:rsidRDefault="005A39DF" w:rsidP="005A39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74290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9" w:type="dxa"/>
                <w:vAlign w:val="center"/>
              </w:tcPr>
              <w:p w14:paraId="10446367" w14:textId="0452A07E" w:rsidR="005A39DF" w:rsidRDefault="005A39DF" w:rsidP="005A39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53975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vAlign w:val="center"/>
              </w:tcPr>
              <w:p w14:paraId="2AA618EC" w14:textId="0391D12C" w:rsidR="005A39DF" w:rsidRDefault="005A39DF" w:rsidP="005A39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5A39DF" w14:paraId="6B423030" w14:textId="77777777" w:rsidTr="00564F8B">
        <w:trPr>
          <w:trHeight w:val="424"/>
          <w:jc w:val="center"/>
        </w:trPr>
        <w:tc>
          <w:tcPr>
            <w:tcW w:w="810" w:type="dxa"/>
            <w:vAlign w:val="center"/>
          </w:tcPr>
          <w:p w14:paraId="24A49219" w14:textId="77777777" w:rsidR="005A39DF" w:rsidRDefault="005A39DF" w:rsidP="005A39DF">
            <w:pPr>
              <w:jc w:val="center"/>
            </w:pPr>
            <w:r>
              <w:t>4</w:t>
            </w:r>
          </w:p>
        </w:tc>
        <w:tc>
          <w:tcPr>
            <w:tcW w:w="7087" w:type="dxa"/>
          </w:tcPr>
          <w:p w14:paraId="58859270" w14:textId="657ADD17" w:rsidR="005A39DF" w:rsidRDefault="005A39DF" w:rsidP="005A39DF">
            <w:proofErr w:type="spellStart"/>
            <w:r>
              <w:rPr>
                <w:rFonts w:ascii="Cambria" w:hAnsi="Cambria" w:cs="Segoe UI"/>
                <w:color w:val="000000"/>
              </w:rPr>
              <w:t>Telafi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dersi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bulunması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halinde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Birim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Yönetim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Kurulu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Kararı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1678617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1" w:type="dxa"/>
                <w:vAlign w:val="center"/>
              </w:tcPr>
              <w:p w14:paraId="174FA5DC" w14:textId="594DE580" w:rsidR="005A39DF" w:rsidRDefault="005A39DF" w:rsidP="005A39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47320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9" w:type="dxa"/>
                <w:vAlign w:val="center"/>
              </w:tcPr>
              <w:p w14:paraId="659AB439" w14:textId="01BBDF3E" w:rsidR="005A39DF" w:rsidRDefault="005A39DF" w:rsidP="005A39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5530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vAlign w:val="center"/>
              </w:tcPr>
              <w:p w14:paraId="7B00DD99" w14:textId="0489B412" w:rsidR="005A39DF" w:rsidRDefault="005A39DF" w:rsidP="005A39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5A39DF" w14:paraId="141FBE90" w14:textId="77777777" w:rsidTr="00564F8B">
        <w:trPr>
          <w:trHeight w:val="417"/>
          <w:jc w:val="center"/>
        </w:trPr>
        <w:tc>
          <w:tcPr>
            <w:tcW w:w="810" w:type="dxa"/>
            <w:vAlign w:val="center"/>
          </w:tcPr>
          <w:p w14:paraId="653F9A25" w14:textId="77777777" w:rsidR="005A39DF" w:rsidRDefault="005A39DF" w:rsidP="005A39DF">
            <w:pPr>
              <w:jc w:val="center"/>
            </w:pPr>
            <w:r>
              <w:t>5</w:t>
            </w:r>
          </w:p>
        </w:tc>
        <w:tc>
          <w:tcPr>
            <w:tcW w:w="7087" w:type="dxa"/>
          </w:tcPr>
          <w:p w14:paraId="54096F42" w14:textId="35809771" w:rsidR="005A39DF" w:rsidRDefault="005A39DF" w:rsidP="005A39DF">
            <w:r>
              <w:rPr>
                <w:rFonts w:ascii="Cambria" w:hAnsi="Cambria" w:cs="Segoe UI"/>
                <w:color w:val="000000"/>
              </w:rPr>
              <w:t xml:space="preserve">Ders </w:t>
            </w:r>
            <w:proofErr w:type="spellStart"/>
            <w:r>
              <w:rPr>
                <w:rFonts w:ascii="Cambria" w:hAnsi="Cambria" w:cs="Segoe UI"/>
                <w:color w:val="000000"/>
              </w:rPr>
              <w:t>görevlendirmesine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ilişkin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Birim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Yönetim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Kurulu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Kararı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Üst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Yetkili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Onayı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değişikliklere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ilişkin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güncel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kararlar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ödeme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evrakına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-211974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1" w:type="dxa"/>
                <w:vAlign w:val="center"/>
              </w:tcPr>
              <w:p w14:paraId="08FE0D73" w14:textId="1B460262" w:rsidR="005A39DF" w:rsidRDefault="005A39DF" w:rsidP="005A39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47965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9" w:type="dxa"/>
                <w:vAlign w:val="center"/>
              </w:tcPr>
              <w:p w14:paraId="1556996C" w14:textId="293E3ED1" w:rsidR="005A39DF" w:rsidRDefault="005A39DF" w:rsidP="005A39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44335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vAlign w:val="center"/>
              </w:tcPr>
              <w:p w14:paraId="364870E4" w14:textId="5306D05B" w:rsidR="005A39DF" w:rsidRDefault="005A39DF" w:rsidP="005A39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5A39DF" w14:paraId="7D40B154" w14:textId="77777777" w:rsidTr="00564F8B">
        <w:trPr>
          <w:jc w:val="center"/>
        </w:trPr>
        <w:tc>
          <w:tcPr>
            <w:tcW w:w="810" w:type="dxa"/>
            <w:vAlign w:val="center"/>
          </w:tcPr>
          <w:p w14:paraId="20DE44B9" w14:textId="77777777" w:rsidR="005A39DF" w:rsidRDefault="005A39DF" w:rsidP="005A39DF">
            <w:pPr>
              <w:jc w:val="center"/>
            </w:pPr>
            <w:r>
              <w:t>6</w:t>
            </w:r>
          </w:p>
        </w:tc>
        <w:tc>
          <w:tcPr>
            <w:tcW w:w="7087" w:type="dxa"/>
          </w:tcPr>
          <w:p w14:paraId="09FF3FB5" w14:textId="6A709ADF" w:rsidR="005A39DF" w:rsidRDefault="005A39DF" w:rsidP="005A39DF">
            <w:r>
              <w:rPr>
                <w:rFonts w:ascii="Cambria" w:hAnsi="Cambria" w:cs="Segoe UI"/>
                <w:color w:val="000000"/>
              </w:rPr>
              <w:t xml:space="preserve">Ders </w:t>
            </w:r>
            <w:proofErr w:type="spellStart"/>
            <w:r>
              <w:rPr>
                <w:rFonts w:ascii="Cambria" w:hAnsi="Cambria" w:cs="Segoe UI"/>
                <w:color w:val="000000"/>
              </w:rPr>
              <w:t>Yükü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Bildirim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Formları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gerekli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olması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halinde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güncel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ders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yükü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ders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programı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yönetim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kurulu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kararları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eğitim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Öğretim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dönemi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 w:cs="Segoe UI"/>
                <w:color w:val="000000"/>
              </w:rPr>
              <w:t>başında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 </w:t>
            </w:r>
            <w:proofErr w:type="spellStart"/>
            <w:r>
              <w:rPr>
                <w:rFonts w:ascii="Cambria" w:hAnsi="Cambria" w:cs="Segoe UI"/>
                <w:color w:val="000000"/>
              </w:rPr>
              <w:t>ödeme</w:t>
            </w:r>
            <w:proofErr w:type="spellEnd"/>
            <w:proofErr w:type="gram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evrakına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-186172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1" w:type="dxa"/>
                <w:vAlign w:val="center"/>
              </w:tcPr>
              <w:p w14:paraId="203BB5B5" w14:textId="77765F18" w:rsidR="005A39DF" w:rsidRDefault="005A39DF" w:rsidP="005A39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19727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9" w:type="dxa"/>
                <w:vAlign w:val="center"/>
              </w:tcPr>
              <w:p w14:paraId="2DB6A803" w14:textId="61AE9E6B" w:rsidR="005A39DF" w:rsidRDefault="005A39DF" w:rsidP="005A39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00366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vAlign w:val="center"/>
              </w:tcPr>
              <w:p w14:paraId="53584AF6" w14:textId="78D0FBF6" w:rsidR="005A39DF" w:rsidRDefault="005A39DF" w:rsidP="005A39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5A39DF" w14:paraId="64CC9416" w14:textId="77777777" w:rsidTr="00564F8B">
        <w:trPr>
          <w:jc w:val="center"/>
        </w:trPr>
        <w:tc>
          <w:tcPr>
            <w:tcW w:w="810" w:type="dxa"/>
            <w:vAlign w:val="center"/>
          </w:tcPr>
          <w:p w14:paraId="35DFEE49" w14:textId="77777777" w:rsidR="005A39DF" w:rsidRDefault="005A39DF" w:rsidP="005A39DF">
            <w:pPr>
              <w:jc w:val="center"/>
            </w:pPr>
            <w:r>
              <w:t>7</w:t>
            </w:r>
          </w:p>
        </w:tc>
        <w:tc>
          <w:tcPr>
            <w:tcW w:w="7087" w:type="dxa"/>
          </w:tcPr>
          <w:p w14:paraId="6AC52947" w14:textId="784551A5" w:rsidR="005A39DF" w:rsidRDefault="005A39DF" w:rsidP="005A39DF">
            <w:proofErr w:type="spellStart"/>
            <w:r>
              <w:rPr>
                <w:rFonts w:ascii="Cambria" w:hAnsi="Cambria" w:cs="Segoe UI"/>
                <w:color w:val="000000"/>
              </w:rPr>
              <w:t>Akademik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Takvim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eğitim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Öğretim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dönemi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başında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ödeme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evrakına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-171519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1" w:type="dxa"/>
                <w:vAlign w:val="center"/>
              </w:tcPr>
              <w:p w14:paraId="28CD82EE" w14:textId="2B8F4A35" w:rsidR="005A39DF" w:rsidRDefault="005A39DF" w:rsidP="005A39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27857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9" w:type="dxa"/>
                <w:vAlign w:val="center"/>
              </w:tcPr>
              <w:p w14:paraId="6F249AEE" w14:textId="07A23D63" w:rsidR="005A39DF" w:rsidRDefault="005A39DF" w:rsidP="005A39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70029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vAlign w:val="center"/>
              </w:tcPr>
              <w:p w14:paraId="6A589EAF" w14:textId="2F20618A" w:rsidR="005A39DF" w:rsidRDefault="005A39DF" w:rsidP="005A39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5A39DF" w14:paraId="5B5E3A95" w14:textId="77777777" w:rsidTr="00564F8B">
        <w:trPr>
          <w:jc w:val="center"/>
        </w:trPr>
        <w:tc>
          <w:tcPr>
            <w:tcW w:w="810" w:type="dxa"/>
            <w:vAlign w:val="center"/>
          </w:tcPr>
          <w:p w14:paraId="1759FB24" w14:textId="77777777" w:rsidR="005A39DF" w:rsidRDefault="005A39DF" w:rsidP="005A39DF">
            <w:pPr>
              <w:jc w:val="center"/>
            </w:pPr>
            <w:r>
              <w:t>8</w:t>
            </w:r>
          </w:p>
        </w:tc>
        <w:tc>
          <w:tcPr>
            <w:tcW w:w="7087" w:type="dxa"/>
          </w:tcPr>
          <w:p w14:paraId="7204642C" w14:textId="1CE45060" w:rsidR="005A39DF" w:rsidRDefault="005A39DF" w:rsidP="005A39DF">
            <w:proofErr w:type="spellStart"/>
            <w:r>
              <w:rPr>
                <w:rFonts w:ascii="Cambria" w:hAnsi="Cambria" w:cs="Segoe UI"/>
                <w:color w:val="000000"/>
              </w:rPr>
              <w:t>Diğer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birimlerden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veya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üniversite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dışından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görevlendirilen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personele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ilişkin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onay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yazıları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eğitim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Öğretim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dönemi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başında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1861318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1" w:type="dxa"/>
                <w:vAlign w:val="center"/>
              </w:tcPr>
              <w:p w14:paraId="2D83F2DB" w14:textId="75593CDE" w:rsidR="005A39DF" w:rsidRDefault="005A39DF" w:rsidP="005A39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15801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9" w:type="dxa"/>
                <w:vAlign w:val="center"/>
              </w:tcPr>
              <w:p w14:paraId="3A08939A" w14:textId="7CC3D070" w:rsidR="005A39DF" w:rsidRDefault="005A39DF" w:rsidP="005A39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60117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vAlign w:val="center"/>
              </w:tcPr>
              <w:p w14:paraId="76133ED4" w14:textId="2939A5CC" w:rsidR="005A39DF" w:rsidRDefault="005A39DF" w:rsidP="005A39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5A39DF" w14:paraId="75AB4112" w14:textId="77777777" w:rsidTr="00564F8B">
        <w:trPr>
          <w:trHeight w:val="480"/>
          <w:jc w:val="center"/>
        </w:trPr>
        <w:tc>
          <w:tcPr>
            <w:tcW w:w="810" w:type="dxa"/>
            <w:vAlign w:val="center"/>
          </w:tcPr>
          <w:p w14:paraId="48FA51CD" w14:textId="77777777" w:rsidR="005A39DF" w:rsidRDefault="005A39DF" w:rsidP="005A39DF">
            <w:pPr>
              <w:jc w:val="center"/>
            </w:pPr>
            <w:r>
              <w:t>9</w:t>
            </w:r>
          </w:p>
        </w:tc>
        <w:tc>
          <w:tcPr>
            <w:tcW w:w="7087" w:type="dxa"/>
          </w:tcPr>
          <w:p w14:paraId="4620FFFC" w14:textId="406E77BD" w:rsidR="005A39DF" w:rsidRDefault="005A39DF" w:rsidP="005A39DF">
            <w:proofErr w:type="spellStart"/>
            <w:r>
              <w:rPr>
                <w:rFonts w:ascii="Cambria" w:hAnsi="Cambria" w:cs="Segoe UI"/>
                <w:color w:val="000000"/>
              </w:rPr>
              <w:t>Doktorasını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tamamlamış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araştırma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görevlisinin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ders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görevlendirilmesi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halinde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Üniversite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Yönetim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Kurulu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Kararı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-461736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1" w:type="dxa"/>
                <w:vAlign w:val="center"/>
              </w:tcPr>
              <w:p w14:paraId="7B095091" w14:textId="3260E602" w:rsidR="005A39DF" w:rsidRDefault="005A39DF" w:rsidP="005A39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05538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9" w:type="dxa"/>
                <w:vAlign w:val="center"/>
              </w:tcPr>
              <w:p w14:paraId="2F64CBB4" w14:textId="583A4F3E" w:rsidR="005A39DF" w:rsidRDefault="005A39DF" w:rsidP="005A39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1375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vAlign w:val="center"/>
              </w:tcPr>
              <w:p w14:paraId="48E78A23" w14:textId="1560DBAF" w:rsidR="005A39DF" w:rsidRDefault="005A39DF" w:rsidP="005A39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5A39DF" w14:paraId="379624CB" w14:textId="77777777" w:rsidTr="00564F8B">
        <w:trPr>
          <w:trHeight w:val="454"/>
          <w:jc w:val="center"/>
        </w:trPr>
        <w:tc>
          <w:tcPr>
            <w:tcW w:w="810" w:type="dxa"/>
            <w:vAlign w:val="center"/>
          </w:tcPr>
          <w:p w14:paraId="45EC4002" w14:textId="77777777" w:rsidR="005A39DF" w:rsidRDefault="005A39DF" w:rsidP="005A39DF">
            <w:pPr>
              <w:jc w:val="center"/>
            </w:pPr>
            <w:r>
              <w:t>10</w:t>
            </w:r>
          </w:p>
        </w:tc>
        <w:tc>
          <w:tcPr>
            <w:tcW w:w="7087" w:type="dxa"/>
          </w:tcPr>
          <w:p w14:paraId="136058EF" w14:textId="68F4633A" w:rsidR="005A39DF" w:rsidRDefault="005A39DF" w:rsidP="005A39DF">
            <w:r>
              <w:rPr>
                <w:rFonts w:ascii="Cambria" w:hAnsi="Cambria" w:cs="Segoe UI"/>
                <w:color w:val="000000"/>
              </w:rPr>
              <w:t xml:space="preserve">Final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ara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sınavı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ödemelerinde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gerekli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sınav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programı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sınav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ücreti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bildirim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formu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veya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öğrenci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sayıları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listeleri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usulüne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uygun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olarak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sınav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evrakları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sınav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sonuçları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sisteme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girildikten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sonra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alınmış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mı</w:t>
            </w:r>
            <w:proofErr w:type="spellEnd"/>
            <w:r>
              <w:rPr>
                <w:rFonts w:ascii="Cambria" w:hAnsi="Cambria" w:cs="Segoe UI"/>
                <w:color w:val="000000"/>
              </w:rPr>
              <w:t>?</w:t>
            </w:r>
          </w:p>
        </w:tc>
        <w:sdt>
          <w:sdtPr>
            <w:rPr>
              <w:sz w:val="18"/>
              <w:szCs w:val="18"/>
            </w:rPr>
            <w:id w:val="-583766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1" w:type="dxa"/>
                <w:vAlign w:val="center"/>
              </w:tcPr>
              <w:p w14:paraId="724071E2" w14:textId="7C9EB6BA" w:rsidR="005A39DF" w:rsidRDefault="005A39DF" w:rsidP="005A39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351028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9" w:type="dxa"/>
                <w:vAlign w:val="center"/>
              </w:tcPr>
              <w:p w14:paraId="2D5DD99F" w14:textId="2B48AB96" w:rsidR="005A39DF" w:rsidRDefault="005A39DF" w:rsidP="005A39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13811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vAlign w:val="center"/>
              </w:tcPr>
              <w:p w14:paraId="04727F9C" w14:textId="2478C093" w:rsidR="005A39DF" w:rsidRDefault="005A39DF" w:rsidP="005A39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5A39DF" w14:paraId="4A2F651D" w14:textId="77777777" w:rsidTr="00564F8B">
        <w:trPr>
          <w:jc w:val="center"/>
        </w:trPr>
        <w:tc>
          <w:tcPr>
            <w:tcW w:w="810" w:type="dxa"/>
            <w:vAlign w:val="center"/>
          </w:tcPr>
          <w:p w14:paraId="160E3E2A" w14:textId="77777777" w:rsidR="005A39DF" w:rsidRDefault="005A39DF" w:rsidP="005A39DF">
            <w:pPr>
              <w:jc w:val="center"/>
            </w:pPr>
            <w:r>
              <w:t>11</w:t>
            </w:r>
          </w:p>
        </w:tc>
        <w:tc>
          <w:tcPr>
            <w:tcW w:w="7087" w:type="dxa"/>
          </w:tcPr>
          <w:p w14:paraId="3B73907F" w14:textId="028F928C" w:rsidR="005A39DF" w:rsidRDefault="005A39DF" w:rsidP="005A39DF">
            <w:proofErr w:type="spellStart"/>
            <w:r>
              <w:rPr>
                <w:rFonts w:ascii="Cambria" w:hAnsi="Cambria" w:cs="Segoe UI"/>
                <w:color w:val="000000"/>
              </w:rPr>
              <w:t>Tezsiz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yüksek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lisans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ek </w:t>
            </w:r>
            <w:proofErr w:type="spellStart"/>
            <w:r>
              <w:rPr>
                <w:rFonts w:ascii="Cambria" w:hAnsi="Cambria" w:cs="Segoe UI"/>
                <w:color w:val="000000"/>
              </w:rPr>
              <w:t>ders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ücretine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ilişkin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Birim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Yönetim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Kurulu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Kararı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dönem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başındaki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ilk </w:t>
            </w:r>
            <w:proofErr w:type="spellStart"/>
            <w:r>
              <w:rPr>
                <w:rFonts w:ascii="Cambria" w:hAnsi="Cambria" w:cs="Segoe UI"/>
                <w:color w:val="000000"/>
              </w:rPr>
              <w:t>ödemeye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1459608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1" w:type="dxa"/>
                <w:vAlign w:val="center"/>
              </w:tcPr>
              <w:p w14:paraId="5B7B3DAA" w14:textId="2390FBEA" w:rsidR="005A39DF" w:rsidRDefault="005A39DF" w:rsidP="005A39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81984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9" w:type="dxa"/>
                <w:vAlign w:val="center"/>
              </w:tcPr>
              <w:p w14:paraId="21F98152" w14:textId="4BA295CC" w:rsidR="005A39DF" w:rsidRDefault="005A39DF" w:rsidP="005A39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36937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vAlign w:val="center"/>
              </w:tcPr>
              <w:p w14:paraId="7BE2E31A" w14:textId="7A988D0B" w:rsidR="005A39DF" w:rsidRDefault="005A39DF" w:rsidP="005A39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5A39DF" w14:paraId="5DEC94BD" w14:textId="77777777" w:rsidTr="00564F8B">
        <w:trPr>
          <w:jc w:val="center"/>
        </w:trPr>
        <w:tc>
          <w:tcPr>
            <w:tcW w:w="810" w:type="dxa"/>
            <w:vAlign w:val="center"/>
          </w:tcPr>
          <w:p w14:paraId="6D37964E" w14:textId="530D77F8" w:rsidR="005A39DF" w:rsidRDefault="005A39DF" w:rsidP="005A39DF">
            <w:pPr>
              <w:jc w:val="center"/>
            </w:pPr>
            <w:r>
              <w:t>12</w:t>
            </w:r>
          </w:p>
        </w:tc>
        <w:tc>
          <w:tcPr>
            <w:tcW w:w="7087" w:type="dxa"/>
          </w:tcPr>
          <w:p w14:paraId="088E2301" w14:textId="58F5BC9B" w:rsidR="005A39DF" w:rsidRDefault="005A39DF" w:rsidP="005A39DF">
            <w:proofErr w:type="spellStart"/>
            <w:r>
              <w:rPr>
                <w:rFonts w:ascii="Cambria" w:hAnsi="Cambria" w:cs="Segoe UI"/>
                <w:color w:val="000000"/>
              </w:rPr>
              <w:t>Ödeme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Emri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Belgesindeki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imzalar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yetki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çizelgesine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uygun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mu? </w:t>
            </w:r>
            <w:proofErr w:type="spellStart"/>
            <w:r>
              <w:rPr>
                <w:rFonts w:ascii="Cambria" w:hAnsi="Cambria" w:cs="Segoe UI"/>
                <w:color w:val="000000"/>
              </w:rPr>
              <w:t>Yetki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devri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bulunması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halinde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ilgili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belgeler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1686936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1" w:type="dxa"/>
                <w:vAlign w:val="center"/>
              </w:tcPr>
              <w:p w14:paraId="4FE189CC" w14:textId="55AF5821" w:rsidR="005A39DF" w:rsidRDefault="005A39DF" w:rsidP="005A39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86907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9" w:type="dxa"/>
                <w:vAlign w:val="center"/>
              </w:tcPr>
              <w:p w14:paraId="1A7025F0" w14:textId="2C3EF570" w:rsidR="005A39DF" w:rsidRDefault="005A39DF" w:rsidP="005A39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266992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vAlign w:val="center"/>
              </w:tcPr>
              <w:p w14:paraId="5B6C1EF5" w14:textId="06FE0949" w:rsidR="005A39DF" w:rsidRDefault="005A39DF" w:rsidP="005A39D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564F8B" w14:paraId="15D2C90D" w14:textId="77777777" w:rsidTr="00564F8B">
        <w:trPr>
          <w:jc w:val="center"/>
        </w:trPr>
        <w:tc>
          <w:tcPr>
            <w:tcW w:w="810" w:type="dxa"/>
            <w:vAlign w:val="center"/>
          </w:tcPr>
          <w:p w14:paraId="5035A2C8" w14:textId="55A1B8AC" w:rsidR="00564F8B" w:rsidRDefault="00564F8B" w:rsidP="00564F8B">
            <w:pPr>
              <w:jc w:val="center"/>
            </w:pPr>
            <w:r>
              <w:t>13</w:t>
            </w:r>
          </w:p>
        </w:tc>
        <w:tc>
          <w:tcPr>
            <w:tcW w:w="7087" w:type="dxa"/>
          </w:tcPr>
          <w:p w14:paraId="34B2A06F" w14:textId="6A4AE732" w:rsidR="00564F8B" w:rsidRPr="00564F8B" w:rsidRDefault="00564F8B" w:rsidP="00564F8B">
            <w:proofErr w:type="spellStart"/>
            <w:r>
              <w:t>Taslak</w:t>
            </w:r>
            <w:proofErr w:type="spellEnd"/>
            <w:r>
              <w:t xml:space="preserve"> </w:t>
            </w:r>
            <w:proofErr w:type="spellStart"/>
            <w:r>
              <w:t>Ödeme</w:t>
            </w:r>
            <w:proofErr w:type="spellEnd"/>
            <w:r>
              <w:t xml:space="preserve"> Emri HYS </w:t>
            </w:r>
            <w:proofErr w:type="spellStart"/>
            <w:r>
              <w:t>üzerinde</w:t>
            </w:r>
            <w:proofErr w:type="spellEnd"/>
            <w:r>
              <w:t xml:space="preserve"> </w:t>
            </w:r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Talimatı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ilişkilendirilmiş</w:t>
            </w:r>
            <w:proofErr w:type="spellEnd"/>
            <w:r>
              <w:t xml:space="preserve"> mi?</w:t>
            </w:r>
          </w:p>
        </w:tc>
        <w:sdt>
          <w:sdtPr>
            <w:rPr>
              <w:sz w:val="18"/>
              <w:szCs w:val="18"/>
            </w:rPr>
            <w:id w:val="1476492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1" w:type="dxa"/>
                <w:vAlign w:val="center"/>
              </w:tcPr>
              <w:p w14:paraId="43C18AA1" w14:textId="537BEA0C" w:rsidR="00564F8B" w:rsidRDefault="00564F8B" w:rsidP="00564F8B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76735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9" w:type="dxa"/>
                <w:vAlign w:val="center"/>
              </w:tcPr>
              <w:p w14:paraId="72F02730" w14:textId="53CEB875" w:rsidR="00564F8B" w:rsidRDefault="00564F8B" w:rsidP="00564F8B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31915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vAlign w:val="center"/>
              </w:tcPr>
              <w:p w14:paraId="021C6170" w14:textId="3C874223" w:rsidR="00564F8B" w:rsidRDefault="00564F8B" w:rsidP="00564F8B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2405B45C" w14:textId="77777777" w:rsidR="00DE7E5D" w:rsidRDefault="00000000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</w:p>
    <w:p w14:paraId="6FCA9316" w14:textId="6AB1047A" w:rsidR="0049466B" w:rsidRDefault="0049466B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rPr>
          <w:rFonts w:ascii="Times New Roman" w:hAnsi="Times New Roman"/>
          <w:i/>
          <w:iCs/>
          <w:color w:val="000000"/>
          <w:sz w:val="24"/>
          <w:lang w:val="tr-TR" w:eastAsia="tr-TR"/>
        </w:rPr>
        <w:lastRenderedPageBreak/>
        <w:t xml:space="preserve">Kamu Ön Malî Kontrol Yönetmeliği’nin 6’ncı maddesi kapsamında; ödeme emri belgesi ve eki belgeler bütçe ilke ve esasları, ilgili mevzuat ve kamu iç kontrol standartları yönünden kontrol edilmiş olup uygun </w:t>
      </w:r>
      <w:proofErr w:type="gramStart"/>
      <w:r>
        <w:rPr>
          <w:rFonts w:ascii="Times New Roman" w:hAnsi="Times New Roman"/>
          <w:i/>
          <w:iCs/>
          <w:color w:val="000000"/>
          <w:sz w:val="24"/>
          <w:lang w:val="tr-TR" w:eastAsia="tr-TR"/>
        </w:rPr>
        <w:t>görülmüştür</w:t>
      </w:r>
      <w:proofErr w:type="gramEnd"/>
      <w:r>
        <w:rPr>
          <w:rFonts w:ascii="Times New Roman" w:hAnsi="Times New Roman"/>
          <w:i/>
          <w:iCs/>
          <w:color w:val="000000"/>
          <w:sz w:val="24"/>
          <w:lang w:val="tr-TR" w:eastAsia="tr-TR"/>
        </w:rPr>
        <w:t>.</w:t>
      </w:r>
    </w:p>
    <w:p w14:paraId="15E3E923" w14:textId="77777777" w:rsidR="00D07467" w:rsidRDefault="00000000" w:rsidP="00D07467">
      <w:pPr>
        <w:ind w:left="3600"/>
        <w:rPr>
          <w:b/>
          <w:bCs/>
        </w:rPr>
      </w:pPr>
      <w:proofErr w:type="spellStart"/>
      <w:r w:rsidRPr="0049466B">
        <w:rPr>
          <w:b/>
          <w:bCs/>
        </w:rPr>
        <w:t>Gerçekleştirme</w:t>
      </w:r>
      <w:proofErr w:type="spellEnd"/>
      <w:r w:rsidRPr="0049466B">
        <w:rPr>
          <w:b/>
          <w:bCs/>
        </w:rPr>
        <w:t xml:space="preserve"> </w:t>
      </w:r>
      <w:proofErr w:type="spellStart"/>
      <w:r w:rsidRPr="0049466B">
        <w:rPr>
          <w:b/>
          <w:bCs/>
        </w:rPr>
        <w:t>Görevlisi</w:t>
      </w:r>
      <w:proofErr w:type="spellEnd"/>
    </w:p>
    <w:p w14:paraId="4F1B3897" w14:textId="77777777" w:rsidR="00D07467" w:rsidRDefault="00D07467" w:rsidP="00D07467">
      <w:pPr>
        <w:ind w:left="3600"/>
      </w:pPr>
      <w:r>
        <w:t xml:space="preserve">                   …/…/</w:t>
      </w:r>
      <w:proofErr w:type="gramStart"/>
      <w:r>
        <w:t>20..</w:t>
      </w:r>
      <w:proofErr w:type="gramEnd"/>
    </w:p>
    <w:p w14:paraId="1CB787FB" w14:textId="6256DCE2" w:rsidR="00123BD3" w:rsidRDefault="00000000" w:rsidP="00D07467">
      <w:pPr>
        <w:ind w:left="3600"/>
      </w:pPr>
      <w:proofErr w:type="spellStart"/>
      <w:r>
        <w:t>Adı</w:t>
      </w:r>
      <w:proofErr w:type="spellEnd"/>
      <w:r>
        <w:t xml:space="preserve"> </w:t>
      </w:r>
      <w:proofErr w:type="spellStart"/>
      <w:r>
        <w:t>Soyadı</w:t>
      </w:r>
      <w:proofErr w:type="spellEnd"/>
      <w:r w:rsidR="00D07467">
        <w:tab/>
      </w:r>
      <w:r>
        <w:t>:</w:t>
      </w:r>
      <w:r>
        <w:br/>
      </w:r>
      <w:proofErr w:type="spellStart"/>
      <w:r>
        <w:t>Unvanı</w:t>
      </w:r>
      <w:proofErr w:type="spellEnd"/>
      <w:r>
        <w:t xml:space="preserve">: </w:t>
      </w:r>
      <w:r w:rsidR="00D07467">
        <w:tab/>
        <w:t>:</w:t>
      </w:r>
      <w:r>
        <w:br/>
      </w:r>
      <w:proofErr w:type="spellStart"/>
      <w:r>
        <w:t>İmza</w:t>
      </w:r>
      <w:proofErr w:type="spellEnd"/>
      <w:r w:rsidR="00D07467">
        <w:tab/>
      </w:r>
      <w:r w:rsidR="00D07467">
        <w:tab/>
      </w:r>
      <w:r>
        <w:t>:</w:t>
      </w:r>
    </w:p>
    <w:sectPr w:rsidR="00123BD3" w:rsidSect="00034616">
      <w:headerReference w:type="default" r:id="rId8"/>
      <w:footerReference w:type="default" r:id="rId9"/>
      <w:pgSz w:w="12240" w:h="15840"/>
      <w:pgMar w:top="1440" w:right="850" w:bottom="144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D0F71" w14:textId="77777777" w:rsidR="00C21EA1" w:rsidRDefault="00C21EA1" w:rsidP="00DE7E5D">
      <w:pPr>
        <w:spacing w:after="0" w:line="240" w:lineRule="auto"/>
      </w:pPr>
      <w:r>
        <w:separator/>
      </w:r>
    </w:p>
  </w:endnote>
  <w:endnote w:type="continuationSeparator" w:id="0">
    <w:p w14:paraId="5DEAEE16" w14:textId="77777777" w:rsidR="00C21EA1" w:rsidRDefault="00C21EA1" w:rsidP="00DE7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808"/>
      <w:gridCol w:w="3497"/>
      <w:gridCol w:w="3497"/>
    </w:tblGrid>
    <w:tr w:rsidR="00DE7E5D" w:rsidRPr="007A5A35" w14:paraId="7EAA4C74" w14:textId="77777777" w:rsidTr="00952FF9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67F542" w14:textId="77777777" w:rsidR="00DE7E5D" w:rsidRPr="007A5A35" w:rsidRDefault="00DE7E5D" w:rsidP="00DE7E5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38DCA4" w14:textId="77777777" w:rsidR="00DE7E5D" w:rsidRPr="007A5A35" w:rsidRDefault="00DE7E5D" w:rsidP="00DE7E5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F753620" w14:textId="77777777" w:rsidR="00DE7E5D" w:rsidRPr="007A5A35" w:rsidRDefault="00DE7E5D" w:rsidP="00DE7E5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DE7E5D" w:rsidRPr="007A5A35" w14:paraId="69D1F239" w14:textId="77777777" w:rsidTr="00952FF9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43EE75" w14:textId="77777777" w:rsidR="00DE7E5D" w:rsidRPr="007A5A35" w:rsidRDefault="00DE7E5D" w:rsidP="00DE7E5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71FE322" w14:textId="77777777" w:rsidR="00DE7E5D" w:rsidRPr="007A5A35" w:rsidRDefault="00DE7E5D" w:rsidP="00DE7E5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D596704" w14:textId="77777777" w:rsidR="00DE7E5D" w:rsidRPr="007A5A35" w:rsidRDefault="00DE7E5D" w:rsidP="00DE7E5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027C4AAA" w14:textId="7DCDD4C1" w:rsidR="00DE7E5D" w:rsidRDefault="00DE7E5D">
    <w:pPr>
      <w:pStyle w:val="AltBilgi"/>
    </w:pPr>
  </w:p>
  <w:p w14:paraId="70B37191" w14:textId="77777777" w:rsidR="00DE7E5D" w:rsidRDefault="00DE7E5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590B7" w14:textId="77777777" w:rsidR="00C21EA1" w:rsidRDefault="00C21EA1" w:rsidP="00DE7E5D">
      <w:pPr>
        <w:spacing w:after="0" w:line="240" w:lineRule="auto"/>
      </w:pPr>
      <w:r>
        <w:separator/>
      </w:r>
    </w:p>
  </w:footnote>
  <w:footnote w:type="continuationSeparator" w:id="0">
    <w:p w14:paraId="16A5E0F7" w14:textId="77777777" w:rsidR="00C21EA1" w:rsidRDefault="00C21EA1" w:rsidP="00DE7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72"/>
      <w:gridCol w:w="5181"/>
      <w:gridCol w:w="2100"/>
      <w:gridCol w:w="1469"/>
    </w:tblGrid>
    <w:tr w:rsidR="00DE7E5D" w:rsidRPr="007A5A35" w14:paraId="6B1FCDC2" w14:textId="77777777" w:rsidTr="00952FF9">
      <w:trPr>
        <w:trHeight w:val="261"/>
      </w:trPr>
      <w:tc>
        <w:tcPr>
          <w:tcW w:w="1676" w:type="dxa"/>
          <w:vMerge w:val="restart"/>
          <w:vAlign w:val="center"/>
        </w:tcPr>
        <w:p w14:paraId="18BA8387" w14:textId="77777777" w:rsidR="00DE7E5D" w:rsidRPr="007A5A35" w:rsidRDefault="00DE7E5D" w:rsidP="00DE7E5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7A5A35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56743B37" wp14:editId="44108579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0" w:type="dxa"/>
          <w:vMerge w:val="restart"/>
          <w:vAlign w:val="center"/>
        </w:tcPr>
        <w:p w14:paraId="46547F13" w14:textId="6BD43630" w:rsidR="00DE7E5D" w:rsidRPr="0040110E" w:rsidRDefault="00DE7E5D" w:rsidP="00DE7E5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  <w:lang w:val="tr-TR" w:eastAsia="tr-TR"/>
            </w:rPr>
          </w:pPr>
          <w:r w:rsidRPr="005A39DF">
            <w:rPr>
              <w:rFonts w:ascii="Times New Roman" w:hAnsi="Times New Roman"/>
              <w:b/>
              <w:bCs/>
              <w:color w:val="000000"/>
              <w:sz w:val="24"/>
              <w:szCs w:val="24"/>
              <w:lang w:val="tr-TR" w:eastAsia="tr-TR"/>
            </w:rPr>
            <w:t xml:space="preserve">EK DERS ÖDEMELERİNE </w:t>
          </w:r>
          <w:r w:rsidRPr="0040110E">
            <w:rPr>
              <w:rFonts w:ascii="Times New Roman" w:hAnsi="Times New Roman"/>
              <w:b/>
              <w:bCs/>
              <w:color w:val="000000"/>
              <w:sz w:val="24"/>
              <w:szCs w:val="24"/>
              <w:lang w:val="tr-TR" w:eastAsia="tr-TR"/>
            </w:rPr>
            <w:t>İLİŞKİN ÖN MALİ KONTROL LİSTE FORMU</w:t>
          </w:r>
        </w:p>
      </w:tc>
      <w:tc>
        <w:tcPr>
          <w:tcW w:w="2126" w:type="dxa"/>
          <w:vAlign w:val="center"/>
        </w:tcPr>
        <w:p w14:paraId="329BDC1D" w14:textId="77777777" w:rsidR="00DE7E5D" w:rsidRPr="007A5A35" w:rsidRDefault="00DE7E5D" w:rsidP="00DE7E5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74" w:type="dxa"/>
          <w:vAlign w:val="center"/>
        </w:tcPr>
        <w:p w14:paraId="205800B4" w14:textId="6B1B47F0" w:rsidR="00DE7E5D" w:rsidRPr="007A5A35" w:rsidRDefault="00DE7E5D" w:rsidP="00DE7E5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65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DE7E5D" w:rsidRPr="007A5A35" w14:paraId="542F12A8" w14:textId="77777777" w:rsidTr="00952FF9">
      <w:trPr>
        <w:trHeight w:val="261"/>
      </w:trPr>
      <w:tc>
        <w:tcPr>
          <w:tcW w:w="1676" w:type="dxa"/>
          <w:vMerge/>
          <w:vAlign w:val="center"/>
        </w:tcPr>
        <w:p w14:paraId="3E25798C" w14:textId="77777777" w:rsidR="00DE7E5D" w:rsidRPr="007A5A35" w:rsidRDefault="00DE7E5D" w:rsidP="00DE7E5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3EB4C341" w14:textId="77777777" w:rsidR="00DE7E5D" w:rsidRPr="007A5A35" w:rsidRDefault="00DE7E5D" w:rsidP="00DE7E5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37B374D2" w14:textId="77777777" w:rsidR="00DE7E5D" w:rsidRPr="007A5A35" w:rsidRDefault="00DE7E5D" w:rsidP="00DE7E5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74" w:type="dxa"/>
          <w:vAlign w:val="center"/>
        </w:tcPr>
        <w:p w14:paraId="7A957ED1" w14:textId="77777777" w:rsidR="00DE7E5D" w:rsidRPr="007A5A35" w:rsidRDefault="00DE7E5D" w:rsidP="00DE7E5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DE7E5D" w:rsidRPr="007A5A35" w14:paraId="12342220" w14:textId="77777777" w:rsidTr="00952FF9">
      <w:trPr>
        <w:trHeight w:val="261"/>
      </w:trPr>
      <w:tc>
        <w:tcPr>
          <w:tcW w:w="1676" w:type="dxa"/>
          <w:vMerge/>
          <w:vAlign w:val="center"/>
        </w:tcPr>
        <w:p w14:paraId="2CEBA541" w14:textId="77777777" w:rsidR="00DE7E5D" w:rsidRPr="007A5A35" w:rsidRDefault="00DE7E5D" w:rsidP="00DE7E5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672F6981" w14:textId="77777777" w:rsidR="00DE7E5D" w:rsidRPr="007A5A35" w:rsidRDefault="00DE7E5D" w:rsidP="00DE7E5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20EF713A" w14:textId="77777777" w:rsidR="00DE7E5D" w:rsidRPr="007A5A35" w:rsidRDefault="00DE7E5D" w:rsidP="00DE7E5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74" w:type="dxa"/>
          <w:vAlign w:val="center"/>
        </w:tcPr>
        <w:p w14:paraId="1CD77F1C" w14:textId="77777777" w:rsidR="00DE7E5D" w:rsidRPr="007A5A35" w:rsidRDefault="00DE7E5D" w:rsidP="00DE7E5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DE7E5D" w:rsidRPr="007A5A35" w14:paraId="0ACD24C5" w14:textId="77777777" w:rsidTr="00952FF9">
      <w:trPr>
        <w:trHeight w:val="261"/>
      </w:trPr>
      <w:tc>
        <w:tcPr>
          <w:tcW w:w="1676" w:type="dxa"/>
          <w:vMerge/>
          <w:vAlign w:val="center"/>
        </w:tcPr>
        <w:p w14:paraId="750DEE01" w14:textId="77777777" w:rsidR="00DE7E5D" w:rsidRPr="007A5A35" w:rsidRDefault="00DE7E5D" w:rsidP="00DE7E5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32708809" w14:textId="77777777" w:rsidR="00DE7E5D" w:rsidRPr="007A5A35" w:rsidRDefault="00DE7E5D" w:rsidP="00DE7E5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221F9BDC" w14:textId="77777777" w:rsidR="00DE7E5D" w:rsidRPr="007A5A35" w:rsidRDefault="00DE7E5D" w:rsidP="00DE7E5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74" w:type="dxa"/>
          <w:vAlign w:val="center"/>
        </w:tcPr>
        <w:p w14:paraId="31AB118D" w14:textId="77777777" w:rsidR="00DE7E5D" w:rsidRPr="007A5A35" w:rsidRDefault="00DE7E5D" w:rsidP="00DE7E5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DE7E5D" w:rsidRPr="007A5A35" w14:paraId="4E48B5D3" w14:textId="77777777" w:rsidTr="00952FF9">
      <w:trPr>
        <w:trHeight w:val="261"/>
      </w:trPr>
      <w:tc>
        <w:tcPr>
          <w:tcW w:w="1676" w:type="dxa"/>
          <w:vMerge/>
          <w:vAlign w:val="center"/>
        </w:tcPr>
        <w:p w14:paraId="7B08452C" w14:textId="77777777" w:rsidR="00DE7E5D" w:rsidRPr="007A5A35" w:rsidRDefault="00DE7E5D" w:rsidP="00DE7E5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07529E40" w14:textId="77777777" w:rsidR="00DE7E5D" w:rsidRPr="007A5A35" w:rsidRDefault="00DE7E5D" w:rsidP="00DE7E5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078DBB12" w14:textId="77777777" w:rsidR="00DE7E5D" w:rsidRPr="007A5A35" w:rsidRDefault="00DE7E5D" w:rsidP="00DE7E5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74" w:type="dxa"/>
          <w:vAlign w:val="center"/>
        </w:tcPr>
        <w:p w14:paraId="634E4F65" w14:textId="77777777" w:rsidR="00DE7E5D" w:rsidRPr="007A5A35" w:rsidRDefault="00DE7E5D" w:rsidP="00DE7E5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4EDA9D18" w14:textId="3B431CF4" w:rsidR="00DE7E5D" w:rsidRDefault="00DE7E5D">
    <w:pPr>
      <w:pStyle w:val="stBilgi"/>
    </w:pPr>
  </w:p>
  <w:p w14:paraId="09C20ADB" w14:textId="77777777" w:rsidR="00DE7E5D" w:rsidRDefault="00DE7E5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200028">
    <w:abstractNumId w:val="8"/>
  </w:num>
  <w:num w:numId="2" w16cid:durableId="723135967">
    <w:abstractNumId w:val="6"/>
  </w:num>
  <w:num w:numId="3" w16cid:durableId="1814758774">
    <w:abstractNumId w:val="5"/>
  </w:num>
  <w:num w:numId="4" w16cid:durableId="1241134221">
    <w:abstractNumId w:val="4"/>
  </w:num>
  <w:num w:numId="5" w16cid:durableId="965963797">
    <w:abstractNumId w:val="7"/>
  </w:num>
  <w:num w:numId="6" w16cid:durableId="2142383651">
    <w:abstractNumId w:val="3"/>
  </w:num>
  <w:num w:numId="7" w16cid:durableId="21052271">
    <w:abstractNumId w:val="2"/>
  </w:num>
  <w:num w:numId="8" w16cid:durableId="505708141">
    <w:abstractNumId w:val="1"/>
  </w:num>
  <w:num w:numId="9" w16cid:durableId="136933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BD3"/>
    <w:rsid w:val="0015074B"/>
    <w:rsid w:val="001567A3"/>
    <w:rsid w:val="001A668A"/>
    <w:rsid w:val="00214460"/>
    <w:rsid w:val="002377E3"/>
    <w:rsid w:val="0029639D"/>
    <w:rsid w:val="00326F90"/>
    <w:rsid w:val="00350BF0"/>
    <w:rsid w:val="003D678A"/>
    <w:rsid w:val="004710E6"/>
    <w:rsid w:val="0049466B"/>
    <w:rsid w:val="00564F8B"/>
    <w:rsid w:val="005A39DF"/>
    <w:rsid w:val="005B2152"/>
    <w:rsid w:val="006A3593"/>
    <w:rsid w:val="006C17B4"/>
    <w:rsid w:val="0073159B"/>
    <w:rsid w:val="00780547"/>
    <w:rsid w:val="008831BD"/>
    <w:rsid w:val="00920C53"/>
    <w:rsid w:val="009A140A"/>
    <w:rsid w:val="00AA1D8D"/>
    <w:rsid w:val="00B353C9"/>
    <w:rsid w:val="00B47730"/>
    <w:rsid w:val="00B71931"/>
    <w:rsid w:val="00C21EA1"/>
    <w:rsid w:val="00C6718A"/>
    <w:rsid w:val="00C92666"/>
    <w:rsid w:val="00CB0664"/>
    <w:rsid w:val="00CE3BF7"/>
    <w:rsid w:val="00D00C18"/>
    <w:rsid w:val="00D07467"/>
    <w:rsid w:val="00D35AE0"/>
    <w:rsid w:val="00D802D8"/>
    <w:rsid w:val="00DE3D0A"/>
    <w:rsid w:val="00DE7E5D"/>
    <w:rsid w:val="00EA4814"/>
    <w:rsid w:val="00EB2BB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9</cp:revision>
  <dcterms:created xsi:type="dcterms:W3CDTF">2026-07-27T10:46:00Z</dcterms:created>
  <dcterms:modified xsi:type="dcterms:W3CDTF">2026-08-03T12:04:00Z</dcterms:modified>
  <cp:category/>
</cp:coreProperties>
</file>